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1S/100/2017 z 16. 1. 2019</w:t>
      </w:r>
    </w:p>
    <w:p>
      <w:r>
        <w:t>Rozsudok Krajského súdu Bratislava z 16. januára 2019, sp. zn. 1S/100/2017, ECLI:SK:KSBA:2019:1017200741.1</w:t>
      </w:r>
    </w:p>
    <w:p>
      <w:r>
        <w:t>Súd: Krajský súd Bratislava</w:t>
      </w:r>
    </w:p>
    <w:p>
      <w:r>
        <w:t>Spisová značka: 1S/100/2017</w:t>
      </w:r>
    </w:p>
    <w:p>
      <w:r>
        <w:t>ECLI: ECLI:SK:KSBA:2019:1017200741.1</w:t>
      </w:r>
    </w:p>
    <w:p>
      <w:r>
        <w:t>Dátum vydania: 16. 1. 2019</w:t>
      </w:r>
    </w:p>
    <w:p>
      <w:r>
        <w:t>Forma: Rozsudok</w:t>
      </w:r>
    </w:p>
    <w:p>
      <w:pPr>
        <w:pStyle w:val="Heading2"/>
      </w:pPr>
      <w:r>
        <w:t>Text rozhodnutia</w:t>
      </w:r>
    </w:p>
    <w:p>
      <w:r>
        <w:t>Súd: Krajský súd Bratislava Spisová značka: 1S/100/2017 Identifikačné číslo súdneho spisu: 1017200741 Dátum vydania rozhodnutia: 17. 01. 2019 Meno a priezvisko sudcu, VSÚ: JUDr. Renáta Janáková ECLI: ECLI:SK:KSBA:2019:1017200741.1 ROZSUDOK V MENE SLOVENSKEJ REPUBLIKY Krajský súd v Bratislave v senáte zloženom z predsedníčky senátu JUDr. Renáty Janákovej a členiek senátu JUDr. Zuzany Mališovej a JUDr. Marty Barkovej, v právnej veci žalobcu: URBAN FALATH GAŠPEREC BOŠANSKÝ, s.r.o., advokátska kancelária, Havlíčkova 16, 811 04 Bratislava, zastúpený: Mgr. Ivan Gašperec, advokát, so sídlom Zakvášov 1518/52-11, 017 07 Považská Bystrica proti žalovanému: Národná banka Slovenska, Imricha Karvaša 1, 813 25 Bratislava, o preskúmanie zákonnosti rozhodnutia žalovaného č. NBS1-000-009-953 zo dňa 21.04.2017, takto r o z h o d o l : Krajský súd v Bratislave napadnuté rozhodnutie guvernéra Národnej banky Slovenska č. NBS1-000-009-953 zo dňa 21.04.2017 a rozhodnutie Národnej banky Slovenska - útvar dohľadu nad finančným trhom č.z.: 100-000-031-390, k č. sp.: NBS1-000-009-137 zo dňa 28.03.2017 zrušuje a vec vracia žalovanému na ďalšie konanie. Žalobcovi súd priznáva voči žalovanému právo na čiastočnú náhradu trov konania za zaplatený súdny poplatok, o výške ktorej rozhodne správny súd po právoplatnosti tohto rozsudku samostatným uznesením. o d ô v o d n e n i e : I. Konanie a rozhodnutia správnych orgánov 1. Spoločnosť URBAN s. r. o., advokátska kancelária, ako právny predchodca žalobcu, (ďalej aj ako „žiadateľ”) elektronickou poštou dňa 21.3.2017 požiadal o sprístupnenie informácii, a to poskytnutie všetkých rozhodnutí Národnej banky Slovenska, ktoré boli vydané zo strany Národnej banky Slovenska (ďalej len „NBS”) v oblasti výkonu dohľadu nad spotrebiteľským právom a/alebo nad spotrebiteľskými úvermi v období od 01.01.2008 do 20.3.2017 v konaniach, kde účastníkom konania bol subjekt Slovenská sporiteľňa, a.s., sídlo: Tomášikova 48, 832 37 Bratislava, IČO: 00 151 653. 2. Útvar dohľadu nad finančným trhom, ako príslušný prvostupňový orgán NBS, rozhodnutím č.z.: 100-000-0310390, k č. sp.: NBS1-000-009-137 zo dňa 28.03.2017 (ďalej aj ako „prvostupňové rozhodnutie“) nevyhovel žiadosti žiadateľa podľa § 18 ods. 2 v spojení s § 3 ods. 1 a § 11 ods. 1 písm. h/ zákona č. 211/2000 Z.z. o slobodnom prístupe k informáciám (ďalej len „zákon č. 211/2000 Z.z.“) a § 2 ods. 2 a ods. 5 v spojení s § 3 ods. 3 a § 3 ods. 4 štvrtá veta zákona č. 747/2004 Z.z. o dohľade nad finančným trhom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ako aj vzhľadom na skutočnosť, že žalovaný nemá niektoré informácie požadované žiadateľom k dispozícii. 3. Listom zo dňa 29.03.2017 NBS postúpila žiadosť o poskytnutie informácií Ústrednému inšpektorátu Slovenskej obchodnej inšpekcie v časti nepatriacej do pôsobnosti NBS s odôvodnením, že NBS vykonáva dohľad v oblasti ochrany finančných záujmov spotrebiteľov až od 01.01.2015. List obsahuje informáciu, že žiadateľ bude o postúpení vo vymedzenej časti upovedomený. 4. Žiadateľ sa proti prvostupňovému rozhodnutiu orgánu verejnej správy odvolal dňa 5.4.2017 a v odvolaní uviedol, že právo na informácie je ústavným právom každého subjektu garantovaným Ústavou SR (článok 26), Listinou základných práv a slobôd (článok 17) a Dohovorom o ochrane ľudských práv a základných slobôd (článok 10). Žiadateľ uviedol, že ak dokument obsahuje niekoľko chránených informácií, neznamená to, že možno odmietnuť sprístupniť celý dokument. Chránené informácie z neho možno v takomto prípade vylúčiť a zvyšok dokumentu možno sprístupniť. Podľa názoru žiadateľa ústavné právo na poskytnutie informácií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5. Guvernér Národnej banky Slovenska ako orgán verejnej správy druhého stupňa napadnutým rozhodnutím č. NBS1-000-009-953 zo dňa 21.04.2017 zamietol odvolanie žiadateľa a potvrdil správnosť rozhodnutia orgánu verejnej správy prvého stupňa. V odôvodnení napadnutého rozhodnutia guvernéra NBS sa uvádza, že žiadosť žiadateľa listom č. 100-000-031-558, č. sp. NBS1-000-009-137 zo dňa 29.03.2017 NBS postúpila Ústrednému inšpektorátu Slovenskej obchodnej inšpekcii v Bratislave priamo na vybavenie, a to poskytnutie požadovaných informácií za obdobie od 01.01.2008 do 01.01.2015, t.j.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II. Žaloba 6. Včas podanou žalobou na tunajšom súde dňa 12.05.2017 sa žalobca domáhal, aby súd zrušil rozhodnutie guvernéra Národnej banky Slovenska č. NBS1-000-009-953 zo dňa 21.04.2017 v spojení s rozhodnutím Národnej banky Slovenska - útvar dohľadu nad finančným trhom č.z.: 100-000-0310390, k č. sp.: NBS1-000-009-137 zo dňa 28.03.2017 a žalovanému ako osobe povinnej uložil povinnosť sprístupniť žalobcom požadovanú informáciu v lehote ôsmich dní od nadobudnutia právoplatnosti rozhodnutia. 7. Žalobca v žalobe napádal výrok napadnutého rozhodnutia, ako aj výrok prvostupňového rozhodnutia,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8. Žalobca poukázal na znenie § 12 zákona č. 211/2000 Z.z., v ktorom sa uvádza, že nie je možné bez ďalšieho odmietnuť sprístupnenie celého dokumentu z dôvodov podľa § 8 až § 11 zákona č. 211/2000 Z.z. Zákonodarca v snahe naplnenia účelu zákona č. 211/2000 Z.z. zakotvil do § 12 dve významné pravidlá, ktoré umožňujú efektívne realizovať právo na slobodný prístup k informáciám, a to pravidlo selekcie a pravidlo dočasnej ochrany informácií. 9. Podľa žalobcu účelom ustanovenia § 11 ods. 1 písm. h/ zákona č. 211/2000 Z.z. je zabezpečenie nerušeného výkonu kontroly, dohľadu alebo dozoru. Avšak nesprístupniť, resp. obmedziť sprístupnenie informácií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10. Vylúčenie sprístupnenia celého dokumentu nespĺňa podľa názoru žalobcu ústavnú požiadavku proporcionality a minimalizácie zásahu do základného práva na informácie, keďže sa neuplatnilo pravidlo selekcie iba naozaj citlivých informácií, ale ide o paušálne nesprístupnenie všetkých informácií obsiahnutých v požadovanej dokumentácii a takýto postup je podľa názoru žalobcu nielen v rozpore s cieľom a podstatou zákona č. 211/2000 Z.z., ale aj v rozpore s Ústavou SR. 11. Žalobca ďalej namietal, že guvernér NBS sa v napadnutom rozhodnutí nevysporiadal s rozsiahlymi námietkami žalobcu uvedenými v článku II. a III. odvolania. Guvernér NBS vo svojom rozhodnutí reaguje iba selektívne opakovaním odôvodnenia použitého zo strany prvostupňového orgánu verejnej správy v prvostupňovom rozhodnutí, no vecne a materiálne neodpovedá na námietky a vecné argumenty žalobcu. Žalobca poukázal na ust. § 46 a § 47 Správneho poriadku, kde je jasne zakotvená požiadavka, aby rozhodnutie správneho orgánu vychádzalo zo spoľahlivo zisteného skutkového stavu a súčasne obsahovalo predpísané náležitosti. 12. Uviedol, že k základným právam účastníka konania obsiahnutým v práve na spravodlivý proces, patrí aj právo účastníka konania na uvedenie dostatočných dôvodov, na ktorých je rozhodnutie založené. Poukázal na uznesenie Najvyššieho súdu SR, sp.zn.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13.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14. Žalobca trval na tom, že žalovaný mu mal požadované informácie poskytnúť s tým, že ak tieto dokumenty obsahujú informácie, ku ktorým je zo zákona vylúčený prístup a ktoré podliehajú ochrane, bolo potrebné adekvátnym spôsobom zabezpečiť ich nesprístupnenie a zvyšné informácie žalobcovi poskytnúť. III. Vyjadrenie žalovaného 15. Žalovaný sa vyjadril k žalobe písomným podaním doručeným súdu dňa 07.07.2017, žalobu považoval za nedôvodnú a žiadal ju zamietnuť. Uviedol, že z jeho strany bol žalobca informovaný v súlade s § 15 ods. 1 zákona č. 211/2000 Z.z., že jeho žiadosť za obdobie od 01.01.2008 do 01.01.2015 bola listom zo dňa 29.03.2017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16. Pokiaľ ide o následné obdobie od 01.01.2015, odkedy NBS vykonáva dohľad nad finačným trhom vrátane obozretného dohľadu na makroúrovni a tiež vrátane výkonu dohľadu v oblasti ochranných finančných spotrebiteľov v súlade so zákonom č. 373/2014 Z.z., ktorým sa mení a dopĺňa zákon č. 747/2004 Z.z. o dohľade nad finančným trhom a o zmene a doplnení niektorých zákonov, NBS na základe komplexného a dôsledného preskúmania žiadosti žiadateľa dospela k jednoznačnému záveru, že na požadované informácie v takom rozsahu, ako o ne žalobca žiadal, nemá zákonný nárok. 17. Dôvodil,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Národná banka Slovenska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Z.z. Konštatoval, že spoločnosť Slovenská sporiteľňa, a.s. patrí medzi dohliadané subjekty finančného trhu, pričom požadované informácie súvisia s činnosťou tejto spoločnosti ako dohliadaného subjektu finančného trhu. 18. Informácie, ktoré požadoval žalobca sprístupniť, teda rozhodnutia NBS v oblasti výkonu dohľadu nad spotrebiteľským právom a/alebo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zákona o dohľade v spojení s § 11 ods. 1 písm. h/ zákona č. 211/2000 Z.z. 19.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20. Žalovaný poukázal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informácií nie je právo dostávať informácie podľa predstáv a očakávaní žiadateľa. Účelom ustanovenia § 11 zákona č. 211/2000 Z.z. je chrániť informácie týkajúce sa výkonu kontroly, dozoru alebo dohľadu orgánu verejnej moci podľa osobitných predpisov. Preto Najvyšší súd SR považuje za správny záver, že žalobcom uplatnené právo na informácie je obmedzené zákonom č. 211/2000 Z.z.,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21. S poukazom na uvedené žalovaný naďalej trvá na skutočnosti, že objektívne existuje zákonný dôvod na nesprístupnenie informácií požadovaných žalobcom. Informácie požadované žalobcom sú bezpochyby informácie týkajúce sa výkonu dohľadu, keďže spoločnosť Slovenská sporiteľňa, a.s., ktorej sa týkajú požadované informácie, je dohliadaným subjektom finančného trhu. IV. Posúdenie veci 22. Úlohou súdu v prejednávanej veci bolo preskúmať zákonnosť rozhodnutia guvernéra Národnej banky Slovenska č. NBS1-000-009-953 zo dňa 21.04.2017, ktorým bolo potvrdené rozhodnutie Národnej banky Slovenska - útvar dohľadu nad finančným trhom č.z.: 100-000-0310390, k č. sp.: NBS1-000-009-137 zo dňa 28.03. 2017, ktorým nebolo vyhovené žiadosti žalobcu podľa § 18 ods. 2 v spojení s § 3 ods. 1 a § 11 ods. 1 písm. h/ zákona č. 211/2000 Z.z. a § 2 ods. 2 a ods. 5 v spojení s § 3 ods. 3 a § 3 ods. 4 štvrtá veta o dohľade a požadované informácie mu neboli sprístupnené. 23.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25. Krajský súd v Bratislave, ako súd vecne príslušný na konanie vo veci podľa ust. § 10 SSP preskúmal napadnuté rozhodnutie v rozsahu žalobných dôvodov a dospel k záveru, že žalobe je potrebné priznať úspech. O žalobe súd rozhodol bez pojednávania, nakoľko boli splnené podmienky podľa ust. § 107 ods. 2 v spojení s ust. 137 ods. 4 SSP. 26. Podľa § 2 ods. 1 SSP v správnom súdnictve poskytuje správny súd ochranu právam alebo právom chráneným záujmom fyzickej osoby a právnickej osoby v oblasti verejnej správy a rozhoduje v ďalších veciach ustanovených týmto zákonom. 27.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177 ods. 1 SSP správnou žalobou sa žalobca môže domáhať ochrany svojich subjektívnych práv proti rozhodnutiu orgánu verejnej správy alebo opatreniu orgánu verejnej správy. 29. Podľa § 3 ods. 1 zákona č. 211/2000 Z.z. každý má právo na prístup k informáciám, ktoré majú povinné osoby k dispozícii. 30.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31. Podľa § 12 zákona č. 211/200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32.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33.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34.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35. Súd po preskúmaní prvostupňového rozhodnutia zistil, že výrok tohto rozhodnutia má vady a to, že jeho obsah nekorešponduje s obsahom odôvodnenia rozhodnutia. Prvostupňovým rozhodnutím s prihliadnutím na výrok tohto rozhodnutia bolo pravdepodobne rozhodnuté o celej žiadosti žiadateľa, napriek tomu však časť žiadosti, vzťahujúcu sa k informáciám za obdobie 01.01.2008 do 01.01.2015, povinná osoba postúpila osobe, o ktorej sa domnievala, že má požadované informácie k dispozícii. Podľa obsahu administratívneho spisu postúpenie časti žiadosti bolo datované deň po dni ako bolo vydané prvostupňové rozhodnutie orgánu verejnej správy, pričom z administratívneho spisu nie je zrejmé kedy, resp. či vôbec došlo k expedovaniu uvedeného postúpenia časti žiadosti. Postúpenie časti žiadosti zohľadnila žalovaná i vo svojom vyjadrení k žalobe. S prihliadnutím na postúpenie časti žiadosti o informácie, ako aj s prihliadnutím na výrok a odôvodnenie prvostupňového rozhodnutia potom nie je jasné, o čom vlastne prvostupňový orgán rozhodol, t.j. či rozhodol o celej žiadosti o informácie alebo iba o nejakej jej časti vzhľadom na postúpenie časti žiadosti. Ak časť žiadosti o informácie odmietol, pretože žiadané informácie nemá k dispozícii, bolo potrebné, aby sa táto skutočnosť premietla jednak do výroku rozhodnutia, ako aj do jeho odôvodnenia. Vo výroku rozhodnutia je síce uvedený § 3 ods. 1 zákona č. 211/2000 Z.z.,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36.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37. Odvolací orgán sa týmito nedostatkami konania povinnej osoby vôbec nezaoberal. V napadnutom rozhodnutí sa navyše nevysporiadal s námietkami čl. II. a III. uvedenými žalobcom v odvolaní, a to s pravidlom selekcie a s pravidlom dočasnej ochrany informácií. 38. Vzhľadom na uvedené Krajský súd v Bratislave dospel k záveru, že napadnuté rozhodnutie žalovaného bolo potrebné zrušiť, nakoľko bol nesúlad s výrokom rozhodnutia orgánu verejnej správy prvého stupňa s odôvodnením prvostupňového rozhodnutia a toto rozhodnutie odvolací orgán potvrdil. Preskúmavané rozhodnutie žalovaného preto súd zrušil podľa § 191 ods.1 písm. d/ SSP a vec mu vrátil na ďalšie konanie. O výroku, ktorým žalobca žiadal uložiť žalovanému povinnosť sprístupniť požadovanú informáciu, súd vzhľadom na zrušenie rozhodnutia podľa § 191 ods. 1 písm. d/ SSP nerozhodoval. Úlohou žalovaného bude v ďalšom konaní postupovať v zmysle právnych záverov správneho súdu vyslovených v tomto rozsudku. 39. O nároku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Aplikujúc uvedenú zásadu a berúc do úvahy skutočnosť, že žalobca je advokátska kancelária a právny zástupca žalobcu je podľa údajov z Obchodného registra súčasne aj jeho spoločníkom a konateľom bolo nutné o náhrade trov konania rozhodnúť tak, ako je uvedené vo výroku tohto rozsudku. 40.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https://www.kauzis.sk/judikatura/r/ECLI:SK:KSBA:2019:1017200741.1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