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1S/100/2017 z 24. 9. 2019</w:t>
      </w:r>
    </w:p>
    <w:p>
      <w:r>
        <w:t>Opravné uznesenie Krajského súdu Bratislava z 24. septembra 2019, sp. zn. 1S/100/2017, ECLI:SK:KSBA:2019:1017200741.2</w:t>
      </w:r>
    </w:p>
    <w:p>
      <w:r>
        <w:t>Súd: Krajský súd Bratislava</w:t>
      </w:r>
    </w:p>
    <w:p>
      <w:r>
        <w:t>Spisová značka: 1S/100/2017</w:t>
      </w:r>
    </w:p>
    <w:p>
      <w:r>
        <w:t>ECLI: ECLI:SK:KSBA:2019:1017200741.2</w:t>
      </w:r>
    </w:p>
    <w:p>
      <w:r>
        <w:t>Dátum vydania: 24. 9. 2019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1S/100/2017 Identifikačné číslo súdneho spisu: 1017200741 Dátum vydania rozhodnutia: 25. 09. 2019 Meno a priezvisko sudcu, VSÚ: JUDr. Renáta Janáková ECLI: ECLI:SK:KSBA:2019:1017200741.2 Opravné uznesenie Krajský súd v Bratislave v právnej veci žalobcu: URBAN FALATH GAŠPEREC BOŠANSKÝ, s.r.o., advokátska kancelária, Havlíčkova 16, 811 04 Bratislava, zastúpeného: URBAN FALATH GAŠPEREC BOŠANSKÝ, s.r.o., advokátska kancelária, Havlíčkova 16, 811 04 Bratislava proti žalovanej: Národná banka Slovenska, Imricha Karvaša 1, 813 25 Bratislava, o preskúmanie zákonnosti rozhodnutia žalovaného č. NBS1-000-009-953 zo dňa 21.04.2017 a o oprave zrejmej nesprávnosti rozsudku Krajského súdu v Bratislave č.k. 1S/100/2017-61 zo dňa 17.1.2019, takto r o z h o d o l : Rozsudok Krajského súdu v Bratislave č.k. 1S/100/2017-61 zo dňa 17.1.2019 sa opravuje tak, že záhlavie rozsudku č.k. 1S/100/2017-61 zo dňa 17.1.2019 týkajúce sa označenia právneho zástupcu žalobcu správne znie : „ Krajský súd v Bratislave v senáte zloženom z predsedníčky senátu JUDr. Renáty Janákovej a členiek senátu JUDr. Zuzany Mališovej a JUDr. Marty Barkovej, v právnej veci žalobcu: URBAN FALATH GAŠPEREC BOŠANSKÝ, s.r.o., advokátska kancelária, Havlíčkova 16, 811 04 Bratislava, zastúpeného: URBAN FALATH GAŠPEREC BOŠANSKÝ, s.r.o., advokátska kancelária, Havlíčkova 16, 811 04 Bratislava proti žalovanej: Národná banka Slovenska, Imricha Karvaša 1, 813 25 Bratislava, o preskúmanie zákonnosti rozhodnutia žalovaného č. NBS1-000-009-953 zo dňa 21.04.2017 “ o d ô v o d n e n i e : 1.Súd zistil, že písomné vyhotovenie rozsudku č.k. 1S/100/2017-61 zo dňa 17.1.2019, v časti záhlavia, neobsahuje údaj o právnom zástupcovi žalobcu, ktorým bol pôvodne advokát A.. U. M.. Z údajov z Obchodného registra vyplýva, že A.. U. M. je s účinnosťou od 27.1.2018 spoločníkom a konateľom advokátskej kancelárie URBAN FALATH GAŠPEREC BOŠANSKÝ, s.r.o., advokátska kancelária, Havlíčkova 16, 811 04 Bratislava, pričom konateľ je oprávnený konať v mene spoločnosti vo všetkých veciach samostatne. 2. Podľa § 143 Správneho súdneho poriadku (ďalej len SSP), správny súd kedykoľvek aj bez návrhu opraví v rozsudku chyby v písaní a počítaní, ako aj iné zrejmé nesprávnosti. O oprave vydá opravné uznesenie, ktoré doručí osobám uvedeným v § 142 ods. 1. 3. Vzhľadom na skutočnosť, že pri písomnom vyhotovení rozsudku došlo k iným zrejmým nesprávnostiam spočívajúcim v tom, že v záhlaví rozsudku nebol označený právny zástupca žalobcu, súd opravil záhlavie rozsudku tak, ako je uvedené vo výroku tohto rozhodnutia. 4. Toto rozhodnutie senát Krajského súdu v Bratislave prijal pomerom hlasov 3:0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</w:t>
      </w:r>
    </w:p>
    <w:p/>
    <w:p>
      <w:r>
        <w:t>Zdroj: KAUZIS.SK – https://www.kauzis.sk/judikatura/r/ECLI:SK:KSBA:2019:1017200741.2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