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8Sa/58/2017 z 18. 6. 2019</w:t>
      </w:r>
    </w:p>
    <w:p>
      <w:r>
        <w:t>Uznesenie Krajského súdu Bratislava z 18. júna 2019, sp. zn. 8Sa/58/2017, ECLI:SK:KSBA:2019:1017201264.2</w:t>
      </w:r>
    </w:p>
    <w:p>
      <w:r>
        <w:t>Súd: Krajský súd Bratislava</w:t>
      </w:r>
    </w:p>
    <w:p>
      <w:r>
        <w:t>Spisová značka: 8Sa/58/2017</w:t>
      </w:r>
    </w:p>
    <w:p>
      <w:r>
        <w:t>ECLI: ECLI:SK:KSBA:2019:1017201264.2</w:t>
      </w:r>
    </w:p>
    <w:p>
      <w:r>
        <w:t>Dátum vydania: 18. 6. 2019</w:t>
      </w:r>
    </w:p>
    <w:p>
      <w:r>
        <w:t>Forma: Uznesenie</w:t>
      </w:r>
    </w:p>
    <w:p>
      <w:pPr>
        <w:pStyle w:val="Heading2"/>
      </w:pPr>
      <w:r>
        <w:t>Text rozhodnutia</w:t>
      </w:r>
    </w:p>
    <w:p>
      <w:r>
        <w:t>Súd: Krajský súd Bratislava Spisová značka: 8Sa/58/2017 Identifikačné číslo súdneho spisu: 1017201264 Dátum vydania rozhodnutia: 19. 06. 2019 Meno a priezvisko sudcu, VSÚ: JUDr. Blanka Malichová ECLI: ECLI:SK:KSBA:2019:1017201264.2 Uznesenie Krajský súd v Bratislave v právnej veci žalobcu: H. A., nar. XX.XX.XXXX, bytom U. XXX/XX, XXX XX T., právne zastúpený: doc. JUDr. Štefan Kočan, PhD., advokát so sídlom Nitrianska 5, 921 01 Piešťany proti žalovanej: Sociálna poisťovňa, so sídlom ul. 29. augusta č. 8-10, Bratislava, v konaní o preskúmanie zákonnosti rozhodnutia žalovaného vo veci invalidného dôchodku číslo: XXX XXX XXXX X zo dňa 25.05.2017, takto r o z h o d o l : Konanie z a s t a v u j e . Žiaden z účastníkov konania n e m á právo na náhradu trov konania. o d ô v o d n e n i e : Krajskému súdu v Bratislave bola dňa 21.07.2017 ako správnemu súdu (ďalej len „súd“) doručená správna žaloba, v ktorej žalobca žiadal aby súd zrušil rozhodnutie žalovaného číslo XXX XXX XXXX X zo dňa 25.05.2017 a vrátil mu vec na ďalšie konanie. Uvedeným rozhodnutím žalovaný zamietol v celom rozsahu odvolanie žalobcu podané proti rozhodnutiu Sociálnej poisťovne, ústredie č. XXX XXX XXXX X zo dňa 06.04.2017 vo veci zamietnutia žiadosti o invalidný dôchodok a dané rozhodnutie potvrdil. 2. Na pojednávaní súdu dňa 19.06.2019 žalobca zobral svoju žalobu späť a žiadal, aby sa vo veci ďalej nekonalo a aby súd konanie zastavil.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ods. 1 písm. a/ S.s.p., správny súd konanie uznesením zastaví, ak žalobca vzal žalobu späť skôr, ako správny súd vo veci rozhodol. 5. V nadväznosti na účinne uskutočnený dispozitívny úkon žalobcu súd v súlade s ust. § 63 a § 99 pís. a/ S.s.p. konanie o správnej žalobe podanej proti rozhodnutiu žalovanej č. k. XXX XXX XXXX X zo dňa 25.05.2017 zastavil. 6. O trovách konania súd rozhodol podľa ustanovenia § 170 písm. b/ S.s.p. tak, že žiaden z účastníkov konania nemá právo na náhradu trov konania, ak konanie bolo zastavené.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https://www.kauzis.sk/judikatura/r/ECLI:SK:KSBA:2019:1017201264.2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