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2S/178/2017 z 12. 11. 2019</w:t>
      </w:r>
    </w:p>
    <w:p>
      <w:r>
        <w:t>Rozsudok Krajského súdu Bratislava z 12. novembra 2019, sp. zn. 2S/178/2017, ECLI:SK:KSBA:2019:1017201274.3</w:t>
      </w:r>
    </w:p>
    <w:p>
      <w:r>
        <w:t>Súd: Krajský súd Bratislava</w:t>
      </w:r>
    </w:p>
    <w:p>
      <w:r>
        <w:t>Spisová značka: 2S/178/2017</w:t>
      </w:r>
    </w:p>
    <w:p>
      <w:r>
        <w:t>ECLI: ECLI:SK:KSBA:2019:1017201274.3</w:t>
      </w:r>
    </w:p>
    <w:p>
      <w:r>
        <w:t>Dátum vydania: 12. 11. 2019</w:t>
      </w:r>
    </w:p>
    <w:p>
      <w:r>
        <w:t>Forma: Rozsudok</w:t>
      </w:r>
    </w:p>
    <w:p>
      <w:r>
        <w:t>Oblasť práva: Správne právo</w:t>
      </w:r>
    </w:p>
    <w:p>
      <w:pPr>
        <w:pStyle w:val="Heading2"/>
      </w:pPr>
      <w:r>
        <w:t>Text rozhodnutia</w:t>
      </w:r>
    </w:p>
    <w:p>
      <w:r>
        <w:t>Súd: Krajský súd Bratislava Spisová značka: 2S/178/2017 Identifikačné číslo súdneho spisu: 1017201274 Dátum vydania rozhodnutia: 13. 11. 2019 Meno a priezvisko sudcu, VSÚ: JUDr. Michal Dzurdzík PhD. ECLI: ECLI:SK:KSBA:2019:1017201274.3 ROZSUDOK V MENE SLOVENSKEJ REPUBLIKY Krajský súd v Bratislave v senáte zloženom z predsedu senátu JUDr. Michala Dzurdzíka PhD., a členov senátu JUDr. Jeanette Hajdinovej a JUDr. Vlastimila Pavlikovského v právnej veci žalobkyne: pplk. R.. W.. S. M., nar. XX.XX.XXXX, J. č. 6, Z., zastúpenej: JUDr. Gabriela Zelemová, advokátka, AK so sídlom Heydukova č. 16, 811 08 Bratislava, proti žalovanému: Krajské riaditeľstvo PZ v Bratislave, Špitálska 14, 812 28 Bratislava, o preskúmanie zákonnosti rozhodnutia žalovaného č. KRPZ-BA- VO-18/2016-PK zo dňa 19.05.2017 ako aj prvostupňové rozhodnutie - služobné hodnotenie č. ORPZ- BAIII-VO-130-009/2014 zo dňa 16.04.2014, jednohlasne, takto r o z h o d o l : Krajský súd v Bratislave rozhodnutie žalovaného Krajského riaditeľstva Policajného zboru v Bratislave č. KRPZ-BA-VO-18/2016-PK zo dňa 19.05.2017 zrušuje a vec vracia orgánu verejnej správy na ďalšie konanie. Žalobkyňa má voči žalovanému právo na úplnú náhradu trov konania. o d ô v o d n e n i e : I. Rozhodnutie správneho orgánu 1. Žalovaný rozhodnutím č. KRPZ-BA-VO-18/2016-PK zo dňa 19.05.2017 potvrdil služobné hodnotenie č.: ORPZ-BAIII-VO-130-009/2014 zo dňa 16.04.2014 a podľa § 243 ods. 1 zákona č. 73/1998 Z. z. v znení neskorších predpisov odvolanie žalobkyni zamietol ako nedôvodné. Prvostupňovým rozhodnutím - služobným hodnotením č.: ORPZ-BAIII-VO-130-009/2014 zo dňa 16.04.2014, schváleným riaditeľom Okresného riaditeľstva Policajného zboru v Bratislave III plk. JUDr. Rudolfom B. dňa 05.05.2014 bola žalobkyňa podľa § 27 ods. 4 písm. d) cit. zákona vyhodnotená ako nespôsobilá vykonávať zastávanú funkciu riaditeľky vnútorného odboru okresného riaditeľstva a spôsobilá vykonávať inú, menej zodpovednú funkciu. 2. V odôvodnení predmetného rozhodnutia žalovaný okrem osobitných reakcií na každú námietku žalobkyne ako odvolateľky (tieto správny súd nepovažoval za relevantné vzhľadom na tento spor a ich charakter polemiky medzi žalobkyňou a orgánom verejnej správy) v závere konštatoval, že Krajský súd v odôvodnení rozsudku v druhom odseku na strane 9 uvádzal, že „Taktiež v súvislosti s konštatovaním, že znalosť všeobecne záväzných právnych predpisov a interných aktov riadenia nie je na strane žalobkyne na zodpovedajúcej úrovni, v napadnutom služobnom hodnotení . absentuje zdôvodnenie, na základe akých skutkových zistení prvostupňový správny orgán dospel k takému záveru. Poukazovanie v tomto smere výlučne na disciplinárne previnenia žalobkyne, nie je podľa názoru súdu dostačujúce na takýto záver. Z uvedeného dôvodu toto konštatovanie považuje súd za všeobecné, nekonkrétne a neadresné. Nie sú teda zrejmé konkrétne okolnosti, ktoré by bolo možné preveriť a na základe ktorých dospel prvostupňový správny orgán k záveru, že žalobkyňa nedokáže zabezpečiť výkon svojich povinností v súlade s právnymi predpismi. Túto Časť napadnutého služobného hodnotenia považuje súd za nedostatočne špecifikovanú a nezdôvodnenú, a preto nepreskúmateľnú." Na základe právneho názoru krajského súdu uvedeného v predchádzajúcom odseku, podľa ktorého v napadnutom služobnom hodnotení absentovalo zdôvodnenie, na základe akých skutkových zistení prvostupňový správny orgán dospel k záveru, že znalosť všeobecne záväzných právnych predpisov a interných aktov riadenia nie je u odvolateľky na zodpovedajúcej úrovni, žalovaný uviedol, že v doplnenom opätovnom odvolacom konaní bolo nepochybne preukázané, že odvolateľka pri vydávaní vlastných disciplinárnych opatrení postupovala v rozpore so zákonom a to najmä nesprávnou aplikáciou právnych predpisov na zistený skutkový stav. Odvolací orgán mal tiež za to, že tieto skutočnosti boli objektívne preukázané v zrušujúcich rozhodnutiach odvolacieho orgánu. Konkrétne pochybenia odvolateľky sú uvedené v predmetných spisových materiáloch odvolacieho orgánu ORPZ-BAIII-VO-641-006/2013, ORPZ-BAIII- VO-642-007/2013 a ORPZ-BAIII-VO-Ó68- 011/2013 a sú teda konkrétne a preskúmateľné. Tak ako je to uvedené na strane 6 napadnutého služobného hodnotenia rozhodnutia odvolacieho orgánu obsahujú okrem iného právny rozbor nesprávnych úvah a postupov pri uplatňovaní právomoci odvolateľky v oblasti riadenia, organizovania a kontroly podriadených policajtov. 3. Služobné hodnotenie bolo spracované na odvolateľku ako nadriadeného policajta, na ktorého sú kladené zvýšené nároky na výkon štátnej služby. Uvedená skutočnosť je priamo uvedená aj v § 49 zákona - základné povinnosti nadriadeného. Policajt v postavení nadriadeného má tieto povinnosti uložené nad rámec ostatných základných povinností policajta ustanovených v § 48 ods. 3 zákona. Na vyhodnotenie spôsobilosti nadriadeného vykonávať svoju funkciu je nepochybne potrebné, aby nadriadený preukázal svoje spôsobilosti vo všetkých oblastiach výkonu štátnej služby. Jednou z takých oblastí je aj uplatňovanie disciplinárnej právomoci nadriadeného voči podriadeným policajtom. Táto právomoc je priamo naviazaná na plnenie povinnosti nadriadeného kontrolovať správnosť a včasnosť výkonu štátnej služby podriadených policajtov. Pri uplatňovaní disciplinárnej právomoci nadriadeným, ktorá sa v praxi spravidla prejavuje vo forme ukladania výčitiek v zmysle § 54 zákona za zistené menej závažné disciplinárne previnenia a priestupky podriadených policajtov ako aj vo forme ukladania disciplinárnych opatrení podľa § 52 ods. 1 zákona, sú zvýšené nároky kladené na nadriadeného vo vzťahu k právnemu posúdeniu konania podriadených policajtov. Správne uplatnenie disciplinárnej právomoci je teda naviazané na schopnosť nadriadeného správne vykladať obsah všeobecne záväzných právnych predpisov a interných aktov riadenia a správne ich aplikovať v nadväznosti na výkon kontrolnej činnosti. 4. Z obsahu služobného hodnotenia je zrejmé, že odvolateľka v tejto oblasti opakovaným pochybením v uplatňovaní disciplinárnej právomoci preukázala, že nejde o jednotlivý náhodný omyl (napr. procesnú chybu) ale o neschopnosť správne a zákonne vyvodiť právnu zodpovednosť za prípadné porušovanie základných povinností podriadených policajtov, či už nesprávnym aplikovaním hmotnoprávnych ustanovení zákona ako aj procesných právnych noriem upravujúcich disciplinárne konanie ako osobitnú formu konania vo veciach služobného pomeru príslušníkov Policajného zboru. Výpočtom a poukazovaním na správnosť postupu nadriadeného v iných oblastiach, napr. správnosť a včasnosť vedenie registratúry, evidovanie interných aktov riadenia a podobne nemožno v žiadnom prípade konvalidovať a vyvážiť pochybenia odvolateľky, ktorých sa dopustila v oblasti uplatňovania disciplinárnej právomoci nadriadeného a už vôbec nie vyvodiť z takéhoto výpočtu záver o spôsobilosti zastávať riadiacu funkciu. Odvolateľka v hodnotenom, období preukázateľne nemala zvýšené množstvo plnenia služobných úloh (viď, počet pridelených a vybavených vecí). Neschopnosť zastávať funkciu nadriadeného bola schvaľovateľom zistená až v priebehu hodnoteného obdobia z dôvodu opakovaných vyššie uvedených okolností, čo v konečnom dôsledku viedlo k rozhodnutiu schvaľovateľa spracovať služobné hodnotenie s uvedeným záverom. Podrobné uvedenie týchto pochybení v služobnom hodnotení tak nie je dôsledkom snahy schvaľovateľa nevyvážené posúdiť odvolateľku ako nadriadenú, ale dôsledkom snahy schvaľovateľa konkrétne zdôvodniť neschopnosť odvolateľky plniť funkciu nadriadenej pre neplnenie si úloh v oblasti disciplinárnej právomoci nadriadeného. II. žaloba a námietky 5. V žalobe žalobkyňa uviedla, že služobné hodnotenie, ktoré je opakovane predmetom preskúmania stále nevychádza zo spoľahlivo zisteného skutkového stavu, nie je objektívne a vyvážené, je jednostranne zamerané na zvýraznenie výlučne negatívneho obrazu žalobkyne a tzv. negatívnej činnosti v práci a neposkytuje objektívny pohľad na prácu žalobkyne aj vzhľadom na charakter a rozsah činností tejto práce. Predchádzajúce služobné hodnotenie bolo vypracované a schválené dňa 21.05.2012 tou istou osobou ako posledné (sporné) hodnotenie, s ktorým žalobkyňa nesúhlasí, a to plk. JUDr. L. B.. V služobnom hodnotení zo dňa 21.5.2012 je ním žalobkyňa hodnotená veľmi dobre, cit.: "... od nástupu do služobného pomeru príslušníka PZ si svoje povinnosti plnila v oboch obdobiach policajnej činnosti vždy v požadovanej kvalite. Má adekvátne teoretické vedomosti a praktické skúsenosti. Problematiku na zverenom úseku ovláda v požadovanej miere. Jej znalosť právnych predpisov a interných aktov riadenia, vrátane ich aplikácie v praxi, teda vo výkone štátnej služby, je na potrebnej úrovni. Úlohy, ktoré sú jej určené a ktoré jej vyplývajú z pracovnej náplne si plní správne, včas a zodpovedne. Môžem ju hodnotiť ako samostatnú a iniciatívnu policajtku.", atď. Uvedený plk. JUDr. B. (spracovateľ aj schvaľovateľ služobného hodnotenia) mal podľa čl. 7 nariadenia ministra vnútra Slovenskej republiky č. 118/2013 o testovacej prevádzke hodnotenia príslušníkov Policajného zboru vykonať hodnotenie žalobkyne za obdobie 1. polroka 2013. Táto úloha vyplynula pre každého nadriadeného. Nadriadený toto hodnotenie žalobkyne za I. polrok 2013 nevykonal. Úloha vykonať hodnotenie príslušníkov PZ vyplynula nadriadeným, a teda aj plk. JUDr. B., aj z čl. 4 ods. 2 pokynu prezidenta Policajného zboru č. 125/2013 - spracovať do 31.08.2013 za obdobie od 1. januára 2013 do 30. júna 2013 hodnotenie príslušníkov PZ a vyplynula aj zo zápisu z rokovania 13. porady vedenia PZ s riaditeľmi krajských riaditeľstiev PZ konanej dňa 15.06.2013 v Nitre (písomnosť zaevidovaná pod č. ORPZ-BAIII-VO-86- 012/2013 dňa 12. 06. 2013) a súčasne z výpisu úloh prijatých riaditeľom KR PZ v Bratislave (písomnosť zaevidovaná pod č. ORPZ- BAIII-VO-307/2013 dňa 03.06.2013), či túto povinnosť plk. JUDr. B. splnil, nevedela a nebolo známe, aké bolo jeho hodnotenie žalobkyne v r. 2013 aj keď na túto skutočnosť poukázala aj v odvolaní proti služobnému hodnoteniu z roku 2014. Písomný test znalosti všeobecne záväzných právnych predpisov a interných aktov riadenia a informácií žalobkyne potrebných na riadny výkon štátnej služby, ktorým mal plk. JUDr. B. podľa čl. 3 ods. 4 nariadenia ministra vnútra Slovenskej republiky č. 118/2013 preveriť jej znalosti a následne ich vyhodnotiť, v rozpore s citovaným nariadením teda nezabezpečil a nevykonal. Týmto konaním nadriadený žalobkyne nedodržal postup hodnotenia, ktorý mal predchádzať ďalším jej hodnoteniam. Postup hodnotenia vyplýva okrem zákona aj z nariadenia ministra vnútra SR č. 118/2013 čl. 7. Plk. JUDr. B. neurčil kritériá hodnotenia funkcie, ktorú zastáva žalobkyňa, ani ju neoboznámil s určenými kritériami. Týmto taktiež nesplnil príkaz z vyššie uvedeného rokovania 13. porady vedenia PZ s riaditeľmi krajských riaditeľstiev PZ v zmysle uvedeného nariadenia ministra vnútra SR. 6. Na základe vyššie uvedeného plk. JUDr. Rudolf B. v štatistickom výkaze „Vyhodnotenie testovacej prevádzky hodnotenia príslušníkov PZ“ predkladanom elektronickou poštou pánovi prezidentovi PZ dňa 08. 10. 2013 tým, že nevyhodnotil osobu žalobkyne, nemohol mať skutočný prehľad o jej práci, ani o tom, či k nejakej zmene - závažnej zmene - v jej spôsobilosti na výkon funkcie došlo ani o tom, kedy malo k takejto zmene dôjsť tak, ako to konštatuje vo vyššie uvedenej citácii. Nadriadený žalobkyne do 31.08. 2013 nikde žiadnym spôsobom nevyhodnotil žalobkyňu ako nespôsobilú zastávať vykonávanú funkciu. V odvolaní žalobkyne zo dňa 16.05.2014 proti služobnému hodnoteniu č. p. ORPZ- BAII1-VO- 130-009/2014 o dňa 16.04.2014 žalobkyňa zdôvodnila jednotlivo všetky body hodnotiacej časti služobného hodnotenia a zaujala svoje stanoviská s poukazom na konkrétne dôkazy, ktoré aj spolu s odvolaním predložila na odvolacie konanie. O odvolaní proti služobnému hodnoteniu žalobkyne najskôr rozhodoval schvaľovateľ plk. JUDr. L. B., riaditeľ Okresného riaditeľstva, ktorý súčasne bol aj priamym nadriadeným žalobkyne, ktorý služobné hodnotenie spracoval podľa ust. § 28 ods. 3 zákona č. 73/1998 Z. z. Schvaľovateľ odvolaniu v plnom rozsahu nevyhovel a predmetný spisový materiál spolu so svojím stanoviskom pod č. ORPZ-BA III-VO-130- 13/2014 zaslal odvolaciemu orgánu - žalovanému - na rozhodnutie. O uvedenom konaní schvaľovateľa a o podaní písomného stanoviska sa žalobkyňa dozvedela až z rozhodnutia žalovaného, ktorého zákonnosť žalobkyňa žiadala preskúmať žalobou podanou na KS v Bratislave dňa 22.09.2014. Konanie sa viedlo pod sp. zn. 6S/202/2014. Krajský súd v Bratislave o predchádzajúcej žalobe týkajúcej sa preskúmania zákonnosti rozhodnutia žalovaného zo dňa 18.07.2014 č.p. KRPZ BA-VO-8/2014 PK v tej istej veci, t.j. týkajúcej sa služobného hodnotenia žalobkyne č.p. ORPZ-BAIII-VO-009/2014 zo dňa 16.05.2014 rozhodol tak, že rozhodnutie žalovaného Krajského riaditeľstva PZ v Bratislave o odvolaní č. KRPZ-BA-VO-8/2014PK zo dňa 18.07.2014 podľa § 250j ods. 2 písm. d OSP zrušil a vec vrátil žalovanému na ďalšie konanie. 7. Žalovaný po zrušení jeho rozhodnutia zo dňa 18.07.2014 súdom vydal nové rozhodnutie dňa 19.05.2017 č. KRPZ-BA-VO-18/2016PK, ktorým opakovane rozhodol o odvolaní odvolateľky - žalobkyne, ktoré podala proti služobnému hodnoteniu č.: ORPZ-BAIII-VO-/30- 009/2014 zo dňa 16.04.2014 tak, že podľa § 243 ods. 4 zákona odvolanie odvolateľky zamietol ako nedôvodné a napadnuté služobné hodnotenie č.: ORPZ-BAIII-VO-130-009/2014 zo dňa 16.04.2014 potvrdil. Svoje rozhodnutie odôvodnil tak, že vzhľadom na uvedený názor krajského súdu odvolací orgán opätovne preskúmal služobnú činnosť odvolateľky v hodnotenom období so zameraním sa na zaťaženosť odvolateľky a jej konkrétne výsledky služobnej činnosti, pričom sa zameral na jediný objektívne kvantifikovateľný ukazovateľ, a to počet písomností, ktoré boli odvolateľke v hodnotenom období pridelené resp. boli v rámci jej služobnej činnosti ňou vytvorené. Týmto chcel žalovaný zistiť objektívne skutočnosti, na ktoré poukázal krajský súd. Za týmto účelom si odvolací orgán z okresného riaditeľstva vyžiadal informáciu o počte pridelených písomností, ktoré odvolateľka vybavovala v rokoch 2011 až do 30.07.2014, z ktorej informácie zistil, že v hodnotenom období mala odvolateľka približne rovnakú zaťaženosť v oblasti spisovej služby /kladné hodnotenie v služobnom hodnotení/ a tiež zistil, že úroveň a kvalita písomností spracovaných, vybavovaných a v registratúrnych denníkoch evidovaných odvolateľkou v rokoch 2011 až do 30.07.2014 bola na požadovanej úrovni. S ostatnou činnosťou odvolateľky, tak ako to preukázal krajský súd sa žalovaný nevysporiadal. Dňa 01.12.2016 prípisom KRPZ-BA-VO-18/2016 vyzval odvolateľku na navrhnutie a doplnenie ďalších dôkazov. Žalobkyňa listom zo dňa 20.12.2016 predložila žalovanému odpoveď na navrhnutie a doplnenie ďalších dôkazov, kde znova opakovane poukázala na skutočnosti a dôkazy preukazujúce jej komplexnú pracovnú činnosť za hodnotené obdobie, ako aj prezentovala svoju znalosť právnych predpisov, s ktorými na svojej funkcii pracovala. Žalobkyňa uviedla niekoľko konkrétnych prípadov, ktorými sa snažila zabezpečiť objektívny pohľad na svoju znalosť tých všeobecne záväzných právnych predpisov a interných aktov riadenia, ktorých znalosť pri svojej služobnej činnosti potrebuje, že táto je dobrá a tieto správne aplikuje vo svojej služobnej činnosti. Žalovaný navrhované dôkazy vyhodnotil ako posudzovanie činnosti, schopností a znalostí plk. JUDr. B. ktoré nie sú predmetom tohto odvolacieho konania a ktorými sa z uvedeného dôvodu nezaoberal. Žalobkyňa neposudzovala akékoľvek schopnosti a znalosti plk. JUDr. B. ako izolovaný jav. Nie je jasné, na základe akých úvah žalovaný k tomuto tvrdeniu dospel. Žalobkyňa sa snažila zabezpečiť objektívny pohľad na svoju znalosť všeobecne záväzných právnych predpisov a interných aktov riadenia v konkrétnych prípadoch a nie je jej jasné, akým iným spôsobom, ako vyhodnotením všetkých dostupných sporných právnych názorov medzi plk. JUDr. B. a žalobkyňou v hodnotenom období chcel žalovaný objektívne vyhodnotiť jej znalosť všeobecne záväzných právnych predpisov a interných aktov riadenia a úroveň aplikácie týchto v jej služobnej činnosti. Nie je zároveň jasné, akým iným spôsobom by podľa žalovaného mala byť objektívne preukázaná smerodajnosť právneho názoru plk. JUDr. B. vo všeobecnosti. 8. Žalobkyňa vo svojom odvolaní konkrétne poukázala na zvýšenú pracovnú zaťaženosť a zvýšenú pracovnú záťaž v hodnotenom období. Žalovaný opätovne ponechal bez povšimnutia, nezabezpečil si všetky dôkazy, teda neskúmal a nevyhodnotil všetky dostupné dôkazy na objektívne vyhodnotenie jej pracovnej zaťaženosti. Žalovaný uvádzal nepravdu, keď konštatoval, že jediný objektívne kvantifikovateľný ukazovateľ pracovnej zaťaženosti žalobkyne v hodnotenom bol počet písomností, ktoré boli žalobkyni v hodnotenom období pridelené, resp. boli v rámci jej služobnej činnosti ňou vytvorené. Žalobkyňa uviedla, že v hodnotenom období v čase neprítomnosti svojich podriadených alebo neobsadenosti funkcie osobne vykonávala v celom rozsahu služobnú činnosť alebo pracovnú činnosť svojich podriadených. Túto činnosť bolo možné zabezpečiť zo strany žalobkyne len na úkor jej osobného voľna, čo aj preukázala a čo bolo možné preukázať z príslušnej knihy dochádzky aj žalovaným, počtom hodín, ktoré odslúžila nad základný čas služby v týždni. Žalovaný mohol bez problémov kvantifikovať údaje o tejto žalobkyňou vybavovanej agende, počte dní, ktoré jej podriadení z objektívnych dôvodov nevykonávali, resp. ich funkcia nebola obsadená (napr. pracovníčka podateľne nevykonávala svoju pracovnú činnosť viac ako pol roka), žalovaný mohol bez problémov kvantifikovať služobnú činnosť a pracovnú činnosť, ktorú žalobkyňa vykonala nad rámec svojho služobného zaradenia, počet kilometrov najazdených pri vykonávaní služobnej činností kuriéra. S poukázaním na časť obsahu služobného hodnotenia týkajúceho sa výčitky, ktorú plk. JUDr. B. žalobkyni uložil, je zaujímavé, že žalovaný nekvantifikoval ani počet žiadostí vybavených žalobkyňou podľa zákona č. 211/2000 Z. z., pritom preukázateľne musel mal vedomosť, že tieto sú evidované v administratívnej pomôcke vedenej na Krajskom riaditeľstve PZ v Bratislave. Žalovaný prešiel bez povšimnutia skutočnosť, že žalobkyňa mala v hodnotenom období priznanú maximálne možnú výšku osobného príplatku. Podľa ustanovenia § 91 ods. l zákona č, 73/1998 Z. z. policajtovi v stálej štátnej službe, okrem príslušníka Policajného zboru v stálej štátnej službe, s prihliadnutím na množstvo a kvalitu plnenia služobných úloh, ich zložitosť a náročnosť možno priznať osobný príplatok pri zaradení písm. a) vo výkone do výšky 100 %, písm. b) mimo výkonu do výšky 70 % súčtu funkčného platu a hornej hranice prídavku za výsluhu rokov. 9. Žalovaný sa podľa jej názoru nevysporiadal ani s udeľovaním jej odmien, nevykonal porovnanie v odmeňovaní žalobkyne v predchádzajúcom období a neudeľovanie jej odmien v hodnotenom období, kvalifikovane a riadne nezdôvodnil neudeľovanie odmien žalobkyni. Žalovaný týmto chybu v služobnom hodnotení konštatovanú v rozsudku krajského súdu, a to jednostranného zamerania na zvýraznenie negatívnej činnosti policajta, ktorá je obsiahnutá aj v konštatovaní o neudelení jej žiadnej odmeny, ani v tejto časti neodstránil. Žalobkyňa bola jediná, ktorej nadriadený ako riadiacej pracovníčke neudeľoval odmeny. Žalovaný chybu v služobnom hodnotení konštatovanú v rozsudku krajského súdu, a to jednostranného zamerania na zvýraznenie negatívnej činnosti policajta, ktorá je obsiahnutá v uložení výčitky žalobkyni za vlastnoručné schválenie nesprávne uvedených údajov a nedôsledné vykonanie kontroly údajov vo výkaze o vyúčtovaní služby vykonávanej nad základný čas služby v týždni ORPZ-BAIII- VO-788/2012 zo dňa 01.10.2012 spracovanom podriadenou žalobkyne kpt. JUDr. M., Predovšetkým žalobkyňa v predloženom výkaze vlastnoručne neschválila nesprávne uvedené údaje, uvedené údaje boli správne a tieto boli dôsledne skontrolované a ich správnosť schválená. Plk. JUDr. B. vyhodnotil vec tak, že žalobkyňa nezistila nevyúčtovanie príplatku za nerovnomernosť času služby a vlastnoručným podpisom schválila nesprávne uvedené údaje, resp. neúplné údaje v tomto výkaze a súčasne uviedol, že zavinené konanie zo strany žalobkyne spočívalo v nedostatočnej a nedôslednej kontrolnej činnosti údajov v predloženom výkaze. Vzhľadom ku skutočnosti, že išlo o jeden neuvedený údaj, nemohlo platiť tvrdenie, že žalobkyňa schválila nesprávne uvedené údaje, resp. neúplné údaje v tomto výkaze. Nebolo možné skontrolovať správnosť neuplatneného nároku. plk. JUDr. B. a aj žalobkyňa z titulu svojej funkcie mali vedomosť, že neboli ojedinelé prípady, keď policajti okresného riaditeľstva nepredložili výkaz o vyúčtovaní služby vykonávanej nad základný čas služby v týždni v príslušnom mesiaci vôbec a tento predložili až s mesačným oneskorením, a nikto nebol za to postihnutý. 10. Žalovaný chybu v služobnom hodnotení konštatovanú v rozsudku krajského súdu, a to jednostranného zamerania na zvýraznenie negatívnej činnosti policajta, neodstránil ani na úseku, ktorá je obsiahnutá v uložení ústnej výčitky žalobkyni ORPZ-BAIII-VO-857-007/2012 zo dňa 28.12.2012, ktorú jej plk. JUDr. Pisch uložil na základe záverov protokolu o výsledku kontroly personálneho a mzdového odboru Krajského riaditeľstva PZ v Bratislave a jeho dodatku, kde zo strany žalobkyne nedošlo k zisteniu nedostatkov v personálnych a disciplinárnych rozkazov v rámci schválenia vydávaných rozkazov, ktoré spracúvali jej vtedajšie podriadené na personálnom úseku, plk. JUDr. B. v služobnom hodnotení konštatoval, že žalobkyňa konala v rozpore s tam citovanými ustanoveniami zákona, vzormi návrhov na spracovanie personálnych a disciplinárnych rozkazov, metodickým usmernením personálneho a mzdového odboru Krajského riaditeľstva PZ v Bratislave, metodickým usmernením odboru riadenia služobného pomeru sekcie personálnych a sociálnych činností Ministerstva vnútra SR. plk. JUDr. B. v tejto časti okrem iného uviedol, že žalobkyňa konala v rozpore so vzormi návrhov na spracovanie personálnych a disciplinárnych rozkazov, započítavaním odbornej praxe pri prevedení alebo preložení na inú funkciu, o poučení o odvolaní v rozhodnutiach vydaných podľa zákona o štátnej službe. Elementárnou logikou je možné dospieť k záveru, že žalobkyňa v uvedených prípadoch nekonala v rozpore s tam citovanými ustanoveniami zákona a usmerneniami, nakoľko personálne rozkazy spracúvali jej podriadené, nie žalobkyňa. Ďalej už ale plk. JUDr. B. konštatoval, že zavinené konanie zo strany žalobkyne spočívalo v nedostatočnej kontrolnej, metodickej a riadiacej činnosti na vtedajšom zverenom úseku. Žalobkyňa v záujme objektívneho posúdenia vyhodnotenia tejto časti jej služobnej činnosti navrhovala zabezpečiť dôkazy, aký počet disciplinárnych rozkazov bol na personálnom pracovisku v hodnotenom období spracovaný, v akom počte disciplinárnych rozkazov boli zistené nedostatky a aké konkrétne nedostatky boli zistené, aký počet personálnych rozkazov bol v hodnotenom období spracovaný, v akom počte personálnych rozkazov boli zistené nedostatky, ako konkrétne žalobkyňa konala v rozpore citovanými ustanoveniami zákon a usmerneniami. Žalovaný v tomto smere skutkový stav ani nezisťoval a tým ho ani nemohol objektívne vyhodnotiť. Je potrebné poukázať na tú skutočnosť že nikde žiadnym spôsobom nie je uvedené, aké obdobie bolo kontrolované. Žalovaný sa ani v tomto prípade napriek konštatáciám v rozsudku krajského súdu, týmto nezaoberal. 11. Za uložené výčitky a za nesprávny postup pri zrušení dovolenky a určení dovolenky bola žalobkyňa disciplinárne potrestaná disciplinárnymi rozkazmi, ktoré obsahovali vo výrokovej časti len určenie disciplinárneho trestu bez skutkovej podstaty konkrétneho previnenia žalobkyne, čím išlo o rozhodnutia neurčité, nezrozumiteľné, poškodzujúce práva žalobkyne aj jej právom chránené záujmy zakotvené v Ústave SR a konkretizované v zákone. Takéto rozhodnutia o uložení disciplinárnych opatrení nie sú v súlade so zákonom, teda sú v rozpore so zákonom (protiprávne). Neurčitosť až chýbajúca skutková podstata previnenia žalobkyne zostala aj napriek vyznačeniu právoplatností, čo je podľa nášho názoru potrebné vyhodnotiť a nie je možné takúto neurčitosť rátať ako právoplatné rozhodnutie, pretože takýmto rozhodnutím (ničotným) by pri hodnotení nemali byť štátne orgány viazané. Je tiež podstatné, že disciplinárne opatrenia boli žalobkyni uložené za ňou zaujatý právny názor, s ktorým nesúhlasil nadriadený a nie za to, že by nevyužívala svoju disciplinárnu právomoc. Ani z hodnotiacej časti služobného hodnotenia, ani z rozhodnutia žalovaného o odvolaní žalobkyne nie je zrejmé na základe akých konkrétnych dôkazoch a v čom určoval a vyhodnotil (odborne) nadriadený vedomosti žalobkyne. Pokiaľ ide o ''...zistenia nadriadeného...", tak tieto neboli nikde špecifikované, sú neznáme aj po ďalších rozhodnutiach o odvolaní žalobkyne a v poslednom tomto žalobou napadnutého rozhodnutia, sú len pokusy o dovysvetľovanie služobného hodnotenia bez jeho zmeny. Išlo o jednorazové vytknutie, pričom vznikli aj rôzne právne stanoviská na posudzovanie veci, čo ale nie je potrebné v tomto podaní riešiť, keď podstatná je tá skutočnosť, že žalobkyňa v uvedených oblastiach konala v ostatných veciach správne, napr. v hodnotenom období určila dovolenku bez nedostatkov cca 57 - krát, či pri plánovaní služieb policajtov zaradených na operačnom stredisku nevieme o žiadnych nedostatkoch, o čom svedčia záznamy z kontrol v hodnotiacom období, atď., ale správny orgán v hodnotení sa nevyjadroval k otázke výkonu štátnej služby žalobkyne komplexne a z hľadiska správnosti, rýchlosti a samostatnej iniciatívy - na čo aj žalobkyňa v odvolaní poukazovala, vlastne už v pripomienkach k návrhu služobného hodnotenia a predložila na svoje tvrdenie aj dôkazy. Služobné hodnotenie v tomto smere stále absentuje a neposkytuje objektívny pohľad na prácu žalobkyne aj vzhľadom na charakter jej práce a tiež na postupné zmeny podmienok práce, ktoré zmeny robil voči žalobkyni jej nadriadený v hodnotenom období, na ktoré žalobkyňa poukazovala. Tak ako vymenovaním samotných disciplinárnych opatrení nebol splnený účel komplexného hodnotenia, tak aj nebola vykvalifikovaná príčinná súvislosť medzi porušením predpisov a porušením základných povinností u žalobkyne, čo nevyplýva ani zo samotných disciplinárnych opatrení. 12. Žalovaný ignoroval v odvolaní uvádzané pripomienky k nesprávnemu úradnému postupu a pripomienky k riadne nezistenému skutkovému stavu, a požiadavku aby sa hodnotila osoba žalobkyne komplexne, keď žalovaný sa zaoberal len tým, že sú dostatočne preukázané negatívne stránky hodnotenia v určitých oblastiach, na čo dal v hodnotení dôraz. Žalobkyňa sa domáhala komplexného posúdenia tej ktorej oblasti jej činnosti, a tak žalovaný aj konštatoval, že posúdení dôkazov navrhovaných odvolateľkou (žalobkyňou) označených ako 1 až 18 - sa ani jeden netýkal dôvodov nespôsobilosti žalobkyne. Rozhodné je, že žalobkyňa dokazovala svoju spôsobilosť a kladné skutočností o jej práci, a nie nespôsobilosť. Tento postup a názor žalovaného bol nesprávny a nezákonný práve v prípade, ak ide o komplexné hodnotenie žalobkyne, resp. obecne policajta. Žalovaný teda znova nezisťoval, či v hodnotenom období žalobkyňa uplatňovala disciplinárnu právomoc aj v iných prípadoch, nevyhodnotil, koľkokrát sa tak stalo, či v tých prípadoch bolo podané odvolanie a ako rozhodol odvolací orgán, atď., - ale zaujal zásadné a závažné stanovisko na základe 3 zrušených rozhodnutí. Rovnako nezisťoval počet udelených výčitiek v hodnotenom období. Nie je pre účely komplexného hodnotenia policajta bezvýznamná aj tá skutočnosť, že žalobkyňa vykonávala v hodnotenom období aj funkciu predsedu poradnej komisie na prerokovanie odvolaní policajtov proti rozhodnutiam vo veciach služobného pomeru, mala na to odbornú spôsobilosť. Hodnotiaci a ani odvolací orgán nezisťovali úplný skutkový stav ani a ostatných sekoch služobnej činnosti žalobkyne, neuviedli, v koľkých prípadoch neboli zistené žiadne nedostatky v schválených výkazoch, a tiež ignorovali poukazovanie žalobkyne v odvolaní na výsledok kontroly vykonanej odborom kontroly KR PZ v Bratislave, zameraný práve na tento úsek, kde nebol zistený žiadny nedostatok a tiež nepreskúmali ani koľko nedostatkov na tomto úseku bolo zistených u ostatných nadriadených pre posúdenie bežných písomných chýb. Neporovnal ani zaťaženosť žalobkyne vo vzťahu k ostatným nadriadeným v rovnakej funkcii v rámci Bratislavského kraja. 13. Žiadny kontrolný orgán nikdy nekonštatoval, že podriadení žalobkyne neboli zaškolení z relevantných predpisov, resp. že došlo k pochybeniu vo výkone ich služobnej činnosti z dôvodu, že z predpisu neboli zaškolení. Hodnotiaci neuvádzal, že v služobnej činnosti žalobkyne je vysoký stupeň tvorivosti, napr. vytvorila vlastný preventívny projekt chodec a cyklista v cestnej premávke, určený pre žiakov 9. ročníka základnej školy. Tento sa vzhľadom k súčasnému stavu na úseku bezpečnosti a plynulosti cestnej premávky a účasti chodcov na dopravných nehodách môže považovať za veľmi progresívny. Tvorivosť, iniciatívu, vysoké pracovné nasadenie a schopnosť správne aplikovať právne predpisy v praxi dokazuje aj skutočnosť, že presne a tvorivo plnila úlohy vyplývajúce z nariadenia ministra vnútra SR č. 153/2011 o odbornom vzdelávaní príslušníkov PZ pre koordinátora ďalšieho vzdelávania policajtov na OR PZ v Bratislave III. Od roku 2012 navrhovateľka iniciatívne vypracúva dotazníky, vykonáva dotazníkový prieskum na OR PZ v Bratislave III a vyhodnocuje výsledky s cieľom identifikácie potrieb ďalšieho vzdelávania policajtov. Výsledky predkladá nadriadenému útvaru. Nikto žalobkyni podnet na túto činnosť, ktorá je nad rámec jej služobného zaradenia, nedal. Hodnotiaci neuvádzal, že počas neprítomnosti podriadených policajtov a občianskych zamestnancov žalobkyňa vykonávala za nich služobnú činnosť, resp. pracovnú činnosť (prevencia, ochrana utajovaných skutočností, interné akty riadenia, podateľňa, kuriérna služba a pod.). Vysoké pracovné nasadenie žalobkyne dokazuje aj skutočnosť, že v hodnotenom období prichádzala na pracovisko o 7.00 h a odchádzala z pracoviska vo večerných hodinách. Nároky na vysoké pracovné nasadenie ale zároveň starostlivosť o podriadených dokazuje aj skutočnosť, že dňa 14.02.2013 navrhla, aby bol na porade pána prezidenta PZ predložený podnet na úpravu ordinačných hodín služobných lekárov tak, aby jeden deň v týždni mali ordinačné hodiny do 17.00 h, resp. 18.00 h, t. j. aby mal každý policajt možnosť navštíviť služobného lekára aj mimo pracovného času. S uvedenou argumentáciou žalobkyne sa žalovaný opakovane nevysporiadal a ani neuviedol prečo tak urobil, aj keď v zmysle zrušujúceho rozhodnutia súdom, vedel konkrétne, Čo súd vytkol obom rozhodnutiam. 14. Rozhodnutie žalovaného znova vychádzalo len z niektorých zámerne vybraných skutočností, navyše interpretovaných spôsobom, ktorý dôvodne evokuje podozrenie, že odvolací správny orgán sa nezaoberal dôsledne odvolaním žalobkyne a neodpovedal vecne a určito na všetky predložené argumenty, resp. nevyvrátil tieto vecné a právne argumenty uvedené v odvolaní; ignoroval predložené dôkazy a ani v odôvodnení rozhodnutia neuviedol konkrétne, prečo žalobkyňou predložené dôkazy nevykonal. Odôvodnenie, že "...ani jeden sa netýkal dôvodov nespôsobilosti odvolateľky...", nemá miesto v činnosti správneho orgánu pri spracovaní služobného hodnotenia. Taktiež nesúhlasila ani s prvostupňovým rozhodnutím - služobným hodnotením žalobkyne a to v celom rozsahu, pretože nezodpovedá objektívnej realite, keďže nebol pri hodnotení žalobkyne riadne zistený skutočný a úplný skutkový stav a už od počiatku, t.j. v priebehu spracúvania návrhu služobného hodnotenia (§ 28 ods. 3 zákona) nebolo umožnené žalobkyni vyjadrovať sa k jeho obsahu, atď. a žalobkyňa ani o tom, že sa spracúva (nie spracoval) vôbec nevedela, čím hodnotiaci konal pri spracúvaní návrhu v rozpore so zákonom. Služobné hodnotenie žalobkyne je spracované neobjektívne tendenčne, nie je vyvážené, je jednostranne zamerané na zvýraznenie umelo vytváraných negatív na strane žalobkyne (čo do počtu) t. j. na výpočet uložených výčitiek a uložených disciplinárnych opatrení nepodloženými skutkami, napr. nesprávny zápis dovolenky, či nesprávny výmaz dovolenky lx za hodnotené obdobie, či sporná správnosť uloženia výčitiek žalobkyňou svojmu podriadenému 3x bez vyhodnotenia celých oblastí - disciplinárnej činnosti žalobkyne za celé hodnotené obdobie, atď. Takto záver služobného hodnotenia o nespôsobilosti žalobkyne vykonávať zastávanú funkciu a vyslovenie, že je spôsobilá vykonávať inú, menej zodpovednú funkciu, je len v rovine opísaného textu zákona, bez riadneho odôvodnenia takéhoto záveru a bez komplexne vypracovanej hodnotiacej časti, z ktorej by bola zrejmá celá služobná činnosť žalobkyne za hodnotené obdobie a aby bola posúdená objektívne. V služobnom hodnotení chýbajú akékoľvek referenčné hodnoty, ktoré môžu poskytnúť objektívny pohľad na prácu žalobkyne aj vzhľadom na charakter tejto práce, kde sa nedá len vymenovať nedostatky vo vybraných prípadoch bez toho, aby neboli známe a hodnotené kritériá všetkých oblastí činnosti žalobkyne, zaťaženosť hodnotenej v porovnaní s výkonom iných porovnateľných funkcií, ale aj vyhodnotením správnosti, rýchlosti, samostatnosti a iniciatívy v zostávajúcich veciach a činnostiach žalobkyne, ale aj v ďalších činnostiach súvisiacich s problematikou práce žalobkyne, s čím sa žalovaný objektívne v odvolacom konaní stále nevysporiadal a služobné hodnotenie ponechal bezo zmien. Závery správnych orgánov sú neobjektívne a v rozpore s obsahom listinných dôkazov, ktoré boli predložené žalobkyňou v pripomienkovaní doručeného návrhu služobného hodnotenia a v odvolacom konaní spolu s podaným odvolaním. Žalovaný sa týmto neriadil, keď netrval na zistení skutočného stavu, keď si na tento účel nezaobstaral ďalšie potrebné podklady, keď v súvislosti s tvrdeniami žalobkyne ohľadne skutkových okolností nevykonal žiadne dokazovanie na preverenie tvrdení žalobkyne a ňou navrhované dôkazy nevykonal so všeobecným odôvodnením, že nie sú predmetom odvolacieho konania, pretože predmetom je preskúmanie schváleného služobného hodnotenia odvolateľky so záverom, že odvolateľka je nespôsobilá. Týmto prístupom sa dokazovanie obmedzilo znova len na negatíva žalobkyne, či tieto obstoja. Týmto žalovaný našiel „spôsob“, ako nedodržať súdom vyslovenú požiadavku riadne zistiť skutkový stavu. III. argumenty žalovaného 15. Žalovaný zotrval na svojom rozhodnutí, tak ako to vyplýva z rozhodnutia o odvolaní č. p. KRPZ-BA- VO-18/2016 PK zo dňa 19.05.2017. Podľa jeho názoru napadnuté rozhodnutie vychádzalo zo spoľahlivo zisteného skutkového stavu vecí tak, ako je to uvedené v rozhodnutí prvostupňového orgánu č. p. ORPZ-BAIII-VO-130-009/20014 zo dňa 16.04.2014, ktorým bolo schválené služobné hodnotenie na žalobkyňu so záverom, že je podľa § 27 ods. 4 písm. d) zákona číslo 73/1998 Z. z. nespôsobilá vykonávať zastávanú funkciu a spôsobilá vykonávať inú, menej zodpovednú funkciu. Žalovaný pri opätovnom preskúmavaní napadnutého služobného hodnotenia vychádzal z existujúceho spisového materiálu ako i z písomností ktoré boli doplnené žalovaným v rámci opätovného konania a ktoré sú súčasťou spisového materiálu. Čo sa týka dôvodov uvedených v žalobnom návrhu žalobkyne, žalovaný bol toho názoru, že tieto sú takmer identické s dôvodmi, ktoré namietala už v odvolaní proti rozhodnutiu žalovaného. S uvedenými dôvodmi sa podrobne vysporiadal v rámci odvolacieho konania. Každá riadiaca funkcia vyžaduje určitý súbor znalostí, vedomostí, osobných predpokladov a riadiacich schopností pre jej úspešné vykonávanie. Podľa § 27 ods. 4 písm. c) zákona možno v záveroch služobného hodnotenia uviesť záver, že policajt je spôsobilý vykonávať zastávanú funkciu, ak komplexne spĺňa všetky predpoklady na zastavanie funkcie v požadovanom rozsahu a kvalite. Ak dôjde u policajta k negatívnym zmenám v spôsobilosti na výkon zastávanej funkcie čo i len na jednom úseku povinností vyplývajúcich z riadiacej funkcie, môže táto skutočnosť, vzhľadom na svoj charakter, ovplyvniť celkovú spôsobilosť policajta na výkon zastávanej funkcie a to i napriek tomu, že v ostatných oblastiach bude policajt v riadiacej funkcii dosahovať dobré výsledky. Pochybenia žalobkyne pri vydávaní disciplinárnych opatrení proti podriadeným policajtom nevyplývali zo správnej úvahy v rámci voľného hodnotenia dôkazov ani z odlišného právneho posúdenia veci či rozdielneho hodnotenia dôkaznej situácie v konaní ako to tvrdí žalobkyňa, ale výhradne z nesprávnej interpretácie právnych predpisov čo malo za následok nezákonný postup pri vydávaní disciplinárnych opatrení. Výsledkom tohto postupu žalobkyne potom bola skutočnosť, že individuálne správne akty ňou vydané v rámci disciplinárneho konania museli byť v odvolacom konaní zrušované odvolacím orgánom z dôvodu nezákonnosti. Nakoľko išlo o opakované konanie žalobkyne, pričom bolo zrejmé, že sa zo svojho preukázateľne nesprávneho postupu nepoučila, žalovaný mal za to, že konštatovanie schvaľovateľa o tom, že žalobkyňa nezvláda pochopiť zmysel a obsah všeobecne záväzných právnych predpisov a interných predpisov, bolo len logickým dôsledkom zistených skutočností a vyplývalo z výsledkov odvolacích konaní a záverov kontrolného orgánu z prešetrenia sťažností npor. V. 16. Zákon explicitne neukladá povinnosť uviesť vo výroku rozhodnutia aj opis skutku tak ako sa to analogicky vyžaduje v trestnom konaní. Nemožno preto považovať takéto rozhodnutie za ničotné (nulitné). Zo spisového materiálu zároveň vyplýva, že ani jedno z uložených disciplinárnych opatrení netrpí takou vadou, ktorá by spôsobila jeho nulitu pre nesúlad s hmotnoprávnymi predpismi. Znamená to teda, že v čase ich vydania ani v súčasností neexistuje žiadny právny dôvod, pre ktorý by bolo možné disciplinárne opatrenia zrušiť tak ako to tvrdí žalobkyňa. V prípade uvedených disciplinárnych opatrení č. 2/2012 a č. 1/2013 boli tieto predmetom odvolacieho konania, v ktorých boli prvostupňové rozhodnutia schvaľovateľa potvrdené odvolacím orgánom pod č.: KRPZ-BA-PK-21/2012, resp. č.: KRPZ-BA-PK-17/2013. Žalobkyňa aj napriek tomu neakceptovala názor oprávnených orgánov a podala na personálny odbor sekcie personálnych a sociálnych činností a osobného úradu MV SR podnet na preskúmanie disciplinárnych opatrení mimo odvolacieho konania podľa § 246 cit. zákona. Výsledkom preskúmavania napadnutých právoplatných disciplinárnych opatrení ministrom vnútra bolo zistenie, že všetky napadnuté rozhodnutia, vrátane rozhodnutí v odvolacom konaní, boli vydané v súlade s príslušnými ustanoveniami zákona a ostatnými právnymi predpismi. Oznámenie o týchto skutočnostiach bolo na krajské riaditeľstvo zaslané pod. č.: SPOU-PO-601-3/2013, SPOU- PO-283/2014, SPOU-PO-284/2014. Právny poriadok Slovenskej republiky presne stanovuje postup na preskúmanie právoplatných rozhodnutí správnych orgánov súdom, ktorý však žalobkyňa nevyužila. Z prezumpcie správnosti vydaných rozhodnutí vyplýva, že na každé vydané rozhodnutie správneho orgánu je potrebné nazerať vždy ako na rozhodnutie bez vád, dokiaľ nie je nahradené iným rozhodnutím. Pretože vydané rozhodnutie je záväzné, nikto ho nemôže svojvoľne odmietnuť rešpektovať, a to ani v prípade, ak by bolo vecne nesprávne alebo dokonca nezákonné. Žalovaný preto zastával názor, že ak žalobkyňa naďalej považovala rozhodnutia ktoré uvádza vo svojej žalobe za nezákonné, a to i napriek výsledkom preskúmania uvedených rozhodnutí mimo odvolacieho konania, mohla iniciovať konanie na ich preskúmanie v rámci preskúmania zákonnosti rozhodnutia súdom podľa § 248 zákona. Keďže tento postup nevyužila, žalovaný považuje jeho tvrdenia v žalobe o vydaných nezákonných rozhodnutiach a nesprávneho postupu pri ich vydávaní za irelevantné. 17. Inštitút služobného hodnotenia vychádza z požiadavky, aby úlohy zodpovedajúce určitému funkčnému miestu boli obsadzované príslušníkmi Policajného zboru ktorí majú k tomu najlepšie predpoklady. Sám zákon vychádza z toho, že spôsobilosť príslušníka Policajného zboru nie je nemenný stav a preto ani podmienky, za ktorých je potrebné plniť uložené úlohy nemôžu byť nemenné. Táto skutočnosť je obzvlášť dôležitá pri príslušníkoch Policajného zboru, ktorí sú zaradení v pozícii nadriadeného. V stručnosti možno konštatovať, že žalobkyňa svoju riadiacu prácu v oblasti vlastnej disciplinárnej právomoci nezvládla, o čom svedčia zrušené disciplinárne opatrenia ktoré vydal na podriadených policajtov ako i výsledky sťažnostného konania iniciované podriadenými policajtmi, kde bolo vyhodnotené, že všetky sťažnosti boli oprávnené s určením konkrétnych pochybení žalobcu. Vo všetkých uvedených prípadoch bolo preukázané pochybenie žalobcu a jeho arbitrárny, ničím neodôvodnený postup. Vzhľadom na to, že žalobca takto postupoval opakovane a to i napriek tomu, že z rozhodnutí odvolacieho orgánu ako i zo zápisníc z prešetrenia sťažností bolo zrejmé, že jej postup bol nesprávny, možno konštatovať že žalobkyňa nebola schopná reagovať na tieto zistenia a zosúladiť svoj postup s platným právnym stavom, čím v rozpore so zákonom zasahovala do práv a oprávnených záujmov podriadených policajtov. 18. Zo súvisiaceho spisového materiálu jednoznačne vyplýva, že ani uloženie troch výčitiek a štyroch disciplinárnych opatrení neviedlo k náprave žalobkyne, pričom schvaľovateľ videl hlavnú príčinu tohto stavu v nedostatočnej sebareflexii žalobkyne a jej neochoty akceptovať právny stav, ktorý priamo vyplýva zo všeobecne záväzných právnych predpisov a interných aktov riadenia (interných predpisov) a ktorý bol navyše deklarovaný kontrolným orgánom aj v rámci záverov z vykonanej kontroly. I keď v ostatných služobných činnostiach bola hodnotený kladne, disciplinárna právomoc ako jedna z dôležitých manažérskych nástrojov nadriadeného priamo zasahuje do práv a oprávnených záujmov podriadených policajtov a preto je neprípustné aby nadriadený pri ukladaní disciplinárnych opatrení opakovane postupoval nezákonne a navyše nereagoval ani na zistenia odvolacieho ani kontrolného orgánu. Pretože však žalobkyňa práve takto opakovane postupovala, schvaľovateľ to okrem iného oprávnene považoval za závažné zmeny v spôsobilosti policajta na výkon funkcie a dôvod na spracovanie služobného hodnotenia žalobkyne. Z uvedeného dôvodu je preto irelevantné, že žalobkyňa bola v predchádzajúcom období hodnotený kladne a že mala priznaný maximálny možný osobný príplatok. Skutočnosť, že schvaľovateľ žalobkyni neudeľoval v posledných dvoch rokoch žiadne odmeny súvisí práve s faktom, že z uvedených dôvodov nebol spokojný s jej riadiacou činnosťou. V opätovnom konaní bola vec doplnená o ďalšie vyjadrenia schvaľovateľa, bolo zabezpečené vyhodnotenie sťažnostného konania za rok 2012, boli vyžiadané počty registratúrnych záznamov za roky 2011 až 2014, pridelených a vybavených žalobcom ako i ďalšie písomnosti na zistenie objektívneho stavu veci. 19. Záverom žalovaný dodal, že opakované porušovanie služobnej disciplíny, nedostatočná orientácia v základných všeobecne záväzných právnych predpisoch a interných predpisoch vrátane ich aplikácie v praxi, sú preto závažnými zmenami v spôsobilosti žalobkyne na výkon zastávanej funkcie, ktoré nastali od posledného služobného hodnotenia. Na tejto skutočnosti nič nemení ani to, že na ostatných úsekoch služobnej činnosti bol žalobca hodnotený kladne. Z obsahu schváleného služobného hodnotenia jednoznačne vyplýva, že schvaľovateľ nehodnotil jednostranne negatívne celú činnosť žalobkyne, ale pravdivo a pozitívne charakterizoval jej činnosť na úseku spisovej služby, ochrany utajovaných písomností, prevencie a evidencie interných predpisov, teda činností, pri ktorých nie je potrebné v plnom rozsahu osobne prichádzať do styku s podriadenými policajtmi. Zo schváleného služobného hodnotenia je preto zrejmé, že hodnotenie činnosti žalobkyne vychádza z konkrétnych závažných pochybení, nerešpektovania základných povinností nielen policajta, ale osobitne i povinností nadriadeného. Predovšetkým tieto podstatné pochybenia, vlastné interpretácie a aplikácia všeobecne záväzných právnych predpisov a interných predpisov prenesených do vydaných rozhodnutí žalobcu dávajú jednoznačný obraz o jej subjektívnom chápaní zmyslu a obsahu právnych noriem. Sústavné porušovanie služobnej disciplíny v hodnotenom období len poukazujú na to, že nešlo o náhodný jav, ale o vedomé konanie z jej strany. Vzhľadom na všetky uvedené skutočnosti mal žalovaný za to, že napadnuté služobné hodnotenie bolo vydané v súlade so zákonom. IV. pojednávanie 20.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13.11.2019 rozsudkom. V. Relevantné právne predpisy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22. Podľa § 27 ods. 1 a ods. 2 zákona č. 73/1998 Z. z., služobné hodnotenie je základným podkladom na rozhodovanie vo veciach služobného pomeru policajtov. So služobným hodnotením musí byť policajt oboznámený. Služobné hodnotenie obsahuje hodnotiacu časť a závery. V hodnotiacej časti sa posudzujú a) znalosti právnych predpisov a ich uplatňovanie vo výkone štátnej služby, b) znalosti interných služobných predpisov, s ktorými bol policajt riadne oboznámený, c) výkon štátnej služby z hľadiska správnosti, rýchlosti, samostatnosti a iniciatívy, d) plnenie povinností policajta alebo nadriadeného pri dodržiavaní služobnej disciplíny, e) splnenie kvalifikačných predpokladov na funkciu, f) bezúhonnosť a spoľahlivosť policajta podľa § 14 ods. 2 a 3 &lt;https://www.slov-lex.sk/pravne-predpisy/SK/ ZZ/1998/73/20160701.html&gt;, g) spôsobilosť policajta na ďalší výkon funkcie alebo výkon štátnej služby. 23. Podľa § 27 ods. 4 zákona č. 73/1998 Z. z., v záveroch služobného hodnotenia sa uvedie, že policajt je a) spôsobilý na zaradenie do stálej štátnej služby, b) nespôsobilý na zaradenie do stálej štátnej služby, c) spôsobilý vykonávať zastávanú funkciu, d) nespôsobilý vykonávať zastávanú funkciu a spôsobilý vykonávať inú, menej zodpovednú funkciu, alebo e) nespôsobilý vykonávať akúkoľvek funkciu v štátnej službe. 24. Podľa § 28 ods. 3 zákona č. 73/1998 Z. z., bezprostredne nadriadený v priebehu spracúvania návrhu služobného hodnotenia musí umožniť policajtovi vyjadriť sa o jeho obsahu vrátane navrhovaných záverov a úloh. Ak policajt podá k návrhu služobného hodnotenia v lehote určenej bezprostredne nadriadeným písomné pripomienky alebo námietky a bezprostredne nadriadený im v plnom rozsahu nevyhovie, predloží ich so svojím stanoviskom a s návrhom služobného hodnotenia nadriadenému, ktorý policajta ustanovuje do funkcie. Ak služobné hodnotenie spracúva a schvaľuje ten istý nadriadený, je tento príslušný aj na vyhodnotenie pripomienok alebo námietok k návrhu služobného hodnotenia formou písomného stanoviska. 25. Podľa § 31 ods. 2 zákona č. 73/1998 Z. z., policajt je oprávnený robiť si zo služobného hodnotenia výpisky alebo poznámky, a ak má služobné hodnotenie pre policajta negatívne dôsledky, môže si vyžiadať jeho kópiu. Bezprostredne nadriadený poučí policajta o možnosti podať odvolanie proti schválenému služobnému hodnoteniu. 26. Podľa § 233 zákona č. 73/1998 Z. z. oprávnený orgán postupuje pred vydaním rozhodnutia tak, aby bol presne a úplne zistený skutočný stav veci; na ten účel je povinný obstarať si na rozhodnutie potrebné podklady. Oprávnený orgán pri posudzovaní veci objasňuje rovnako dôkladne všetky rozhodné okolnosti bez ohľadu na to, či svedčia v prospech, alebo v neprospech účastníka konania. 27. Podľa § 328 zákona č. 73/1998 Z. z. ako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VI. Posúdenie veci správnym súdom 28. Inštitút služobného hodnotenia slúži ako podklad pre rozhodovanie nadriadených vo veciach služobného pomeru. Služobné hodnotenie má rozhodujúci význam pri posudzovaní odbornej spôsobilosti policajta, dodržiavania služobnej disciplíny a pracovnej aktivity a výslednosti v služobnom pomere. Pri hodnotení spĺňania kvalifikačných predpokladov pre funkciu sa posudzuje plnenie jeho jednotlivých zložiek, a to kvalifikačného predpokladu vzdelania a kvalifikačnej požiadavky policajného vzdelania. Služobné hodnotenie je inštitútom, v rámci ktorého sa posudzuje spôsobilosť príslušníka pre výkon služby. Vychádza z požiadavky, aby funkčné miesta v štátnej službe boli obsadené a úlohy zodpovedajúce určitému funkčnému miestu boli plnené príslušníkmi, ktorí majú na to najlepšie predpoklady. Pravidelnosť hodnotenia, ako aj možnosť vykonať ho kedykoľvek, ak taká potreba vyvstane, vypovedá, že sám zákon vychádza z toho, že spôsobilosť policajta nie je nemenným stavom a že statickými nie sú ani podmienky, za ktorých treba úlohy plniť. Zaradenie príslušníka do určitej funkcie takto nie je definitívou. Rozsah a charakter v hodnotiacich kritériách vypovedá, že postavenie príslušníka v organizačnej štruktúre a jeho posun v jej hierarchii aj v zmysle zníženia nie je závislé len od zistenia skutočností, nasvedčujúcich tomu, že sa pri výkone služby dopustil konania, ktoré má charakter disciplinárneho previnenia, či konania, ktoré vykazuje znaky deliktov vyššieho stupňa. Hodnotenie je zhrnutím sledovaných efektov, ktoré pri výkone služby v konkrétnom zaradení vykazoval, avšak jeho záver nie je výsledkom mechanického sčítania "plusov a mínusov". určujúcim môže a musí byť hoci len jeden nedostatok, ak v ňom ide o ukazovateľ, bez ktorého nemožno predpokladať, že príslušník na žiadúcej úrovni môže vykonávať doterajšiu funkciu alebo funkciu nižšiu, či vyššiu. 29. Žalovaný rozhodnutím č. KRPZ-BA-VO-18/2016-PK zo dňa 19.05.2017 potvrdil služobné hodnotenie č.: ORPZ-BAIII-VO-130-009/2014 zo dňa 16.04.2014, ktorým bola žalobkyňa podľa § 27 ods. 4 písm. d) zákona č. 73/1998 Z. z. vyhodnotená ako nespôsobilá vykonávať zastávanú funkciu riaditeľky vnútorného odboru okresného riaditeľstva a spôsobilá vykonávať inú, menej zodpovednú funkciu. Podľa správneho súdu funkcii riaditeľa odboru dominujú riadiace, organizátorské a kontrolné úlohy. Ich zvládnutie závisí najmä od osobnostných dispozícií, ako je tvorivosť, vynachádzavosť, iniciatívnosť, pohotovosť, vytrvalosť, dôslednosť aj schopnosť riešiť problémy, a to aj spôsobmi, pri ktorých si zachová autoritu u podriadených a nadriadených a dosiahne ciele, ktoré aj sám vytyčuje pre seba a riadený útvar. Z dôvodov uvedených v prvostupňovom rozhodnutí vyplýva, že za okolnosti svedčiace v neprospech žalobkyne boli uvádzané skutočnosti týkajúce sa štyroch disciplinárnych konaní, nedostatkoch na úsekoch plánovania služieb, no predovšetkým uplatňovanie jej disciplinárnej právomoci voči podriadeným policajtom a to v troch prípadoch. 30. Správny súd nemohol akceptovať námietku žalobkyne týkajúcu sa jej vlastných disciplinárnych konaní za uložené výčitky a za nesprávny postup pri zrušení dovolenky a určení dovolenky, kedy bola disciplinárne potrestaná disciplinárnymi rozkazmi. Všetky sú právoplatne skončené a neboli napadnuté správnou žalobou na súde. Žalobkyňa tu namietala, že rozkazy obsahovali vo výrokovej časti len určenie disciplinárneho trestu bez skutkovej podstaty konkrétneho previnenia žalobkyne, čím išlo o rozhodnutia neurčité, nezrozumiteľné. Takéto rozhodnutia o uložení disciplinárnych opatrení nepovažovala za v súlade so zákonom. Považovala ich za ničotné s tým, že by pri hodnotení nemali byť štátne orgány viazané. Ak žalobkyňa považovala disciplinárne rozkazy za nezákonné, mohla podať správnu žalobu a iniciovať konanie na ich preskúmanie v rámci preskúmania zákonnosti rozhodnutia súdom. Tento postup však nevyužila. Tu správny súd uvádza, že jeho viazanosť inými rozhodnutiami je upravená v ust. § 131 SSP a znamená, že správny súd je v prípade existencie taxatívne vymenovaných rozhodnutí, ktoré sú relevantné pre predmet jeho konaní, povinný z týchto rozhodnutí bez ďalšieho vychádzať. Zákon vyslovene tiež ustanovuje, že rozhodnutím o priestupku a inom správnom delikte je správny súd viazaný len, ak takéto rozhodnutie nie je predmetom samotného konania. Viazanosť správneho súdu teda nastáva priamo na základe tohto ustanovenia t. j. ex lege. 31. Krajský súd v Bratislave rozsudkom č.k. 6S/202/2014-90 zo dňa 25.05.2016 o predchádzajúcej žalobe týkajúcej sa preskúmania zákonnosti rozhodnutia žalovaného zo dňa 18.07.2014 č.p. KRPZ BA-VO-8/2014 PK v tej istej veci, t.j. týkajúcej sa služobného hodnotenia žalobkyne č.p. ORPZ-BAIII- VO-009/2014 zo dňa 16.05.2014 rozhodol tak, že rozhodnutie žalovaného Krajského riaditeľstva PZ v Bratislave o odvolaní č. KRPZ-BA-VO-8/2014PK zo dňa 18.07.2014 podľa § 250j ods. 2 písm. d OSP zrušil a vec vrátil žalovanému na ďalšie konanie. Krajský súd v uvedenom rozsudku konštatoval, že „napadnuté služobné hodnotenie nie je vypracované správne, pretože 1. spracovateľ (prvostupňový správny orgán) nepostupoval v súlade s § 233 ods. 1 Zákona, keď dôkladne neposudzoval všetky rozhodné skutočnosti bez ohľadu na to, či svedčia v prospech alebo neprospech hodnoteného (žalobkyne), prvostupňový správny orgán sa predovšetkým zameral na vymenovanie disciplinárnych previnení hodnoteného (žalobkyne) a len okrajovo v závere tejto časti služobného hodnotenia sa venoval hodnoteniu práce žalobkyne z hľadiska jej správnosti, rýchlosti, samostatnosti a iniciatívy. Pre objektívne posúdenie práce žalobkyne je potrebné: aby služobné hodnotenie v hodnotiacej časti obsahovalo nielen všeobecné konštatovanie pozitívnom, resp. kladnom hodnotení žalobcovej služobnej činnosti, ale aj konkrétnu zaťaženosť žalobkyne v hodnotenom období a konkrétne výsledky jej činnosti, ž následne po vyhodnotení disciplinárnych previnení žalobkyne v porovnaní s jej ostatnou činnosťou je možné vysloviť záver, ktoré z opísaných skutočností majú pre objektívne hodnotenie činnosti žalobcu väčší význam. Z napadnutého rozhodnutia a z prvostupňového rozhodnutia nevyplýva porovnanie činnosti žalobkyne s predchádzajúcim obdobím, - s prihliadnutím na závažné rozdiely v predchádzajúcom služobnom hodnotení žalobkyne a v preskúmavanom hodnotení považuje súd za nevyhnutné tieto riadne zdôvodniť. Ide totiž nepochybne o závažný zásah do práv žalobkyne a ako taký musí byť riadne odôvodnený.“ Ďalej „v súvislosti s konštatovaním, že znalosť všeobecne záväzných právnych predpisov a interných aktov riadenia nie je na strane žalobkyne na zodpovedajúcej úrovni, v napadnutom služobnom hodnotení absentuje zdôvodnenie, na základe akých skutkových zistení prvostupňový správny orgán dospel k takému záveru. Poukazovanie v tomto smere výlučne na disciplinárne previnenie žalobkyne nie je podľa názoru súdu postačujúce na takýto záver. Nie sú zrejmé konkrétne okolnosti, ktoré by bolo možné preveriť a na základe ktorých dospel prvostupňový správny orgán k záveru, že žalobkyňa nedokáže zabezpečiť výkon svojich povinností v súlade s právnymi predpismi.“ Túto časť napadnutého služobného hodnotenia považoval súd za nedostatočne špecifikovanú a nezdôvodnenú, a preto nepreskúmateľnú. 32. Oprávnený orgán postupuje pred vydaním rozhodnutia tak, aby bol presne a úplne zistený skutočný stav veci; na ten účel je povinný obstarať si na rozhodnutie potrebné podklady. Žalobkyňa dôvodne namietala, že žalovaný sa ustanovením § 233 ods. 1 zákona č. 73/1998 Z. z. neriadil a rovnako sa dôsledne neriadil ani právnymi závermi, ktoré vyslovil Krajský súd v Bratislave v rozsudku č.k. 6S/202/2014-90 zo dňa 25.05.2016. Podľa žalovaného bolo totiž v doplnenom opätovnom odvolacom konaní preukázané, že znalosť všeobecne záväzných právnych predpisov a interných aktov riadenie nie je u žalobkyni na zodpovedajúcej úrovni, keďže bolo preukázané, že žalobkyňa pri vydávaní vlastných disciplinárnych opatrení postupovala v rozpore so zákonom, kedy tieto skutočnosti mali vyplývať zo zrušujúcich rozhodnutia odvolacieho orgánu. Tieto dôvody a pochybenia v napadnutom rozhodnutí špecifikované neboli, žalovaný pri konkrétnych pochybenia odkázal na spisové materiály odvolacieho orgánu vo veciach č. ORPZ-BAIII-VO-641-006/2013, č. ORPZ-BAIII-VO-642-007/2013 a č. ORPZ-BAIII-VO-668-011/2013 a dôvody prvostupňového rozhodnutia na str. 6. Tu však správny súd poznamenáva, že relevantné dôvody musia byť obsiahnuté v samotnom rozhodnutí orgánu verejnej správy a tento nedostatok nie je možné konvalidovať iba odkazom na spisovú dokumentáciu. Žalovaný sa primárne zameral na vydávanie disciplinárnych opatrení žalobkyňou s konštatáciou, že pri ich vydávaní postupovala v rozpore so zákonom, najmä nesprávnou aplikáciou právnych predpisov na zistený skutkový stav. Napadnuté rozhodnutie tiež odkazuje na str. 6 služobného hodnotenia z hľadiska dôvodov, ale ani v prvostupňovom rozhodnutí nebolo možné relevantné dôvody orgánu verejnej správy dohľadať, keďže išlo o všeobecné konštatácie. Inak povedané z napadnutého rozhodnutia (ako aj z prvostupňového rozhodnutia) je možné dedukovať len to, že v troch prípadoch bolo disciplinárne opatrenie - písomné pokarhanie, ktoré vydala žalobkyňa nadradeným orgánom zrušené, čo samo o sebe bez ďalších relevantných skutočností neumožňuje vyvodiť záver o jej nespôsobilosti vykonávať riadiacu funkciu. Žalobkyňa preto dôvodne namietala nepreskúmateľnosť rozhodnutia s tým, že tento postup a názor žalovaného považuje za nesprávny a nezákonný práve v prípade, ak ide o jej komplexné hodnotenie, resp. obecne policajta. Žalovaný teda znova nezisťoval, či v hodnotenom období žalobkyňa uplatňovala disciplinárnu právomoc aj v iných prípadoch, nevyhodnotil, koľkokrát sa tak stalo, či v tých prípadoch bolo podané odvolanie a ako rozhodol odvolací orgán, atď., - ale zaujal zásadné a závažné stanovisko na základe 3 zrušených rozhodnutí. Uvedené sa súdu javí ako účelový a arbitrárny dôvod, na základe ktorého žalovaný vyvodil záver o nespôsobilosti žalobkyne zastávať riadiacu funkciu, resp. že nedokáže zabezpečiť výkon svojich povinností v súlade s právnymi predpismi. Správny súd v danej súvislosti uvádza, že argumentácia obsiahnutá v odôvodnení rozhodnutia správneho orgánu má byť presvedčivá tak, aby premisy zvolené v rozhodnutí, rovnako ako závery, ku ktorým správny orgán na základe týchto premís dospel, boli pre širšiu právnickú (ale aj laickú) verejnosť prijateľné, racionálne a neposlednej rade aj spravodlivé a presvedčivé. Odôvodnenie rozhodnutia správneho orgánu ako jedna z náležitostí riadneho rozhodnutia musí spĺňať zákonom stanovené požiadavky. Rozhodnutie správneho orgánu musí obsahovať relevantné a dostatočné dôvody, na základe ktorých bolo vydané. „Úlohou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bolo náležite odôvodniť svoje rozhodnutie Je preto nevyhnutné, že aby sa žalovaný správny orgán náležite vyhodnotil dôkazný materiál a uviedol presvedčivé dôvody rozhodnutia vo veci. Nepreskúmateľnosť rozhodnutia pre nedostatok dôvodov je založená na nedostatku skutkových dôvodov, pričom ide o vady skutkových zistení, o ktoré sú opreté rozhodovacie dôvody. Neexistencia týchto dôvodov v napadnutom rozhodnutí zakladá nepreskúmateľnosť správneho rozhodnutia pre nedostatok dôvodov (§ 191 ods. 1 písm. d SSP). Všeobecne platí, že ak je rozhodnutie neprekúmateľné pre nezrozumiteľnosť alebo pre nedostatok dôvodov, bráni takýto nedostatok spravidla posúdeniu dôvodnosti ďalších meritórnych námietok“ /napr. rozsudok NS SR 6Sžh/1/2009/. 33. Keďže v rozhodnutí žalovaného absentovali relevantné dôvody, čo spôsobilo ich nepreskúmateľnosť, preto správny súd postupoval podľa § 191 ods. 1 písm. d/ SSP a napadnuté rozhodnutia zrušil a vrátil vec orgánu verejnej správy prvého stupňa na ďalšie konanie. Právnym názorom, ktorý vyslovil správny súd v zrušujúcom rozsudku, je orgán verejnej správy v ďalšom konaní viazaný. 34.O náhrade trov konania súd rozhodol podľa § 167 SSP a úspešnej žalobkyni priznal právo na náhradu trov konania v plnom rozsahu voči neúspešnému žalovanému. O výške náhrady trov konania rozhodne správny súd po právoplatnosti rozhodnutia, ktorým sa konanie končí, samostatným uznesením, ktoré vydá súdny úradník (§ 175 ods. 2 SSP). 35.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https://www.kauzis.sk/judikatura/r/ECLI:SK:KSBA:2019:1017201274.3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