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1S/198/2017 z 19. 6. 2019</w:t>
      </w:r>
    </w:p>
    <w:p>
      <w:r>
        <w:t>Uznesenie Krajského súdu Bratislava z 19. júna 2019, sp. zn. 1S/198/2017, ECLI:SK:KSBA:2019:1017201422.1</w:t>
      </w:r>
    </w:p>
    <w:p>
      <w:r>
        <w:t>Súd: Krajský súd Bratislava</w:t>
      </w:r>
    </w:p>
    <w:p>
      <w:r>
        <w:t>Spisová značka: 1S/198/2017</w:t>
      </w:r>
    </w:p>
    <w:p>
      <w:r>
        <w:t>ECLI: ECLI:SK:KSBA:2019:1017201422.1</w:t>
      </w:r>
    </w:p>
    <w:p>
      <w:r>
        <w:t>Dátum vydania: 19. 6.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1S/198/2017 Identifikačné číslo súdneho spisu: 1017201422 Dátum vydania rozhodnutia: 20. 06. 2019 Meno a priezvisko sudcu, VSÚ: JUDr. Zuzana Mališová ECLI: ECLI:SK:KSBA:2019:1017201422.1 Uznesenie Krajský súd v Bratislave, ako správny súd v právnej veci žalobcu: L. X., nar. XX.XX.XXXX, bytom Ku M. XXX/XX, XXX XX Z., právne zastúpený: Mgr. Michal Urban, advokát so sídlom Šafárikova 2741/12, 911 08 Trenčín, IČO: 42 01 40 00, proti žalovanému: Ministerstvo vnútra Slovenskej republiky, Pribinova 2, 812 72 Bratislava, o preskúmanie zákonnosti rozhodnutia žalovaného č. KM-OLVS-36/2017/RK zo dňa 26.06.2017, takto r o z h o d o l : Krajský súd v Bratislave konanie zastavuje. Žiaden z účastníkov n e m á p r á v o na náhradu trov konania. o d ô v o d n e n i e : 1. Žalobca sa žalobou zo dňa 24.08.2017 podanou prostredníctvom právneho zástupcu domáhal preskúmania rozhodnutia zákonnosti rozhodnutia žalovaného č. KM-OLVS-36/2017/RK zo dňa 26.06.2017. 2. Podľa obsahu posúdil krajský súd podanie žalobcu ako všeobecnú správnu žalobu podľa ust. § 177 a nasl. zákona č. 162/2015 Z .z. Správny súdny poriadok (ďalej len „SSP“). 3. Podaním zo dňa 06.05.2019 vzal žalobca podanú žalobu späť v celom rozsahu. 4. Podľa § 99 písm. a) SSP správny súd konanie uznesením zastaví, ak žalobca vzal žalobu späť skôr, ako správny súd vo veci rozhodol. 5. Krajský súd pri aplikácii ust. § 99 písm. a) SSP v predmetnej veci zastavil konanie, nakoľko žalobca vzal žalobu späť pred rozhodnutím súdu vo veci. 6. O náhrade trov konania súd rozhodol v zmysle § 170 písm. b) SSP, podľa ktorého žiaden z účastníkov konania nemá právo na náhradu trov konania, ak konanie bolo zastavené. 7. O vrátení súdneho poplatku rozhodne súd po právoplatnosti rozhodnutia, ktorým sa konanie končí samostatným uznesením, ktoré vydá súdny úradník v zmysle ust. § 175 ods. 2 SSP a v súlade s ust. § 14 ods. 4 zákona č. 71/1992 Zb. o súdnych poplatkoch a poplatku za výpis z registra trestov v znení neskorších predpisov. 8. Rozhodnutie Krajského súdu v Bratislave bolo prijaté hlasovaním v pomere hlasov 3 : 0 (§ 139 ods. 4 SSP). Poučenie: Proti tomuto uzneseniu možno podať kasačnú sťažnosť v lehote jedného mesiaca od jeho doručenia, na Krajský súd v Bratislave (§ 443 ods. 1 S.s.p.). Ak bolo vydané opravné uznesenie, lehota plynie znovu od doručenia opravného uznesenia len v rozsahu vykonanej opravy.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https://www.kauzis.sk/judikatura/r/ECLI:SK:KSBA:2019:1017201422.1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