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8Sa/70/2017 z 28. 4. 2019</w:t>
      </w:r>
    </w:p>
    <w:p>
      <w:r>
        <w:t>Uznesenie Krajského súdu Bratislava z 28. apríla 2019, sp. zn. 8Sa/70/2017, ECLI:SK:KSBA:2019:1017201467.1</w:t>
      </w:r>
    </w:p>
    <w:p>
      <w:r>
        <w:t>Súd: Krajský súd Bratislava</w:t>
      </w:r>
    </w:p>
    <w:p>
      <w:r>
        <w:t>Spisová značka: 8Sa/70/2017</w:t>
      </w:r>
    </w:p>
    <w:p>
      <w:r>
        <w:t>ECLI: ECLI:SK:KSBA:2019:1017201467.1</w:t>
      </w:r>
    </w:p>
    <w:p>
      <w:r>
        <w:t>Dátum vydania: 28. 4.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8Sa/70/2017 Identifikačné číslo súdneho spisu: 1017201467 Dátum vydania rozhodnutia: 29. 04. 2019 Meno a priezvisko sudcu, VSÚ: JUDr. Blanka Malichová ECLI: ECLI:SK:KSBA:2019:1017201467.1 Uznesenie Krajský súd v Bratislave v právnej veci žalobcu: G.. U. V., narodený XX.XX.XXXX, trvale bytom T. B. 6, L., právne zastúpený: Advokátska kancelária Hrinko s.r.o. so sídlom Jičínská 2348/10, Praha 3 - Vinohrady, Česká republika, proti žalovanej: Sociálna poisťovňa, so sídlom Ul. 29. augusta č. 8, Bratislava, v konaní o správnej žalobe v sociálnych veciach o preskúmanie rozhodnutia generálneho riaditeľa žalovanej č. XXX XXX XXXX X zo dňa 9. júna 2017, takto r o z h o d o l : Krajský súd v Bratislave p o s t u p u j e vec vedenú pod sp. zn. 8Sa/70/2017 miestne príslušnému Krajskému súdu v Prešove. o d ô v o d n e n i e : 1. Dňa 04.09.2017 bola Krajskému súdu v Bratislave ako správnemu súdu doručená správna žaloba, v ktorej žalobca navrhol, aby súd v súlade s ust. § 191 ods. 1 písm. c/, d/ a e/ zákona č. 162/2015 Z. z. Správny súdny poriadok (ďalej len „SSP“) zrušil rozhodnutie generálneho riaditeľa žalovanej č. XXX XXX XXXX 0 zo dňa 09.06.2017 (ďalej iba „napadnuté rozhodnutie“), v súlade s ust. § 191 ods. 6 SSP vyslovil právny názor, že žalobcovi prislúcha nárok na navýšenie dôchodku vo výške 8,50 EUR mesačne a aby v súlade s ust. § 167 SSP priznal žalobcovi náhradu trov konania. 2. Napadnutým rozhodnutím generálny riaditeľ žalovanej podľa ust. § 218 ods. 2 zákona č. 461/2003 Z. z. o sociálnom poistení (ďalej len „ZSP“) zamietol v celom rozsahu odvolanie žalobcu podané proti rozhodnutiu ústredia žalovanej č. XXX XXX XXXX X zo dňa 2. marca 2017 (ďalej iba „rozhodnutie prvostupňového orgánu“) a uvedené rozhodnutie potvrdil. Prvostupňovým rozhodnutím ústredie žalovanej podľa § 66 ods. 3 ZSP a čl. 56 ods. 1 písm. c/ nariadenia (ES) Európskeho parlamentu a Rady č. 883/2004 o koordinácii systémov sociálneho zabezpečenia zamietla žiadosť žalobcu o zvýšenie starobného dôchodku za obdobie dôchodkového poistenia získané počas poberania starobného dôchodku od 3. júna 2011 do 31. decembra 2011 na území Českej republiky. 3. Podľa § 6 ods. 1,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4. Podľa § 6 ods. 2 písm. c/ SSP, správne súdy rozhodujú v konaniach o správnych žalobách v sociálnych veciach. 5. Podľa § 10 SSP, na konanie a rozhodovanie v správnom súdnictve sú vecne príslušné krajské súdy, ak tento zákon neustanovuje inak. 6. Podľa § 13 ods. 1 SSP, miestne príslušným je krajský súd, v ktorého obvode má sídlo orgán verejnej správy, ktorý rozhodol v prvom stupni, ak tento zákon neustanovuje inak. 7. Podľa § 13 ods. 3 SSP, v konaní o správnej žalobe proti rozhodnutiam o poskytovaní právnej pomoci podľa osobitného predpisu, v konaniach podľa § 6 ods. 2 písm. c/ a d/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8. Podľa § 18 ods. 2 prvá veta SSP, ak správny súd zistí, že nie je vecne, miestne alebo kauzálne príslušný, postúpi vec uznesením príslušnému správnemu súdu. 9. Podľa § 97 SSP, ak tento zákon neustanovuje inak, správny súd kedykoľvek počas konania prihliada na to, či sú splnené procesné podmienky, za ktorých môže správny súd konať a rozhodnúť (procesné podmienky). 10. Podľa § 199 ods. 1 písm. a/ SSP, sociálnymi vecami sa na účely tohto zákona rozumie rozhodovanie Sociálnej poisťovne. 11. Ako prvoradú s poukazom na vyššie citované zákonné ustanovenia Krajský súd v Bratislave skúmal svoju miestnu príslušnosť na konanie. V zmysle ust. § 13 ods. 3 SSP je na konanie o správnej žalobe v sociálnych veciach miestne príslušný krajský súd, v ktorého obvode má žalobca adresu trvalého pobytu, resp. v obvode ktorého sa žalobca zdržuje. S poukazom na uvedené, je na konanie vecne a miestne príslušným súdom Krajský súd v Prešove. 12. Hypotéza ustanovenia § 9 ods. 1 SSP je podriadená zásade „perpetuatio fori,“ podľa ktorej sa príslušnosť súdu určuje podľa okolností existujúcich v čase začatia konania; takto určená príslušnosť trvá až do jeho skončenia. 13. Súd z vyššie uvedených dôvodov postupuje vec v zmysle ust. § 18 ods. 2 SSP Krajskému súdu v Prešove ako vecne a miestne príslušnému na konanie o správnej žalobe v sociálnych veciach podľa § 13 ods. 3 SSP, nakoľko v žalobe uvedená adresa pobytu žalobcu sa nachádza v okrese Prešov patriacom podľa ust. § 2 ods. 43 v spojení s § 3 ods. 7 písm. a/ zákona č. 371/2004 Z. z. o sídlach a obvodoch súdov SR do územnej pôsobnosti Okresného súdu Prešov prislúchajúceho do územnej pôsobnosti Krajského súdu v Prešove. Poučenie: Proti tomuto uzneseniu kasačná sťažnosť nie je prípustná (§ 439 ods. 2 písm. d/ SSP).</w:t>
      </w:r>
    </w:p>
    <w:p/>
    <w:p>
      <w:r>
        <w:t>Zdroj: KAUZIS.SK – https://www.kauzis.sk/judikatura/r/ECLI:SK:KSBA:2019:1017201467.1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