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4Sa/29/2018 z 4. 11. 2019</w:t>
      </w:r>
    </w:p>
    <w:p>
      <w:r>
        <w:t>Uznesenie Krajského súdu Bratislava z 4. novembra 2019, sp. zn. 4Sa/29/2018, ECLI:SK:KSBA:2019:1018200416.1</w:t>
      </w:r>
    </w:p>
    <w:p>
      <w:r>
        <w:t>Súd: Krajský súd Bratislava</w:t>
      </w:r>
    </w:p>
    <w:p>
      <w:r>
        <w:t>Spisová značka: 4Sa/29/2018</w:t>
      </w:r>
    </w:p>
    <w:p>
      <w:r>
        <w:t>ECLI: ECLI:SK:KSBA:2019:1018200416.1</w:t>
      </w:r>
    </w:p>
    <w:p>
      <w:r>
        <w:t>Dátum vydania: 4.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4Sa/29/2018 Identifikačné číslo súdneho spisu: 1018200416 Dátum vydania rozhodnutia: 05. 11. 2019 Meno a priezvisko sudcu, VSÚ: JUDr. Ľubomír Šramko ECLI: ECLI:SK:KSBA:2019:1018200416.1 Uznesenie Krajský súd v Bratislave v právnej veci žalobcu: O. R., E. XX.X.XXXX, J. I. X. XXX, XX-XXX D., Z. X., občana Poľskej republiky, proti žalovanej: Sociálna poisťovňa, ústredie, so sídlom ul. 29. augusta č. 8 a 10, Bratislava, za účasti: MANIOM, s.r.o. so sídlom Palárikova 76, Čadca, v konaní o správnej žalobe v sociálnych veciach (preskúmanie zákonnosti rozhodnutia žalovanej Číslo: 18338-3/2018-BA zo 16.1.2018), takto r o z h o d o l : Krajský súd v Bratislave p o s t u p u j e vec vedenú pod sp. zn. 4Sa/29/2018 miestne príslušnému Krajskému súdu v Žiline. o d ô v o d n e n i e : 1/ Dňa 22.3.2018 bola Krajskému súdu v Bratislave ako správnemu súdu (ďalej len „súd“) doručená správna žaloba v sociálnych veciach (ďalej len „žaloba“), podaná proti rozhodnutiu žalovanej Číslo: 18338-3/2018-BA zo 16.1.2018 (ďalej iba „napadnuté rozhodnutie“). Napadnutým rozhodnutím žalovaná zamietla v celom rozsahu odvolanie žalobcu proti rozhodnutiu Sociálnej poisťovne, pobočka Čadca č.: 33949-1/2016-CA zo dňa 29.1.2016, ktorým ako orgán verejnej správy prvého stupňa rozhodla, že žalobcovi nevzniklo povinné nemocenské poistenie, povinné dôchodkové poistenie a povinné poistenie v nezamestnanosti ako zamestnancovi MANIOM, s.r.o. dňa 1.4.2013 podľa slovenskej legislatívy a uvedené rozhodnutie potvrdila. Žalobca navrhol zrušiť napadnuté rozhodnutie a vec vrátiť žalobkyni na ďalšie konanie. Súčasne navrhol odložiť vykonateľnosť napadnutého rozhodnutia.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§ 9 ods. 5 písm. b/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b/ zákona č. 371/2004 Z. z. o sídlach a obvodoch súdov SR do územnej pôsobnosti Okresného súdu Čadca,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 a ďalšieho účastníka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https://www.kauzis.sk/judikatura/r/ECLI:SK:KSBA:2019:1018200416.1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