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4Sa/30/2018 z 5. 11. 2019</w:t>
      </w:r>
    </w:p>
    <w:p>
      <w:r>
        <w:t>Uznesenie Krajského súdu Bratislava z 5. novembra 2019, sp. zn. 4Sa/30/2018, ECLI:SK:KSBA:2019:1018200440.1</w:t>
      </w:r>
    </w:p>
    <w:p>
      <w:r>
        <w:t>Súd: Krajský súd Bratislava</w:t>
      </w:r>
    </w:p>
    <w:p>
      <w:r>
        <w:t>Spisová značka: 4Sa/30/2018</w:t>
      </w:r>
    </w:p>
    <w:p>
      <w:r>
        <w:t>ECLI: ECLI:SK:KSBA:2019:1018200440.1</w:t>
      </w:r>
    </w:p>
    <w:p>
      <w:r>
        <w:t>Dátum vydania: 5.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4Sa/30/2018 Identifikačné číslo súdneho spisu: 1018200440 Dátum vydania rozhodnutia: 06. 11. 2019 Meno a priezvisko sudcu, VSÚ: JUDr. Ľubomír Šramko ECLI: ECLI:SK:KSBA:2019:1018200440.1 Uznesenie Krajský súd v Bratislave v právnej veci žalobcu: Z. U., O.B. XX.X.XXXX, Z. V. P. XX, L., P. E., občana Poľskej republiky, zastúpeného: V4 Legal, s.r.o. so sídlom Tvrdého 4, Žilina proti žalovanej: Sociálna poisťovňa, ústredie, so sídlom ul. 29. augusta č. 8 a 10, Bratislava, za účasti: MANIOM, s.r.o. so sídlom Palárikova 76, Čadca, zastúpeného: V4 Legal, s.r.o. so sídlom Tvrdého 4, Žilina v konaní o správnej žalobe v sociálnych veciach (preskúmanie zákonnosti rozhodnutia žalovanej Číslo: 19099-3/2018-BA zo 16.1.2018), takto r o z h o d o l : Krajský súd v Bratislave p o s t u p u j e vec vedenú pod sp. zn. 4Sa/30/2018 miestne príslušnému Krajskému súdu v Žiline. o d ô v o d n e n i e : 1/ Dňa 29.3.2018 bola Krajskému súdu v Bratislave ako správnemu súdu (ďalej len „súd“) doručená správna žaloba v sociálnych veciach (ďalej len „žaloba“), podaná proti rozhodnutiu žalovanej Číslo: 19099-3/2018-BA zo 16.1.2018 (ďalej iba „napadnuté rozhodnutie“). Napadnutým rozhodnutím žalovaná zamietla v celom rozsahu odvolanie žalobcu proti rozhodnutiu Sociálnej poisťovne, pobočka Čadca č.: 37391-1/2016-CA zo dňa 4.4.2016, ktorým ako orgán verejnej správy prvého stupňa rozhodla, že žalobcovi nevzniklo povinné nemocenské poistenie, povinné dôchodkové poistenie a povinné poistenie v nezamestnanosti ako zamestnancovi MANIOM, s.r.o. dňa 1.1.2014 podľa slovenskej legislatívy a uvedené rozhodnutie potvrdila. Žalobca navrhol zrušiť napadnuté rozhodnutie a vec vrátiť žalovanej na ďalšie konanie. Súčasne navrhol odložiť vykonateľnosť napadnutého rozhodnutia.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2/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§ 9 ods. 5 písm. b/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b/ zákona č. 371/2004 Z. z. o sídlach a obvodoch súdov SR do územnej pôsobnosti Okresného súdu Čadca, ktorého obvod prislúcha do územnej pôsobnosti Krajského súdu v Žiline. 3/ Súd v súvislosti s určením miestnej príslušnosti, poukazujúc aj na konštantnú rozhodovaciu prax (napr. uznesenia Najvyššieho súdu Slovenskej republiky v obsahovo totožných veciach sp. zn. 9Nds/5/2018. 9Nds/12/2018, 8Nds/3/2018, 8Nds/4/2018, 7Nds/5/2018, 6Nds/5/2018, 7Nds/4/2018, 4Nds/3/2018, 4Nds/4/2018, 9Nds/6/2018, 9Nds/14/2019, 9Nds/15/2019, 9Nds/16/2019) konštatuje, že pri určovaní miestnej príslušnosti súdu v danej veci nie je možné postupovať podľa § 13 ods. 3 SSP, ustanovujúceho miestnu príslušnosť súdu v sociálnych veciach osobitne tak, že na preskúmanie veci podľa § 6 ods. 2 písm. c/ je miestne príslušný krajský súd v ktorého obvode má žalobca adresu trvalého pobytu a ak takého súdu niet a žalobcom je fyzická osoba, krajský súd v ktorého obvode sa fyzická osoba zdržuje. Zo skutočností obsiahnutých v podanej žalobe je zrejmé, že žalobkyňa na území Slovenskej republiky nemá trvalý pobyt a nie je zrejmé, či sa na území Slovenskej republiky vôbec zdržuje, preto je potrebné postupovať podľa § 13 ods. 1 SSP. Podľa § 13 ods. 3 SSP v spojení s § 9 ods. 2 SSP by bolo možné postupovať iba v prípade, ak by miestne príslušný súd nebolo možné určiť podľa § 10 až 13 SSP. 4/ Súd tiež zdôrazňuje, že prejednanie veci Krajským súdom v Žiline je tiež z územného hľadiska výhodnejšie pre žalobcu, jeho zástupcu, ďalšieho účastníka a jeho zástupcu a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5/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https://www.kauzis.sk/judikatura/r/ECLI:SK:KSBA:2019:1018200440.1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