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4Sa/32/2018 z 21. 8. 2019</w:t>
      </w:r>
    </w:p>
    <w:p>
      <w:r>
        <w:t>Uznesenie Krajského súdu Bratislava z 21. augusta 2019, sp. zn. 4Sa/32/2018, ECLI:SK:KSBA:2019:1018200475.1</w:t>
      </w:r>
    </w:p>
    <w:p>
      <w:r>
        <w:t>Súd: Krajský súd Bratislava</w:t>
      </w:r>
    </w:p>
    <w:p>
      <w:r>
        <w:t>Spisová značka: 4Sa/32/2018</w:t>
      </w:r>
    </w:p>
    <w:p>
      <w:r>
        <w:t>ECLI: ECLI:SK:KSBA:2019:1018200475.1</w:t>
      </w:r>
    </w:p>
    <w:p>
      <w:r>
        <w:t>Dátum vydania: 21. 8.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4Sa/32/2018 Identifikačné číslo súdneho spisu: 1018200475 Dátum vydania rozhodnutia: 22. 08. 2019 Meno a priezvisko sudcu, VSÚ: JUDr. Ľubomír Šramko ECLI: ECLI:SK:KSBA:2019:1018200475.1 Uznesenie Krajský súd v Bratislave v právnej veci žalobcu: O. O. J., rodné číslo: XXXXXX/XXXX, trvale bytom L., XXXXX N., N. W., občana Poľskej republiky, proti žalovanej: Sociálna poisťovňa, ústredie, so sídlom ul. 29. augusta č. 8 - 10, Bratislava, za účasti: MANIOM, s.r.o. so sídlom Palárikova 76, Čadca, v konaní o správnej žalobe v sociálnych veciach zo 4.4.2018 o preskúmanie zákonnosti rozhodnutia žalovanej Číslo: 18876-3/2018-BA zo dňa 12.1.2018 takto r o z h o d o l : Krajský súd v Bratislave p o s t u p u j e vec vedenú pod sp. zn. 4Sa/32/2018 miestne príslušnému Krajskému súdu v Žiline. o d ô v o d n e n i e : 1/ Dňa 6.4.2018 bola Krajskému súdu v Bratislave ako správnemu súdu (ďalej len „súd“) doručená správna žaloba podaná proti rozhodnutiu žalovanej Číslo: 18876-3/2018-BA zo dňa 12.1.2018 (ďalej iba „napadnuté rozhodnutie“). Napadnutým rozhodnutím žalovaná zamietla v celom rozsahu odvolanie žalobcu proti rozhodnutiu Sociálnej poisťovne, pobočka Čadca č. 37389-1/2016-CA zo dňa 4.4.2016, ktorým ako orgán verejnej správy prvého stupňa rozhodla, že žalobcovi nevzniklo povinné nemocenské poistenie, povinné dôchodkové poistenie a povinné poistenie v nezamestnanosti ako zamestnancovi MANIOM, s.r.o. od 1. 5.2015 podľa slovenskej legislatívy a uvedené rozhodnutie potvrdila. 2/ Žalobca sa podanou žalobou domáhal zrušenia napadnutého rozhodnutia a odloženia jeho vykonateľnosti. Podľa § 6 ods. 1 zákona č. 162/2015 Z. z. Správny súdny poriadok (ďalej len „SSP“: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3/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ust. § 9 ods. 5 pís. c/ a § 10 zákona č. 221/1996 Z. z. o územnom a správnom usporiadaní SR v spojení s nariadením vlády SR č. 258/1996 Z. 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4/ Súd v súvislosti s určením miestnej príslušnosti žalobkyňou v podanej žalobe poukazujúc aj na uznesenia Najvyššieho súdu Slovenskej republiky v obsahovo totožných veciach (napr. sp. zn. 9Nds/12/2018, 9Nds/5/2018, 8Nds/3/2018, 8Nds/4/2018, 7Nds/5/2018, 6Nds/5/2018, 7Nds/4/2018, 4Nds/3/2018, 4Nds/4/2018, 9Nds/6/2018, 9Nds/2/2019, 7Nds/2/2019, 9 Nds/14/2019, 9 Nds/15/2019, 9 Nds/16/2019, 7Nds/15/2019) konštatuje, že v danej veci nie je možné pri určovaní miestnej príslušnosti súdu postupovať podľa § 13 ods. 3 SSP ustanovujúceho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žalobca na území Slovenskej republiky nemá trvalý pobyt a nie je zrejmé, či sa na území Slovenskej republiky zdržuje, preto je potrebné postupovať podľa § 13 ods. 1 SSP. Podľa § 13 ods. 3 SSP v spojení s § 9 ods. 2 SSP by bolo možné postupovať iba v prípade, ak by miestne príslušný súd nebolo možné určiť podľa § 10 až 13 SSP. 5/ Súd tiež zdôrazňuje, že prejednanie veci Krajským súdom v Žiline je z územného hľadiska výhodnejšie tak pre žalobcu ako i pre ďalšieho účastníka,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6/ Vzhľadom na to, že na konanie o správnej žalobe je vecne a miestne príslušný Krajský súd v Žiline, súd mu postúpil vec podľa § 18 ods. 2 SSP. 7/ O návrhu žalobcu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SSP).</w:t>
      </w:r>
    </w:p>
    <w:p/>
    <w:p>
      <w:r>
        <w:t>Zdroj: KAUZIS.SK – https://www.kauzis.sk/judikatura/r/ECLI:SK:KSBA:2019:1018200475.1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