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4Sa/36/2018 z 10. 2. 2019</w:t>
      </w:r>
    </w:p>
    <w:p>
      <w:r>
        <w:t>Uznesenie Krajského súdu Bratislava z 10. februára 2019, sp. zn. 4Sa/36/2018, ECLI:SK:KSBA:2019:1018200550.1</w:t>
      </w:r>
    </w:p>
    <w:p>
      <w:r>
        <w:t>Súd: Krajský súd Bratislava</w:t>
      </w:r>
    </w:p>
    <w:p>
      <w:r>
        <w:t>Spisová značka: 4Sa/36/2018</w:t>
      </w:r>
    </w:p>
    <w:p>
      <w:r>
        <w:t>ECLI: ECLI:SK:KSBA:2019:1018200550.1</w:t>
      </w:r>
    </w:p>
    <w:p>
      <w:r>
        <w:t>Dátum vydania: 10. 2.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4Sa/36/2018 Identifikačné číslo súdneho spisu: 1018200550 Dátum vydania rozhodnutia: 11. 02. 2019 Meno a priezvisko sudcu, VSÚ: JUDr. Ľubomír Šramko ECLI: ECLI:SK:KSBA:2019:1018200550.1 Uznesenie Krajský súd v Bratislave v právnej veci žalobcu: A. N., narodený XX.X.XXXX, trvale bytom B. XXXX/ XX, D., proti žalovanému: Generálny riaditeľ Sociálnej poisťovne, so sídlom Ul. 29. augusta č. 8 a 10, Bratislava, v konaní o správnej žalobe v sociálnych veciach (preskúmanie rozhodnutia žalovaného č. XXX XXX XXXX 0 zo dňa 26.2.2018), takto r o z h o d o l : Krajský súd v Bratislave p o s t u p u j e vec vedenú pod sp. zn. 4Sa/36/2018 miestne príslušnému Krajskému súdu v Košiciach. o d ô v o d n e n i e : 1/ Dňa 18.4.2018 bola Krajskému súdu v Bratislave ako správnemu súdu (ďalej len „súd“) doručená správna žaloba, z obsahu a príloh ktorej vyplýva, že žalobca nesúhlasí s rozhodnutím žalovaného č. XXX XXX XXXX 0 zo dňa 26.2.2018 (ďalej iba „napadnuté rozhodnutie“). Napadnutým rozhodnutím žalovaný zamietol v celom rozsahu odvolanie žalobcu podané proti rozhodnutiu Sociálnej poisťovne, ústredie č. XXX XXX XXXX X z 28. novembra 2017 vo veci úpravy sumy starobného dôchodku z dôvodu zániku nároku na zvýšenie sumy starobného dôchodku na sumu minimálneho dôchodku a uvedené prvostupňové rozhodnutie potvrdil. Podľa § 6 ods. 1 zákona č. 162/2015 Z. z. Správny súdny poriadok (ďalej len „SSP“):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6 ods. 2 písm. c/ SSP: Správne súdy rozhodujú v konaniach o správnych žalobách v sociálnych veciach. Podľa § 10 SSP: Na konanie a rozhodovanie v správnom súdnictve sú vecne príslušné krajské súdy, ak tento zákon neustanovuje inak. Podľa § 13 ods. 1 SSP: Miestne príslušným je krajský súd, v ktorého obvode má sídlo orgán verejnej správy, ktorý rozhodol v prvom stupni, ak tento zákon neustanovuje inak. Podľa § 13 ods. 3 SSP: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Podľa § 18 ods. 2 prvá veta SSP: Ak správny súd zistí, že nie je vecne, miestne alebo kauzálne príslušný, postúpi vec uznesením príslušnému správnemu súdu. Podľa § 97 SSP: Ak tento zákon neustanovuje inak, správny súd kedykoľvek počas konania prihliada na to, či sú splnené procesné podmienky, za ktorých môže správny súd konať a rozhodnúť (procesné podmienky). Podľa § 199 ods. 1 písm. a/ SSP: Sociálnymi vecami sa na účely tohto zákona rozumie rozhodovanie Sociálnej poisťovne. 2/ S poukazom na vyššie citované zákonné ustanovenia Krajský súd v Bratislave skúmal svoju miestnu príslušnosť na konanie. V zmysle ustanovenia § 13 ods. 3 SSP je na konanie o správnej žalobe v sociálnych veciach miestne príslušný krajský súd, v ktorého obvode má žalobca adresu trvalého pobytu. 3/ V zmysle § 9 ods. 8 písm. h/ č. 221/1996 Z. z. o územnom a správnom usporiadaní SR patrí okres Rožňava podľa § 2 ods. 51 v spojení s § 3 ods. 8 písm. e/ zákona č. 371/2004 Z. z. o sídlach a obvodoch súdov SR do územnej pôsobnosti Okresného súdu Rožňava, ktorého obvod prislúcha do územnej pôsobnosti Krajského súdu v Košiciach. 4/ Nakoľko lustráciou v registri obyvateľov súd zistil, že žalobca má trvalý pobyt na adrese B. XXXX/XX, D., súd podľa § 18 ods. 2 SSP postupuje vec Krajskému súdu v Košiciach vecne a miestne príslušnému (§ 10 a § 13 ods. 3 SSP) na konanie o správnej žalobe v sociálnych veciach. Poučenie: Proti tomuto uzneseniu kasačná sťažnosť nie je prípustná (§ 439 ods. 2 písm. d/ SSP).</w:t>
      </w:r>
    </w:p>
    <w:p/>
    <w:p>
      <w:r>
        <w:t>Zdroj: KAUZIS.SK – https://www.kauzis.sk/judikatura/r/ECLI:SK:KSBA:2019:1018200550.1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