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8Sa/44/2018 z 3. 11. 2019</w:t>
      </w:r>
    </w:p>
    <w:p>
      <w:r>
        <w:t>Uznesenie Krajského súdu Bratislava z 3. novembra 2019, sp. zn. 8Sa/44/2018, ECLI:SK:KSBA:2019:1018200663.2</w:t>
      </w:r>
    </w:p>
    <w:p>
      <w:r>
        <w:t>Súd: Krajský súd Bratislava</w:t>
      </w:r>
    </w:p>
    <w:p>
      <w:r>
        <w:t>Spisová značka: 8Sa/44/2018</w:t>
      </w:r>
    </w:p>
    <w:p>
      <w:r>
        <w:t>ECLI: ECLI:SK:KSBA:2019:1018200663.2</w:t>
      </w:r>
    </w:p>
    <w:p>
      <w:r>
        <w:t>Dátum vydania: 3.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8Sa/44/2018 Identifikačné číslo súdneho spisu: 1018200663 Dátum vydania rozhodnutia: 04. 11. 2019 Meno a priezvisko sudcu, VSÚ: JUDr. Blanka Malichová ECLI: ECLI:SK:KSBA:2019:1018200663.2 Uznesenie Krajský súd v Bratislave v právnej veci žalobcu: A. B. Q., nar. XX.XX.XXXX, trvale bytom T. N. X. XX/ X, XX-XXX Z., X., právne zastúpená: V4 Legal, s. r. o., so sídlom Tvrdého 4, Žilina, IČO: 36 858 820, proti žalovanej: Sociálna poisťovňa, ústredie, so sídlom ul. 29. augusta č. 8 a 10, Bratislava, za účasti: MANIOM, s. r. o., so sídlom Palárikova 76, Čadca, IČO: 46 889 124, právne zastúpená: V4 Legal, s. r. o., so sídlom Tvrdého 4, Žilina, IČO: 36 858 820, v konaní o preskúmanie zákonnosti rozhodnutia žalovanej číslo: 18027-3/2018-BA zo dňa 08. februára 2018, takto r o z h o d o l : Krajský súd v Bratislave p o s t u p u j e vec vedenú pod sp. zn. 8Sa/44/2018 miestne príslušnému Krajskému súdu v Žiline. o d ô v o d n e n i e : 1. Dňa 02.05.2018 bola Krajskému súdu v Bratislave ako správnemu súdu doručená správna žaloba podaná proti rozhodnutiu žalovanej číslo: 18027-3/2018-BA zo dňa 08.02.2018 (ďalej iba „napadnuté rozhodnutie“), ktorým žalovaná v celom rozsahu zamietla odvolanie žalobkyne a ďalšieho účastníka proti rozhodnutiu Sociálnej poisťovne, pobočka Čadca č. 55237-2/2015-CA zo dňa 17. decembra 2015, ktorým ako orgán verejnej správy prvého stupňa rozhodla, že žalobkyni odo dňa 01. augusta 2015 nevzniklo podľa slovenskej legislatívy povinné nemocenské poistenie, povinné dôchodkové poistenie a povinné poistenie v nezamestnanosti ako zamestnankyni zamestnávateľa MANIOM, s. r. o., so sídlom Palárikova 76, Čadca, IČO: 46 889 124 a uvedené rozhodnutie potvrdila. 2. Z odôvodnenia žaloby vyplýva, že žalobkyňa považuje postup žalovanej, ktorého výsledkom je napadnuté rozhodnutie, z právneho hľadiska za nesprávny, pretože žalovaná nemala právomoc vydať takéto rozhodnutie. Postup žalovanej je podľa žalobkyne v rozpore so zásadou rovnosti a právnej istoty, preto napadnuté rozhodnutie žiadala zrušiť a vec jej vrátiť na ďalšie konanie. Súčasťou žaloby je návrh na odklad vykonateľnosti napadnutého rozhodnutia, ktorý žalobkyňa žiadnym spôsobom neodôvodnila. 3.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SSP, správne súdy rozhodujú v konaniach o správnych žalobách v sociálnych veciach. 5. Podľa § 9 ods. 1 SSP,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1 SSP, miestne príslušným je krajský súd, v ktorého obvode má sídlo orgán verejnej správy, ktorý rozhodol v prvom stupni, ak tento zákon neustanovuje inak. 8.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prvá veta SSP, ak správny súd zistí, že nie je vecne, miestne alebo kauzálne príslušný, postúpi vec uznesením príslušnému správnemu súdu. 10. Podľa § 199 ods. 1 písm. a/ SSP, sociálnymi vecami sa na účely tohto zákona rozumie rozhodovanie Sociálnej poisťovne. 11. Skôr ako Krajský súd v Bratislave pristúpil k meritórnemu konaniu vo veci, skúmal svoju miestnu príslušnosť na konanie. Podľa ust. § 13 ods. 1 SSP, miestne príslušným je krajský súd, v ktorého obvode má sídlo orgán verejnej správy, ktorý rozhodol v prvom stupni, ak SSP neustanovuje inak. V uvedenej veci je sídlom orgánu, ktorý rozhodol v prvom stupni, sídlo pobočky žalovanej v Čadci. V zmysle ust. § 9 ods. 5 pís. c/ a § 10 zákona č. 221/1996 Z. z. o územnom a správnom usporiadaní SR v spojení s nariadením vlády SR č. 258/1996 Z.z.,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12. Krajský súd v Bratislave zdôrazňuje, že v uvedenej právnej veci nie je možné postupovať podľa ust. § 13 ods. 3 SSP, určujúceho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žalobkyňa na území Slovenskej republiky nemá trvalý pobyt a nie je zrejmé, či sa na území Slovenskej republiky zdržuje. V súlade s ust. § 13 ods. 3 S.s.p. v spojení s § 9 ods. 2 SSP by bolo možné postupovať iba v prípade, ak by miestne príslušný súd nebolo možné určiť podľa ust. § 10 až 13 SSP, čo daná právna situácia neposkytuje (viď. napr. uznesenie NS SR sp. zn. 9Nds/5/2018 zo dňa 23. júla 2018 a ďalšie). 13. Súd tiež zdôrazňuje, že preskúmanie veci Krajským súdom v Žiline je pre žalobkyňu, ďalšieho účastníka a ich právneho zástupcu výhodnejšie aj z územného hľadiska, pretože predstavuje rýchlejší a hospodárnejší prístup k súdnej ochrane, v súlade so základným princípom konania obsiahnutým v čl. 17 zákona č. 160/2015 Z. z. Civilný sporový poriadok, ktorému sa v nadväznosti na ust. § 5 ods. 1 SSP podriaďuje aj konanie pred správnym súdom. 14. Vzhľadom k tomu, že na konanie o správnej žalobe je vecne a miestne príslušný Krajský súd v Žiline, súd mu postúpil vec podľa § 18 ods. 2 SSP. 15. O návrhu žalobkyne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SSP).</w:t>
      </w:r>
    </w:p>
    <w:p/>
    <w:p>
      <w:r>
        <w:t>Zdroj: KAUZIS.SK – https://www.kauzis.sk/judikatura/r/ECLI:SK:KSBA:2019:1018200663.2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