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4Sa/49/2018 z 17. 9. 2019</w:t>
      </w:r>
    </w:p>
    <w:p>
      <w:r>
        <w:t>Uznesenie Krajského súdu Bratislava z 17. septembra 2019, sp. zn. 4Sa/49/2018, ECLI:SK:KSBA:2019:1018200716.1</w:t>
      </w:r>
    </w:p>
    <w:p>
      <w:r>
        <w:t>Súd: Krajský súd Bratislava</w:t>
      </w:r>
    </w:p>
    <w:p>
      <w:r>
        <w:t>Spisová značka: 4Sa/49/2018</w:t>
      </w:r>
    </w:p>
    <w:p>
      <w:r>
        <w:t>ECLI: ECLI:SK:KSBA:2019:1018200716.1</w:t>
      </w:r>
    </w:p>
    <w:p>
      <w:r>
        <w:t>Dátum vydania: 17. 9. 2019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4Sa/49/2018 Identifikačné číslo súdneho spisu: 1018200716 Dátum vydania rozhodnutia: 18. 09. 2019 Meno a priezvisko sudcu, VSÚ: JUDr. Ľubomír Šramko ECLI: ECLI:SK:KSBA:2019:1018200716.1 Uznesenie Krajský súd v Bratislave v právnej veci žalobcu: A. D. narodeného XX.XX.XXXX, trvale bytom L. X/ X, XX-XXX X., D. republika, občana D. republiky, zastúpeného: V4 Legal, s.r.o. so sídlom Tvrdého 4, Žilina, IČO: 36 858 820 proti žalovanej: Sociálna poisťovňa, ústredie, so sídlom ul. 29. augusta č. 8 - 10, Bratislava, IČO: 30 807 484, za účasti: MANIOM, s.r.o. so sídlom Palárikova 76, Čadca, IČO: 46 889 124, zastúpeného: V4 Legal, s.r.o. so sídlom Tvrdého 4, Žilina, IČO: 36 858 820 v konaní o správnej žalobe v sociálnych veciach - preskúmanie zákonnosti rozhodnutia žalovanej Číslo: 19684-3/2018-BA zo dňa 8.2.2018, takto r o z h o d o l : Krajský súd v Bratislave p o s t u p u j e vec vedenú pod sp. zn. 4Sa/49/2018 miestne príslušnému Krajskému súdu v Žiline. o d ô v o d n e n i e : 1/ Dňa 15.5.2018 bola Krajskému súdu v Bratislave ako správnemu súdu (ďalej len „súd“) doručená správna žaloba podaná proti rozhodnutiu žalovanej Číslo: 19684-3/2018-BA zo dňa 8.2.2018 (ďalej iba „napadnuté rozhodnutie“). Napadnutým rozhodnutím žalovaná zamietla v celom rozsahu odvolanie žalobcu proti rozhodnutiu Sociálnej poisťovne, pobočka Čadca č. 40211-1/2016-CA zo dňa 24.5.2016, ktorým ako orgán verejnej správy prvého stupňa rozhodla, že žalobcovi nevzniklo povinné nemocenské poistenie, povinné dôchodkové poistenie a povinné poistenie v nezamestnanosti ako zamestnancovi ďalšieho účastníka dňa 1.11.2015 podľa slovenskej legislatívy a uvedené rozhodnutie potvrdila. 2/ Žalobca sa podanou žalobou domáhal zrušenia napadnutého rozhodnutia a vrátenia veci žalovanej na ďalšie konanie. Podľa § 6 ods. 1 zákona č. 162/2015 Z. z. Správny súdny poriadok (ďalej len „SSP“: Správne súdy v správnom súdnictve preskúmavajú na základe žalôb zákonnosť rozhodnutí orgánov verejnej správy, opatrení orgánov verejnej správy a iných zásahov orgánov verejnej správy, poskytujú ochranu pred nečinnosťou orgánov verejnej správy a rozhodujú v ďalších veciach ustanovených týmto zákonom. Podľa § 6 ods. 2 písm. c/ SSP: Správne súdy rozhodujú v konaniach o správnych žalobách v sociálnych veciach. Podľa § 10 SSP: Na konanie a rozhodovanie v správnom súdnictve sú vecne príslušné krajské súdy, ak tento zákon neustanovuje inak. Podľa § 13 ods. 1 SSP: Miestne príslušným je krajský súd, v ktorého obvode má sídlo orgán verejnej správy, ktorý rozhodol v prvom stupni, ak tento zákon neustanovuje inak. Podľa § 13 ods. 3 SSP v konaní o správnej žalobe proti rozhodnutiam o poskytovaní právnej pomoci podľa osobitného predpisu, v konaniach podľa § 6 ods. 2 písm. c) a d) a na konanie o vykonateľnosti rozhodnutí cudzích orgánov verejnej správy je miestne príslušný krajský súd, v ktorého obvode má žalobca adresu trvalého pobytu, miesto podnikania alebo sídlo; ak takého súdu niet a žalobcom je fyzická osoba, je miestne príslušný krajský súd, v ktorého obvode sa fyzická osoba zdržuje. Podľa § 18 ods. 2 prvá veta SSP: Ak správny súd zistí, že nie je vecne, miestne alebo kauzálne príslušný, postúpi vec uznesením príslušnému správnemu súdu. Podľa § 199 ods. 1 písm. a/ SSP: Sociálnymi vecami sa na účely tohto zákona rozumie rozhodovanie Sociálnej poisťovne. 3/ S poukazom na vyššie citované zákonné ustanovenia súd skúmal svoju miestnu príslušnosť na konanie. V zmysle ustanovenia § 13 ods. 1 SSP je miestne príslušným na konanie krajský súd, v ktorého obvode má sídlo orgán verejnej správy, ktorý rozhodol v prvom stupni, ak SSP neustanovuje inak. V uvedenej veci je sídlom orgánu, ktorý rozhodol v prvom stupni sídlo pobočky žalovanej v Čadci. V zmysle ust. § 9 ods. 5 pís. c) a § 10 zákona č. 221/1996 Z. z. o územnom a správnom usporiadaní SR v spojení s nariadením vlády SR č. 258/1996 Z. z., ktorým sa vydáva zoznam obcí a vojenských obvodov tvoriacich jednotlivé okresy, je mesto Čadca zaradené v časti Prílohy pod okres Čadca, patriaci podľa § 2 ods. 27 v spojení s § 3 ods. 6 písm. b) zákona č. 371/2004 Z. z. o sídlach a obvodoch súdov SR do územnej pôsobnosti Okresného súdu Čadca, ktorého obvod prislúcha do územnej pôsobnosti Krajského súdu v Žiline. 4/ Súd v súvislosti s určením miestnej príslušnosti žalobkyňou v podanej žalobe poukazujúc aj na uznesenia Najvyššieho súdu Slovenskej republiky v obsahovo totožných veciach (napr. sp. zn. 9Nds/12/2018, 9Nds/5/2018, 8Nds/3/2018, 8Nds/4/2018, 7Nds/5/2018, 6Nds/5/2018, 7Nds/4/2018, 4Nds/3/2018, 4Nds/4/2018, 9Nds/6/2018, 9Nds/2/2019, 7Nds/2/2019, 9 Nds/14/2019, 9 Nds/15/2019, 9 Nds/16/2019, 7Nds/15/2019) konštatuje, že v danej veci nie je možné pri určovaní miestnej príslušnosti súdu postupovať podľa § 13 ods. 3 SSP ustanovujúceho miestnu príslušnosť súdu v sociálnych veciach osobitne tak, že na preskúmanie veci podľa § 6 ods. 2 písm. c/ je miestne príslušný krajský súd, v ktorého obvode má žalobca adresu trvalého pobytu a ak takého súdu niet a žalobcom je fyzická osoba, krajský súd, v ktorého obvode sa fyzická osoba zdržuje. Zo skutočností obsiahnutých v podanej žalobe je zrejmé, že žalobca na území Slovenskej republiky nemá trvalý pobyt a nie je zrejmé, či sa na území Slovenskej republiky zdržuje, preto je potrebné postupovať podľa § 13 ods. 1 SSP. Podľa § 13 ods. 3 SSP v spojení s § 9 ods. 2 SSP by bolo možné postupovať iba v prípade, ak by miestne príslušný súd nebolo možné určiť podľa § 10 až 13 SSP. 5/ Súd tiež zdôrazňuje, že prejednanie veci Krajským súdom v Žiline je z územného hľadiska výhodnejšie tak pre žalobcu ako i pre ďalšieho účastníka, pretože predstavuje rýchlejší a hospodárnejší prístup k súdnej ochrane v súlade so základným princípom konania obsiahnutým v čl. 17 zákona č. 160/2015 Z. z. Civilný sporový poriadok, ktorému sa v nadväznosti na § 5 ods. 1 SSP podriaďuje aj konanie pred správnym súdom. 6/ Vzhľadom na to, že na konanie o správnej žalobe je vecne a miestne príslušný Krajský súd v Žiline, súd mu postúpil vec podľa § 18 ods. 2 SSP. Poučenie: Proti tomuto uzneseniu kasačná sťažnosť nie je prípustná (§ 439 ods. 2 písm. d/ SSP).</w:t>
      </w:r>
    </w:p>
    <w:p/>
    <w:p>
      <w:r>
        <w:t>Zdroj: KAUZIS.SK – https://www.kauzis.sk/judikatura/r/ECLI:SK:KSBA:2019:1018200716.1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