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7Sa/56/2018 z 20. 3. 2019</w:t>
      </w:r>
    </w:p>
    <w:p>
      <w:r>
        <w:t>Uznesenie Krajského súdu Bratislava z 20. marca 2019, sp. zn. 7Sa/56/2018, ECLI:SK:KSBA:2019:1018200858.2</w:t>
      </w:r>
    </w:p>
    <w:p>
      <w:r>
        <w:t>Súd: Krajský súd Bratislava</w:t>
      </w:r>
    </w:p>
    <w:p>
      <w:r>
        <w:t>Spisová značka: 7Sa/56/2018</w:t>
      </w:r>
    </w:p>
    <w:p>
      <w:r>
        <w:t>ECLI: ECLI:SK:KSBA:2019:1018200858.2</w:t>
      </w:r>
    </w:p>
    <w:p>
      <w:r>
        <w:t>Dátum vydania: 20. 3. 2019</w:t>
      </w:r>
    </w:p>
    <w:p>
      <w:r>
        <w:t>Forma: Uznesenie</w:t>
      </w:r>
    </w:p>
    <w:p>
      <w:pPr>
        <w:pStyle w:val="Heading2"/>
      </w:pPr>
      <w:r>
        <w:t>Text rozhodnutia</w:t>
      </w:r>
    </w:p>
    <w:p>
      <w:r>
        <w:t>Súd: Krajský súd Bratislava Spisová značka: 7Sa/56/2018 Identifikačné číslo súdneho spisu: 1018200858 Dátum vydania rozhodnutia: 21. 03. 2019 Meno a priezvisko sudcu, VSÚ: JUDr. Beata Jurgošová ECLI: ECLI:SK:KSBA:2019:1018200858.2 Uznesenie Krajský súd v Bratislave v právnej veci žalobcu: Spojená škola, Zimná 96, Dobšiná, so sídlom Zimná 96, 049 25 Dobšiná, IČO: 422 43 271, Bratislava, proti žalovanému: Štátna školská inšpekcia, so sídlom Staré grunty 52, 832 91 Bratislava, IČO: 31 797 857, Školské inšpekčné centrum Košice, Němcovej 30, 040 01 Košice v konaní o správnej žalobe žalobcu doručenej dňa 08.06.2018 proti inému zásahu orgánu verejnej správy takto r o z h o d o l : Krajský súd v Bratislave konanie z a s t a v u j e . Žiaden z účastníkov konania nemá právo náhradu trov konania. o d ô v o d n e n i e : 1. Dňa 8.06.2018 bola Krajskému súdu v Bratislave (ďalej len „správny súd“) doručená správna žaloba proti inému zásahu orgánu verejnej správy - žalovaného, ktorou sa žalobkyňa domáhala určenia, že školská inšpekcia vykonaná Štátnou školskou inšpekciou, Školské inšpekčné centrum Košice, , Němcovej 30, 040 01 Košice dňa 10.04.2018 podľa poverenia na tematickú inšpekciu č. 88018/2017-2018 zo dňa 06.04.2018 v Spojenej škole, Zimná 96, Dobšiná, bola vykonaná v rozpore so zákonom číslo 596/2003 Z.z. o štátnej správe v školstve a školskej samospráve. 2. Dňa 21.03.2019 bolo správnemu súdu doručené späťvzatie podanej žaloby. Podľa § 99 ods. 1 písm. a) zák. č. 162/2015 Z.z. Správny súdny poriadok (ďalej len „SSP“)s právny súd konanie uznesením zastaví, ak žalobca vzal žalobu späť skôr, ako správny súd vo veci rozhodol, 3. Pretože správnemu súdu bolo účinne doručené späťvzatie podanej žaloby, konanie o nej zastavil. 4.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https://www.kauzis.sk/judikatura/r/ECLI:SK:KSBA:2019:1018200858.2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