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6S/127/2018 z 23. 10. 2019</w:t>
      </w:r>
    </w:p>
    <w:p>
      <w:r>
        <w:t>Uznesenie Krajského súdu Bratislava z 23. októbra 2019, sp. zn. 6S/127/2018, ECLI:SK:KSBA:2019:1018201133.2</w:t>
      </w:r>
    </w:p>
    <w:p>
      <w:r>
        <w:t>Súd: Krajský súd Bratislava</w:t>
      </w:r>
    </w:p>
    <w:p>
      <w:r>
        <w:t>Spisová značka: 6S/127/2018</w:t>
      </w:r>
    </w:p>
    <w:p>
      <w:r>
        <w:t>ECLI: ECLI:SK:KSBA:2019:1018201133.2</w:t>
      </w:r>
    </w:p>
    <w:p>
      <w:r>
        <w:t>Dátum vydania: 23. 10. 2019</w:t>
      </w:r>
    </w:p>
    <w:p>
      <w:r>
        <w:t>Forma: Uznesenie</w:t>
      </w:r>
    </w:p>
    <w:p>
      <w:pPr>
        <w:pStyle w:val="Heading2"/>
      </w:pPr>
      <w:r>
        <w:t>Text rozhodnutia</w:t>
      </w:r>
    </w:p>
    <w:p>
      <w:r>
        <w:t>Súd: Krajský súd Bratislava Spisová značka: 6S/127/2018 Identifikačné číslo súdneho spisu: 1018201133 Dátum vydania rozhodnutia: 24. 10. 2019 Meno a priezvisko sudcu, VSÚ: JUDr. Andrea Krišková ECLI: ECLI:SK:KSBA:2019:1018201133.2 Uznesenie Krajský súd v Bratislave v právnej veci žalobcu: CASSARUS s.r.o., so sídlom Železničiarska 24, Prešov, IČO: 36 572 969, zastúpený advokátskou kanceláriou IURISTICO s.r.o., so sídlom Cimborkova 13, Košice, IČO: 36 588 041, proti žalovanému: Úrad pre verejné obstarávanie, so sídlom Ružová dolina 10, Bratislava, za účasti ďalšieho účastníka: Mesto Prešov, so sídlom Hlavná 73, Prešov, IČO: 00 327 646, o preskúmanie zákonnosti rozhodnutia č. 5749-6000/2018-OD zo dňa 23.07.2018, takto r o z h o d o l : Krajský súd v Bratislave konanie zastavuje. Krajský súd v Bratislave priznáva žalobcovi voči žalovanému právo na úplnú náhradu trov konania, o výške ktorej rozhodne súdny úradník po právoplatnosti tohto rozhodnutia samostatným uznesením. o d ô v o d n e n i e : 1. Žalobou podanou na Krajskom súde v Bratislave (ďalej len „správny súd“) dňa 13.08.2018 sa žalobca domáha preskúmania zákonnosti rozhodnutia žalovaného č. 5749- 6000/2018-OD zo dňa 23.07.2018, ktorým zastavil konanie o preskúmanie úkonov kontrolovaného Mesta Prešov, ako verejného obstarávateľa, na základe námietok uchádzača KOSIT a.s. a žalobcu ako záujemcu, podľa § 174 ods.l písm. h) zákona č. 343/2015 Z.z. o verejnom obstarávaní a o zmene a doplnení niektorých zákonov v znení neskorších predpisov (ďalej len „ZoVO“) s odôvodnením, že nezložili na účet úradu kauciu v lehote a vo výške podľa § 172 ods. 2 písm. a) v spojení s § 172 ods. 1 ZoVO. 2. Dňa 07.12.2018 žalovaný doručil správnemu súdu podanie v ktorom uviedol, že vydal nové rozhodnutie č. 10378-9000/2018 zo dňa 16.11.2018, ktorým došlo k zmene napadnutého rozhodnutia č. 5749-6000/2018-OD zo dňa 23.07.2018 na základe námietok. Rozhodnutie nadobudlo právoplatnosť dňa 21.11.2018. 3. Na základe uvedeného tak správny súd vyzval žalobcu, aby sa v súdom stanovenej lehote vyjadril, či súhlasí so zastavením konania. 4. Žalobca podaním doručeným správnemu súdu dňa 02.08.2019 uviedol, že v súlade s § 99 písm. d) zákona č. 162/2015 Z.z. Správneho súdneho poriadku (ďalej len „SSP“) súhlasí so zastavením konania. 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99 písm. d) SSP, správny súd konanie uznesením zastaví, ak preskúmavané rozhodnutie orgánu verejnej správy alebo opatrenie orgánu verejnej správy bolo medzitým zrušené alebo zmenené na základe mimoriadneho opravného prostriedku;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 správny súd uznesením zastaví konanie len so súhlasom žalobcu. 7.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8. Pod pojmom procesné podmienky konania možno rozumieť zákonom stanovené požiadavky, ktorých absencia spôsobuje, že správny súd má povinnosť začaté konanie ukončiť bez toho, aby sa v konaní zaoberal nárokom žalobcu vo veci samej. Správny súd je povinný v konaní ex offo skúmať splnenie procesných podmienok, pričom ich absencia môže mať v závislosti od povahy tohto nedostatku povahu odstrániteľnej alebo neodstrániteľnej vady konania. Ak správny súd pri skúmaní procesných podmienok dospeje k záveru, že ide o taký nedostatok procesnej podmienky, ktorý nemožno odstrániť, správny súd v závislosti od povahy nedostatku procesnej podmienky správnu žalobu odmietne (v zmysle ust. § 98 SSP) alebo konanie zastaví (v zmysle ust. § 99 SSP). 9. Správny súd už len dodáva, že v predmetnej veci boli splnené zákonné podmienky na zastavenie konania podľa § 99 písm. d) SSP a z uvedeného dôvodu konanie zastavil. 10. O práve účastníkov konania na náhradu trov konania súd rozhodol podľa § 171 ods. 1 SSP a žalobcovi priznal právo na náhradu konania, pretože žalovaný procesné zavinil zastavenie konania. 11. Toto rozhodnutie senát Krajského súdu v Bratislave prijal pomerom hlasov 3 : 0 (§ 3 ods. 9 zákona č. 757/2004 Z.z. v znení zákona č. 33/2011 Z.z.).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https://www.kauzis.sk/judikatura/r/ECLI:SK:KSBA:2019:1018201133.2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