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5S/131/2018 z 26. 2. 2019</w:t>
      </w:r>
    </w:p>
    <w:p>
      <w:r>
        <w:t>Uznesenie Krajského súdu Bratislava z 26. februára 2019, sp. zn. 5S/131/2018, ECLI:SK:KSBA:2019:1018201147.2</w:t>
      </w:r>
    </w:p>
    <w:p>
      <w:r>
        <w:t>Súd: Krajský súd Bratislava</w:t>
      </w:r>
    </w:p>
    <w:p>
      <w:r>
        <w:t>Spisová značka: 5S/131/2018</w:t>
      </w:r>
    </w:p>
    <w:p>
      <w:r>
        <w:t>ECLI: ECLI:SK:KSBA:2019:1018201147.2</w:t>
      </w:r>
    </w:p>
    <w:p>
      <w:r>
        <w:t>Dátum vydania: 26. 2. 2019</w:t>
      </w:r>
    </w:p>
    <w:p>
      <w:r>
        <w:t>Forma: Uznesenie</w:t>
      </w:r>
    </w:p>
    <w:p>
      <w:pPr>
        <w:pStyle w:val="Heading2"/>
      </w:pPr>
      <w:r>
        <w:t>Text rozhodnutia</w:t>
      </w:r>
    </w:p>
    <w:p>
      <w:r>
        <w:t>Súd: Krajský súd Bratislava Spisová značka: 5S/131/2018 Identifikačné číslo súdneho spisu: 1018201147 Dátum vydania rozhodnutia: 27. 02. 2019 Meno a priezvisko sudcu, VSÚ: JUDr. Viera Šebestová ECLI: ECLI:SK:KSBA:2019:1018201147.2 Uznesenie Krajský súd v Bratislave v právnej veci žalobcu: R. N., trvale bytom: B. XX, XXX XX Z., zastúpený: Beňo &amp; partners advokátska kancelária, s.r.o., Nám. Sv. Egídia 93, 058 01 Poprad, proti žalovanému: Ministerstvo vnútra Slovenskej republiky, so sídlom: Pribinova 2, 812 72 Bratislava, o preskúmanie zákonnosti rozhodnutia žalovaného č. PPZ-KA1-48-007/2018-PK zo dňa 07.06.2018, o odkladný účinok správnej žaloby, takto r o z h o d o l : Krajský súd v Bratislave návrh žalobcu o odkladný účinok správnej žaloby zo dňa 15.08.2018, ktorou sa žalobca domáhal preskúmania zákonnosti rozhodnutia žalovaného č. PPZ-KA1-48-007/2018-PK zo dňa 07.06.2018 v spojení s rozhodnutím Krajského riaditeľstva Policajného zboru v Bratislave č. KRPZ- BA-KD14-136-008/2017 zo dňa 10.05.2017, z a m i e t a. o d ô v o d n e n i e : 1/ Žalobca sa žalobou doručenou tunajšiemu súdu dňa 15.08.2018 domáhal preskúmania zákonnosti rozhodnutia žalovaného č. PPZ-KA1-48-007/2018-PK zo dňa 07.06.2018 v spojení s rozhodnutím Krajského riaditeľstva Policajného zboru v Bratislave č. KRPZ-BA-KD14-136-008/2017 zo dňa 10.05.2017 a vrátenia veci žalovanému na ďalšie konanie a zároveň navrhol, aby súd vydal uznesenie o priznaní odkladného účinku správnej žaloby až do právoplatnosti rozhodnutia súdu o žalobe žalobcu. 2/ Dôvodom podania žiadosti o odkladný účinok správnej žaloby je skutočnosť, že mu hrozí zrážka zo mzdy, ktorá predstavuje podstatnú časť mesačnej mzdy žalobcu. 3/ Žalovaný vo vyjadrení k žalobe zo dňa 22.02.2019 uviedol, že napadnuté rozhodnutie považuje za dôvodné a plne v intenciách platnej právnej úpravy a navrhuje preto žalobu v plnom rozsahu zamietnuť. Zároveň navrhuje, aby súd zamietol návrh žalobcu na priznanie odkladného účinku žaloby.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Súd v súlade s citovaným zákonným ustanovením § 188 SSP zamietol návrh žalobcu, nakoľko neboli splnené a preukázané podmienky ust. § 185 písm. a/ SSP. Poučenie: Proti tomuto uzneseniu kasačná sťažnosť nie je prípustné podľa § 439 ods. 2 písm. e/ SSP.</w:t>
      </w:r>
    </w:p>
    <w:p/>
    <w:p>
      <w:r>
        <w:t>Zdroj: KAUZIS.SK – https://www.kauzis.sk/judikatura/r/ECLI:SK:KSBA:2019:1018201147.2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