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4Sa/73/2018 z 20. 8. 2019</w:t>
      </w:r>
    </w:p>
    <w:p>
      <w:r>
        <w:t>Uznesenie Krajského súdu Bratislava z 20. augusta 2019, sp. zn. 4Sa/73/2018, ECLI:SK:KSBA:2019:1018201260.1</w:t>
      </w:r>
    </w:p>
    <w:p>
      <w:r>
        <w:t>Súd: Krajský súd Bratislava</w:t>
      </w:r>
    </w:p>
    <w:p>
      <w:r>
        <w:t>Spisová značka: 4Sa/73/2018</w:t>
      </w:r>
    </w:p>
    <w:p>
      <w:r>
        <w:t>ECLI: ECLI:SK:KSBA:2019:1018201260.1</w:t>
      </w:r>
    </w:p>
    <w:p>
      <w:r>
        <w:t>Dátum vydania: 20. 8. 2019</w:t>
      </w:r>
    </w:p>
    <w:p>
      <w:r>
        <w:t>Forma: Uznesenie</w:t>
      </w:r>
    </w:p>
    <w:p>
      <w:pPr>
        <w:pStyle w:val="Heading2"/>
      </w:pPr>
      <w:r>
        <w:t>Text rozhodnutia</w:t>
      </w:r>
    </w:p>
    <w:p>
      <w:r>
        <w:t>Súd: Krajský súd Bratislava Spisová značka: 4Sa/73/2018 Identifikačné číslo súdneho spisu: 1018201260 Dátum vydania rozhodnutia: 21. 08. 2019 Meno a priezvisko sudcu, VSÚ: JUDr. Ľubomír Šramko ECLI: ECLI:SK:KSBA:2019:1018201260.1 Uznesenie Krajský súd v Bratislave v právnej veci žalobcu: R. N., bytom B.. O. XX, C., zastúpeného JUDr. Júliusom Jánošíkom, advokátom so sídlom Klincová 35, Bratislava, P.O.BOX 86, Bratislava 15 proti žalovanému: Generálne riaditeľstvo Zboru väzenskej a justičnej stráže so sídlom Šagátová 1, Bratislava v konaní o správnej žalobe v sociálnych veciach zo dňa 7.9.20187 voči rozhodnutiu žalovaného Číslo: GR ZVJS- d-11502/14-2018 zo dňa 23.8.2018 takto r o z h o d o l : Krajský súd v Bratislave konanie z a s t a v u j e . Žiaden z účastníkov konania nemá právo náhradu trov konania. o d ô v o d n e n i e : 1. Dňa 7.9.2018 bola Krajskému súdu v Bratislave (ďalej len „správny súd“) doručená žalobcom správna žaloba zo 7.9,2018 v sociálnej veci, ktorou sa žalobca domáhal zrušenia napadnutého rozhodnutia žalovaného Číslo: GR ZVJS-d-11502/14-2018 zo dňa 23.8.2018 (ďalej len „žaloba“). 2. Dňa 5.8.2019 bolo správnemu súdu doručené späťvzatie podanej žaloby. Podľa § 99 ods. 1 písm. a) zák. č. 162/2015 Z.z. Správny súdny poriadok (ďalej len „SSP“): Správny súd konanie uznesením zastaví, ak žalobca vzal žalobu späť skôr, ako správny súd vo veci rozhodol, 3. Pretože správnemu súdu bolo účinne doručené späťvzatie podanej žaloby, konanie o nej zastavil. 4. O trovách konania súd rozhodol s poukazom na § 170 písm. b) SSP. Poučenie: Doručené uznesenie je právoplatné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https://www.kauzis.sk/judikatura/r/ECLI:SK:KSBA:2019:1018201260.1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