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5S/166/2018 z 12. 5. 2019</w:t>
      </w:r>
    </w:p>
    <w:p>
      <w:r>
        <w:t>Uznesenie Krajského súdu Bratislava z 12. mája 2019, sp. zn. 5S/166/2018, ECLI:SK:KSBA:2019:1018201397.1</w:t>
      </w:r>
    </w:p>
    <w:p>
      <w:r>
        <w:t>Súd: Krajský súd Bratislava</w:t>
      </w:r>
    </w:p>
    <w:p>
      <w:r>
        <w:t>Spisová značka: 5S/166/2018</w:t>
      </w:r>
    </w:p>
    <w:p>
      <w:r>
        <w:t>ECLI: ECLI:SK:KSBA:2019:1018201397.1</w:t>
      </w:r>
    </w:p>
    <w:p>
      <w:r>
        <w:t>Dátum vydania: 12. 5. 2019</w:t>
      </w:r>
    </w:p>
    <w:p>
      <w:r>
        <w:t>Forma: Uznesenie</w:t>
      </w:r>
    </w:p>
    <w:p>
      <w:pPr>
        <w:pStyle w:val="Heading2"/>
      </w:pPr>
      <w:r>
        <w:t>Text rozhodnutia</w:t>
      </w:r>
    </w:p>
    <w:p>
      <w:r>
        <w:t>Súd: Krajský súd Bratislava Spisová značka: 5S/166/2018 Identifikačné číslo súdneho spisu: 1018201397 Dátum vydania rozhodnutia: 13. 05. 2019 Meno a priezvisko sudcu, VSÚ: JUDr. Dáša Filová ECLI: ECLI:SK:KSBA:2019:1018201397.1 Uznesenie Krajský súd v Bratislave v právnej veci žalobcu: FOSSIL Energy s.r.o., so sídlom: Hradská 124, 821 07 Bratislava, IČO: 46 063 889, zastúpený: JUDr. Karol Spišák, advokát, Tuhovská 1, 831 07 Bratislava proti žalovanému: Finančné riaditeľstvo Slovenskej republiky, Lazovná 63, 974 01 Banská Bystrica, IČO: 42 499 500, o preskúmanie zákonnosti rozhodnutia žalovaného č. 101401262/2018 zo dňa 23.07.2018, o návrhu na priznanie odkladného účinku správnej žaloby, takto r o z h o d o l : Správny súd návrh žalobcu na priznanie odkladného účinku správnej žaloby zo dňa 24.09.2018 z a m i e t a. o d ô v o d n e n i e : 1. Žalobou doručenou tunajšiemu súdu dňa 28.09.2018 sa žalobca domáha preskúmania zákonnosti rozhodnutia žalovaného č. 101401262/2018 zo dňa 23.07.2018 (ďalej aj „napadnuté rozhodnutie“), ktorým žalovaný nevyhovel odvolaniu žalobcu a rozhodnutie Daňového úradu Bratislava č. 179102/2018 zo dňa 27.03.2018, ktorým správca dane podľa § 68 ods. 5 zákona č. 563/2009 Z. z. o správe daní (daňový poriadok) a o zmene a doplnení niektorých zákonov v znení neskorších predpisov vyrubil žalobcovi rozdiel dane v sume XX.XXX,XX eur na dani z pridanej hodnoty za zdaňovacie obdobie 1. štvrťrok 2012. 2. Žalobca žiada napadnuté rozhodnutie žalovaného spolu s rozhodnutím Daňového úradu Bratislava č. 179102/2018 zo dňa 27.03.2018 v celom rozsahu zrušiť a vec vrátiť žalovanému na nové konanie a rozhodnutie.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výkonom napadnutého rozhodnutia hrozí žalobcovi značná finančná škoda. 4. K žalobe a k návrhu na priznanie odkladného účinku správnej žaloby sa vyjadril žalovaný písomným podaním zo dňa 17.04.2019 a predložil správnemu súdu administratívny spis. Vo vyjadrení zaujal stanovisko k jednotlivým žalobným námietkam žalobcu a k návrhu na priznanie odkladného účinku správnej žaloby. Uviedol, že nedoporučuje vyhovieť žiadosti žalobcu o priznanie odkladného účinku správnej žalobe z dôvodu, že výkonom napadnutého rozhodnutia hrozí žalobcovi značná finančná škoda. Podľa tvrdenia žalovaného, žalobca vedome nespolupracoval so správcom dane, keď žiadnym spôsobom nepreukázal deklarované zdaniteľné obchody vo vysokých sumách s dodávateľmi uvedenými na dokladoch. Žalovaný zistil, že žalobca po začatí vykonávania viacerých daňových kontrol od júna 2015 neuvádza v podaných daňových priznaniach DPH žiadne uskutočnené zdaniteľné obchody a od septembra 2017 podáva negatívne daňové priznania na DPH. Uvedené podľa zistení žalovaného nasvedčuje tomu, že žalobca reálne neuskutočňoval ekonomickú činnosť s pohonnými hmotami v takom rozsahu, ako deklaroval v podaných daňových priznaniach DPH a dokladoch. Žalobcovi preto nemohla vzniknúť nepriznaním uplatnenej DPH z nepreukázaných zdaniteľných obchodov žiadna škoda.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neuviedol aká závažná ujma a iné vážne nenapraviteľné následky mu výkonom napadnutého rozhodnutia hrozia. Neuviedol ani skutočnosti preukazujúce, že odklad vykonateľnosti napadnutého rozhodnutia nebude v rozpore s verejným záujmom. Žalobca má povinnosť niektorý zo zákonných dôvodov pre priznanie odkladného účinku žaloby tvrdiť a tieto dôvody musí správnemu súdu aj preukázať. Pokiaľ žalobca dôvody, pre ktoré by mal súd priznať správnej žalobe odkladný účinok konkrétne nešpecifikoval a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15. Vzhľadom na to, že žalobca v návrhu na priznanie odkladného účinku správnej žaloby nijakým spôsobom nepreukázal hrozbu závažnej ujmy, neosvedčil splnenie základných zákonom vyžadovaných predpokladov definovaných v ustanovení § 185 písm. a) SSP, a preto správny súd v súlade s ust. § 188 SSP návrh žalobcu na priznanie odkladného účinku správnej žaloby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https://www.kauzis.sk/judikatura/r/ECLI:SK:KSBA:2019:1018201397.1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