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6Sa/82/2018 z 23. 10. 2019</w:t>
      </w:r>
    </w:p>
    <w:p>
      <w:r>
        <w:t>Uznesenie Krajského súdu Bratislava z 23. októbra 2019, sp. zn. 6Sa/82/2018, ECLI:SK:KSBA:2019:1018201477.1</w:t>
      </w:r>
    </w:p>
    <w:p>
      <w:r>
        <w:t>Súd: Krajský súd Bratislava</w:t>
      </w:r>
    </w:p>
    <w:p>
      <w:r>
        <w:t>Spisová značka: 6Sa/82/2018</w:t>
      </w:r>
    </w:p>
    <w:p>
      <w:r>
        <w:t>ECLI: ECLI:SK:KSBA:2019:1018201477.1</w:t>
      </w:r>
    </w:p>
    <w:p>
      <w:r>
        <w:t>Dátum vydania: 23. 10. 2019</w:t>
      </w:r>
    </w:p>
    <w:p>
      <w:r>
        <w:t>Forma: Uznesenie</w:t>
      </w:r>
    </w:p>
    <w:p>
      <w:pPr>
        <w:pStyle w:val="Heading2"/>
      </w:pPr>
      <w:r>
        <w:t>Text rozhodnutia</w:t>
      </w:r>
    </w:p>
    <w:p>
      <w:r>
        <w:t>Súd: Krajský súd Bratislava Spisová značka: 6Sa/82/2018 Identifikačné číslo súdneho spisu: 1018201477 Dátum vydania rozhodnutia: 24. 10. 2019 Meno a priezvisko sudcu, VSÚ: JUDr. Ľubomír Šramko ECLI: ECLI:SK:KSBA:2019:1018201477.1 Uznesenie Krajský súd v Bratislave v právnej veci žalobcu: One Title SPV, a.s. so sídlom Ružinovská 42, Bratislava (pôvodne: PPC Power, a.s. so sídlom Magnetová 12, Bratislava) zastúpená advokátskou kanceláriou Škubla &amp; Partneri s.r.o. so sídlom Digital Park II, Einsteinova 25, Bratislava proti žalovanému: Finančné riaditeľstvo Slovenskej republiky so sídlom Lazovná 63, Banská Bystrica v konaní o správnej žalobe žalobcu zo dňa 9.10.2015 o ochrane pred nezákonným zásahom orgánu verejnej správy takto r o z h o d o l : Krajský súd v Bratislave konanie z a s t a v u j e . Žiaden z účastníkov konania nemá právo náhradu trov konania. o d ô v o d n e n i e : 1. Dňa 9.10.2015 bola Najvyššiemu súdu Slovenskej republiky doručená žalobcom správna žaloba z 9.10.2015 vo veci o ochrany pred nezákonným zásahom orgánu verejnej správy (ďalej len „žaloba“). Uznesením Najvyššieho súdu Slovenskej republiky 2Sžnz/6/2015-79 zo 17.10.2016 bola vec postúpená Krajskému súdu v Bratislave (ďalej len „súd“). 2. Dňa 9.10.2019 bolo súdu doručené späťvzatie podanej žaloby v celom rozsahu, datované 9.10.2019. Podľa § 99 písm. a) zák. č. 162/2015 Z.z. Správny súdny poriadok (ďalej len „SSP“): Správny súd konanie uznesením zastaví, ak žalobca vzal žalobu späť skôr, ako správny súd vo veci rozhodol, 3. Pretože súdu bolo účinne doručené späťvzatie podanej žaloby v celom rozsahu, konanie o nej zastavil. 4. O trovách konania súd rozhodol s poukazom na § 170 písm. b) SSP. Poučenie: Doručené uznesenie je právoplatné (§ 151 ods. 2 SSP). Kasačnou sťažnosťou možno napadnúť právoplatné rozhodnutie krajského súdu. (§ 438 ods. 1 SSP) Prípadná kasačná sťažnosť musí byť podaná v lehote jedného mesiaca od doručenia uznesenia a podáva sa na Krajskom súde v Bratislave v počte vyhotovení, zodpovedajúcom počtu účastníkov konania. (§ 443 SSP) Kasačná sťažnosť je prípustná proti každému právoplatnému rozhodnutiu krajského súdu, ak tento zákon neustanovuje inak. Kasačná sťažnosť nie je prípustná, ak sa opiera o iné dôvody, ako sú uvedené v § 440, ak sa opiera o dôvody, ktoré sťažovateľ neuplatnil v konaní pred krajským súdom, v ktorom bolo vydané napadnuté rozhodnutie, hoci tak urobiť mohol, ak smeruje len proti dôvodom rozhodnutia krajského súdu. (§439 SSP)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Sťažnostné body možno meniť len do uplynutia lehoty na podanie kasačnej sťažnosti (§ 445 SSP). Sťažovateľ alebo opomenutý sťažovateľ musí byť v konaní o kasačnej sťažnosti zastúpený advokátom. Kasačná sťažnosť a iné podania sťažovateľa alebo opomenutého sťažovateľa musia byť spísané advokátom. Tieto povinnosti neplatia, ak má sťažovateľ alebo opomenutý sťažovateľ, jeho zamestnanec alebo člen, ktorý za neho na kasačnom súde koná alebo ho zastupuje, vysokoškolské právnické vzdelanie druhého stupňa, ak ide o konania o správnej žalobe podľa § 6 ods. 2 písm. c) a d), ak je žalovaným Centrum právnej pomoci (§ 449 SSP).</w:t>
      </w:r>
    </w:p>
    <w:p/>
    <w:p>
      <w:r>
        <w:t>Zdroj: KAUZIS.SK – https://www.kauzis.sk/judikatura/r/ECLI:SK:KSBA:2019:1018201477.1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