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5S/194/2018 z 8. 7. 2019</w:t>
      </w:r>
    </w:p>
    <w:p>
      <w:r>
        <w:t>Uznesenie Krajského súdu Bratislava z 8. júla 2019, sp. zn. 5S/194/2018, ECLI:SK:KSBA:2019:1018201591.2</w:t>
      </w:r>
    </w:p>
    <w:p>
      <w:r>
        <w:t>Súd: Krajský súd Bratislava</w:t>
      </w:r>
    </w:p>
    <w:p>
      <w:r>
        <w:t>Spisová značka: 5S/194/2018</w:t>
      </w:r>
    </w:p>
    <w:p>
      <w:r>
        <w:t>ECLI: ECLI:SK:KSBA:2019:1018201591.2</w:t>
      </w:r>
    </w:p>
    <w:p>
      <w:r>
        <w:t>Dátum vydania: 8. 7.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5S/194/2018 Identifikačné číslo súdneho spisu: 1018201591 Dátum vydania rozhodnutia: 09. 07. 2019 Meno a priezvisko sudcu, VSÚ: JUDr. Dáša Filová ECLI: ECLI:SK:KSBA:2019:1018201591.2 Uznesenie Krajský súd v Bratislave v právnej veci žalobcu: Mesto Nováky, Námestie SNP 349/10, 972 01 Nováky, IČO: 00 318 361, proti žalovanému: Ministerstvo pôdohospodárstva Slovenskej republiky, Dobrovičova 12, 812 66 Bratislava, IČO: 00 156 621, o preskúmanie zákonnosti rozhodnutia žalovaného č. IROP-2018-688/11436-146 zo dňa 06.09.2018, o späťvzatí žaloby, takto r o z h o d o l : I. Súd konanie z a s t a v u j e. II. Žiaden z účastníkov nemá právo na náhradu trov konania. III. Správny súd vracia žalobcovi súdny poplatok za žalobu vo výške XX,XX EUR, prostredníctvom Slovenskej pošty, a.s. IV. Správny súd u p r a v u j e Slovenskú poštu, a.s., aby vrátila žalobcovi sumu vo výške XX,XX EUR ako súdny poplatok za žalobu, do 30 dní od doručenia právoplatného uznesenia. o d ô v o d n e n i e : 1. Žalobou zo dňa 12.11.2018, doručenou tunajšiemu správnemu súdu dňa 12.11.2018, žalobca žiadal preskúmať zákonnosť rozhodnutia žalovaného č. IROP-2018-688/11436-146 zo dňa 06.09.2018, ktorým žalovaný nevyhovel odvolaniu žalobcu a rozhodnutie Ministerstva pôdohospodárstva a rozvoja vidieka Slovenskej republiky č. WEM: IROP-2018-836/5103-149 z 31.05.2018 (ďalej „prvostupňové rozhodnutie“) potvrdil. Prvostupňovým rozhodnutím žalovaný, ako riadiaci orgán pre Integrovaný regionálny operačný program v konaní o žiadosti o nenávratný finančný príspevok č. NFP302020J909 pre projekt „Zlepšenie vybavenia Základnej školy Nováky“ predloženej žiadateľom mesto Nováky neschválil podľa § 19 ods. 9 písm. a) zákona č. 292/2014 Z. z. o príspevku poskytovanom z európskych štrukturálnych a investičných fondov a o zmene a doplnení niektorých zákonov žiadosť o nenávratný finančný príspevok. 2. V podaní doručenom správnemu súdu dňa 28.06.2019 žalobca súdu oznámil, že berie správnu žalobu späť v celom rozsahu a navrhol, aby súd konanie zastavil. Žalobca nežiadal priznať náhradu trov konania a požiadal o vrátenie zaplateného súdneho poplatku. 3. Podľa § 63 zákona č. 162/2015 Z. z. Správny súdny poriadok (ďalej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Podľa § 149 ods. 2 SSP, písomné vyhotovenie uznesenia, ktorým sa nerozhodlo vo veci samej, môže obsahovať iba stručné odôvodnenie. 6. Nakoľko žalobca vzal žalobu späť pred rozhodnutím veci a súhlas žalovaného so späťvzatím zákon nevyžaduje, správny súd v súlade s ust.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Podľa § 11 ods. 3 tretia veta zákona č. 71/1992 Zb. o súdnych poplatkoch a poplatku za výpis z registra trestov, v konaní pred správnym súdom sa poplatok vráti, ak sa konanie zastavilo, ak sa správna žaloba, kasačná sťažnosť alebo žaloba na obnovu konania odmietla alebo vzala späť pred prejednaním veci. 9. S poukazom na citované zákonné ustanovenie správny súd vracia žalobcovi krátený súdny poplatok za podanie správnej žaloby vo výške 28,30 eur prostredníctvom prevádzkovateľa systému - Slovenskej pošty, a.s. 10.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https://www.kauzis.sk/judikatura/r/ECLI:SK:KSBA:2019:1018201591.2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