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1S/161/2018 z 12. 8. 2019</w:t>
      </w:r>
    </w:p>
    <w:p>
      <w:r>
        <w:t>Uznesenie Krajského súdu Bratislava z 12. augusta 2019, sp. zn. 1S/161/2018, ECLI:SK:KSBA:2019:1018201593.1</w:t>
      </w:r>
    </w:p>
    <w:p>
      <w:r>
        <w:t>Súd: Krajský súd Bratislava</w:t>
      </w:r>
    </w:p>
    <w:p>
      <w:r>
        <w:t>Spisová značka: 1S/161/2018</w:t>
      </w:r>
    </w:p>
    <w:p>
      <w:r>
        <w:t>ECLI: ECLI:SK:KSBA:2019:1018201593.1</w:t>
      </w:r>
    </w:p>
    <w:p>
      <w:r>
        <w:t>Dátum vydania: 12. 8.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1S/161/2018 Identifikačné číslo súdneho spisu: 1018201593 Dátum vydania rozhodnutia: 13. 08. 2019 Meno a priezvisko sudcu, VSÚ: JUDr. Renáta Janáková ECLI: ECLI:SK:KSBA:2019:1018201593.1 Uznesenie Krajský súd v Bratislave v právnej veci žalobcu: Mesto Nováky, Námestie SNP 349/10, 972 01 Nováky, IČO: 00 318 361 proti žalovanému: Ministerstvo pôdohospodárstva a rozvoja vidieka Slovenskej republiky, Dobrovičova 12, Bratislava, v konaní o preskúmanie zákonnosti rozhodnutia žalovaného č. IROP-2018-688/11661-152 zo dňa 06.09.2018, takto r o z h o d o l : Krajský súd v Bratislave konanie zastavuje. Žiaden z účastníkov nemá právo na náhradu trov konania. o d ô v o d n e n i e : 1.Žalobca sa žalobou zo dňa 12.11.2018, doručenou Krajskému súdu v Bratislave dňa 13.11.2018 domáhal preskúmania rozhodnutia žalovaného č. IROP-2018-688/11661-152 zo dňa 06.09.2018, ktorým bolo potvrdené rozhodnutie Ministerstva pôdohospodárstva a rozvoja vidieka Slovenskej republiky, ako Riadiaceho orgánu pre Integrovaný regionálny operačný program zo dňa 09.05.2018 č. IROP-2018-817/4479-86. 2. Podaním zo dňa 25.06.2019, doručeným Krajskému súdu v Bratislave dňa 28.06.2019, vzal žalobca podanú žalobu späť v celom rozsahu. 3. Podľa § 63 písm. a) zákona č.162/2015 Z.z. Správny súdny poriadok (ďalej len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 správny súd konanie uznesením zastaví, ak žalobca vzal žalobu späť skôr, ako správny súd vo veci rozhodol. 5. Podľa § 170 písm. b) SSP, žiaden z účastníkov konania nemá právo na náhradu trov konania, ak bolo konanie zastavené. 6. Podľa § 175 ods. 2 SSP, o výške náhrady trov konania rozhodne správny súd po právoplatnosti rozhodnutia, ktorým sa konanie končí, samostatným uznesením, ktoré vydá súdny úradník. 7. Podľa § 14 ods. 4 zákona č. 71/1992 Zb. o súdnych poplatkoch a poplatku za výpis z registra trestov v znení neskorších predpisov, v konaní podľa tohto zákona koná a rozhoduje vyšší súdny úradník vrátane rozhodovania o zastavení konania. Sudca v konaní koná a rozhoduje o sťažnostiach proti rozhodnutiam vyššieho súdneho úradníka. Ak sa sťažnosti vyhovie v plnom rozsahu, rozhodnutie nemusí obsahovať odôvodnenie. 8. Krajský súd pri aplikácii ust. § 63 v nadväznosti na ust. § 99 písm. a) SSP v predmetnej veci zastavil konanie, nakoľko žalobca vzal žalobu späť pred rozhodnutím súdu vo veci samej. 9. Súd rozhodol o trovách konania podľa § 170 písm. b) SSP, podľa ktorého žiaden z účastníkov konania nemá právo na náhradu trov konania, ak konanie bolo zastavené. 10. O vrátení súdneho poplatku rozhodne súd po právoplatnosti rozhodnutia, ktorým sa konanie končí samostatným uznesením, ktoré vydá súdny úradník v zmysle ust. § 175 ods. 2 SSP a v súlade s ust. § 14 ods. 4 zákona č. 71/1992 Zb. o súdnych poplatkoch a poplatku za výpis z registra trestov v znení neskorších predpisov. 11. Toto rozhodnutie bolo prijaté hlasovaním v pomere hlasov 3:0 (§ 139 ods. 4 v spojení s § 147 ods. 2 SSP). Poučenie: Proti tomuto uzneseniu možno podať kasačnú sťažnosť v lehote jedného mesiaca od jeho doručenia, na Krajský súd v Bratislave (§ 443 ods. 1 SSP). Ak bolo vydané opravné uznesenie, lehota plynie znovu od doručenia opravného uznesenia len v rozsahu vykonanej opravy.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https://www.kauzis.sk/judikatura/r/ECLI:SK:KSBA:2019:1018201593.1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