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2S/203/2018 z 26. 3. 2019</w:t>
      </w:r>
    </w:p>
    <w:p>
      <w:r>
        <w:t>Uznesenie Krajského súdu Bratislava z 26. marca 2019, sp. zn. 2S/203/2018, ECLI:SK:KSBA:2019:1018201674.2</w:t>
      </w:r>
    </w:p>
    <w:p>
      <w:r>
        <w:t>Súd: Krajský súd Bratislava</w:t>
      </w:r>
    </w:p>
    <w:p>
      <w:r>
        <w:t>Spisová značka: 2S/203/2018</w:t>
      </w:r>
    </w:p>
    <w:p>
      <w:r>
        <w:t>ECLI: ECLI:SK:KSBA:2019:1018201674.2</w:t>
      </w:r>
    </w:p>
    <w:p>
      <w:r>
        <w:t>Dátum vydania: 26. 3. 2019</w:t>
      </w:r>
    </w:p>
    <w:p>
      <w:r>
        <w:t>Forma: Uznesenie</w:t>
      </w:r>
    </w:p>
    <w:p>
      <w:pPr>
        <w:pStyle w:val="Heading2"/>
      </w:pPr>
      <w:r>
        <w:t>Text rozhodnutia</w:t>
      </w:r>
    </w:p>
    <w:p>
      <w:r>
        <w:t>Súd: Krajský súd Bratislava Spisová značka: 2S/203/2018 Identifikačné číslo súdneho spisu: 1018201674 Dátum vydania rozhodnutia: 27. 03. 2019 Meno a priezvisko sudcu, VSÚ: JUDr. Vlastimil Pavlikovský ECLI: ECLI:SK:KSBA:2019:1018201674.2 Uznesenie Krajský súd v Bratislave v právnej veci žalobcu: L E H O R, spol. s r.o., so sídlom: Lietavská 16, 851 06 Bratislava, IČO: 35 754 524, právne zastúpený: WITT&amp;KLEIM ADVOKÁTSKA KANCELÁRIA S. R. O., so sídlom: Horná 65/A, 974 01 Banská Bystrica, IČO: 47 257 164, proti žalovanému: Finančné riaditeľstvo Slovenskej republiky, so sídlom: Lazovná 63, 974 01 Banská Bystrica, IČO: 42 499 500, o preskúmanie zákonnosti rozhodnutia žalovaného číslo: 102210392/2018 zo dňa 09.11.2018, takto r o z h o d o l : Krajský súd v Bratislave konanie z a s t a v u j e . II. Žiaden z účastníkov konania n e m á p r á v o na náhradu trov konania. o d ô v o d n e n i e : Žalobou zo dňa 19.11.2018, doručenou Krajskému súdu v Bratislave (ďalej aj ako „správny súd“ alebo „tunajší súd“) dňa 27.11.2018, sa žalobca domáha preskúmania zákonnosti rozhodnutia žalovaného číslo: 102210392/2018 zo dňa 09.11.2018, ktorým žalovaný podľa § 74 ods. 4 zákona č. 563/2009 Z. z. o správe daní (daňový poriadok) a o zmene a doplnení niektorých zákonov v znení neskorších predpisov potvrdil rozhodnutie č. 101602708/2018 zo dňa 17.08.2018, ktorým Daňový úrad Bratislava (orgán verejnej správy prvého stupňa) podľa § 156 ods. 1 písm. d) zákona č. 563/2009 Z. z. o správe daní (daňový poriadok) a o zmene a doplnení niektorých zákonov v znení neskorších predpisov vyrubil daňovému subjektu - žalobcovi úrok z omeškania v sume 68,10 eura za neodvedenie vybraných preddavkov na daň z príjmov zo závislej činnosti za mesiac júl 2013 v ustanovenej lehote a v ustanovenej výške. 2. Nakoľko si žalobca nesplnil poplatkovú povinnosť, ktorá mu vznikla podaním žaloby, a teda nezaplatil súdny poplatok za správnu žalobu spolu s jej podaním, správny súd ho pod následkom zastavenia konania, výzvou č. k. 2S/203/2018-29 zo dňa 09.01.2019, vyzval, aby v lehote 10 dní od doručenia predmetnej výzvy zaplatil súdny poplatok za správnu žalobu vo výške 70,- eur. Súdny poplatok bol žalobcovi vyrubený podľa Položky číslo 10 písm. a) Sadzobníka súdnych poplatkov tvoriaceho prílohu zákona č. 71/1192 Zb. o súdnych poplatkoch a poplatku za výpis z registra trestov v platnom znení (ďalej len „zákon č. 71/1992 Zb.“), v spojení s § 6 ods. 1 a ods. 5 zákona č. 71/1992 Zb. Výzva na zaplatenie súdneho poplatku bola doručená právnemu zástupcovi žalobcu do elektronickej schránky dňa 15.01.2019. Posledným dňom lehoty na zaplatenie súdneho poplatku bol 25.01.2019 (piatok, pracovný deň). Žalobca v uvedenej lehote na výzvu tunajšieho súdu zo dňa 09.01.2019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99 písm. b/ SSP správny súd konanie uznesením zastaví, ak zistil taký nedostatok procesnej podmienky konania, ktorý nemožno odstrániť, a nebol dôvod na odmietnutie žaloby podľa § 98 ods. 1. 4. Správny súd primárne skúma podmienky konania, po splnení ktorých môže vo veci konať a rozhodnúť. Jednou z podmienok konania je nepochybne aj splnenie poplatkovej povinnosti za podanú žalobu vyplývajúcej zo zákona č. 71/1992 Zb. 5.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6. Podľa § 2 ods. l písm. a) zákona č. 71/1992 Zb., poplatníkom je navrhovateľ poplatkového úkonu, ak je podľa sadzobníka ustanovený poplatok z návrhu. 7.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9.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10. Podľa § 9 ods. 7 zákona č. 71/1992 Zb., v konaní pred správnym súdom sa poplatok platí správnemu súdu, ktorý vo veci koná. V konaní o kasačnej sťažnosti sa poplatok platí súdu, ktorý napadnuté rozhodnutie vydal. 11.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12.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13. Podľa § 14 ods. 3 zákona o súdnych poplatkoch, v sťažnosti proti rozhodnutiu o zastavení súdneho konania pre nezaplatenie súdneho poplatku nemožno namietať skutočnosti, ktoré nastali po uplynutí lehoty na zaplatenie súdneho poplatku. 14.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15.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2S/203/2018-29 zo dňa 09.01.2019, v ktorej mu bola daná zákonná možnosť na dodatočné splnenie poplatkovej povinnosti v lehote určenej správnym súdom. 16. Vzhľadom na to, že zo strany žalobcu nedošlo k splneniu poplatkovej povinnosti za podanú správnu žalobu zo dňa 19.11.2018, pričom ide o skutočnosť, ktorá bráni vecnému vybaveniu žaloby, tunajší súd podľa ust. § 10 ods. 1 zákona č. 71/1992 Zb. konanie pre nezaplatenie súdneho poplatku zastavil. 17. O náhrade trov konania rozhodol správny súd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