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6S/216/2018 z 20. 2. 2019</w:t>
      </w:r>
    </w:p>
    <w:p>
      <w:r>
        <w:t>Uznesenie Krajského súdu Bratislava z 20. februára 2019, sp. zn. 6S/216/2018, ECLI:SK:KSBA:2019:1018201751.1</w:t>
      </w:r>
    </w:p>
    <w:p>
      <w:r>
        <w:t>Súd: Krajský súd Bratislava</w:t>
      </w:r>
    </w:p>
    <w:p>
      <w:r>
        <w:t>Spisová značka: 6S/216/2018</w:t>
      </w:r>
    </w:p>
    <w:p>
      <w:r>
        <w:t>ECLI: ECLI:SK:KSBA:2019:1018201751.1</w:t>
      </w:r>
    </w:p>
    <w:p>
      <w:r>
        <w:t>Dátum vydania: 20. 2. 2019</w:t>
      </w:r>
    </w:p>
    <w:p>
      <w:r>
        <w:t>Forma: Uznesenie</w:t>
      </w:r>
    </w:p>
    <w:p>
      <w:pPr>
        <w:pStyle w:val="Heading2"/>
      </w:pPr>
      <w:r>
        <w:t>Text rozhodnutia</w:t>
      </w:r>
    </w:p>
    <w:p>
      <w:r>
        <w:t>Súd: Krajský súd Bratislava Spisová značka: 6S/216/2018 Identifikačné číslo súdneho spisu: 1018201751 Dátum vydania rozhodnutia: 21. 02. 2019 Meno a priezvisko sudcu, VSÚ: Mgr. Marián Degma ECLI: ECLI:SK:KSBA:2019:1018201751.1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102268600/2018 zo dňa 16.11.2018,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102268600/2018 zo dňa 16.11.2018, ktorým potvrdil rozhodnutie prvostupňového správneho orgánu Daňového úradu Bratislava č. 101455078/2018 zo dňa 27.07.2018, o vyrubení rozdielu dane z pridanej hodnoty v sume X . XXX,- eur za zdaňovacie obdobie september 2014. 2. Zároveň žiadal o priznanie odkladného účinku správnej žalobe a uviedol, že v daňovom konaní v 30 samostatných rozhodnutiach Daňového úradu Bratislava mu bola vyrubená dlžná čiastka celkovo v sume XX XXX,-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XX XXX,-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XX XXX,- eur). 3. Žalovaný sa k žalobe a k návrhu na priznanie odkladného účinku vyjadril podaním doručeným správnemu súdu dňa 08.02.2019,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napríklad na určitého adresáta a jej možný dopad. Správny súd uvádza, že žalobca hodnoverne nepreukázal vznik ujmy, resp. škody s ohľadom na výšku uloženej daňovej povinnosti, ktorá mu bola uložená v tomto konaní a to X XXX,- eur.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