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5S/46/2019 z 16. 10. 2019</w:t>
      </w:r>
    </w:p>
    <w:p>
      <w:r>
        <w:t>Uznesenie Krajského súdu Bratislava z 16. októbra 2019, sp. zn. 5S/46/2019, ECLI:SK:KSBA:2019:1019200325.2</w:t>
      </w:r>
    </w:p>
    <w:p>
      <w:r>
        <w:t>Súd: Krajský súd Bratislava</w:t>
      </w:r>
    </w:p>
    <w:p>
      <w:r>
        <w:t>Spisová značka: 5S/46/2019</w:t>
      </w:r>
    </w:p>
    <w:p>
      <w:r>
        <w:t>ECLI: ECLI:SK:KSBA:2019:1019200325.2</w:t>
      </w:r>
    </w:p>
    <w:p>
      <w:r>
        <w:t>Dátum vydania: 16. 10. 2019</w:t>
      </w:r>
    </w:p>
    <w:p>
      <w:r>
        <w:t>Forma: Uznesenie</w:t>
      </w:r>
    </w:p>
    <w:p>
      <w:pPr>
        <w:pStyle w:val="Heading2"/>
      </w:pPr>
      <w:r>
        <w:t>Text rozhodnutia</w:t>
      </w:r>
    </w:p>
    <w:p>
      <w:r>
        <w:t>Súd: Krajský súd Bratislava Spisová značka: 5S/46/2019 Identifikačné číslo súdneho spisu: 1019200325 Dátum vydania rozhodnutia: 17. 10. 2019 Meno a priezvisko sudcu, VSÚ: Mgr. Radim Hudec ECLI: ECLI:SK:KSBA:2019:1019200325.2 Uznesenie Krajský súd v Bratislave v právnej veci žalobcu: Z. D., trvale pobytom I. - Z., adresa na doručovanie: I. XX, XXX XX I., proti žalovanému: Centrum právnej pomoci, kancelária Bratislava, Námestie slobody 12, 810 05 Bratislava, o preskúmanie zákonnosti rozhodnutia žalovaného č. KaBA 3313/2019(KaBA 20123/2018), ČRZ: 23984/2019 zo dňa 19.02.2019, o zastavení konania pre nezaplatenie súdneho poplatku, takto r o z h o d o l : Správny súd konanie z a s t a v u j e. o d ô v o d n e n i e : 1. Správnou žalobou doručenou tunajšiemu súdu dňa 06.03.2019 sa žalobca domáha preskúmania zákonnosti rozhodnutia žalovaného č. KaBA 3313/2019(KaBA 20123/2018), ČRZ: 23984/2019 zo dňa 19.02.2019, ktorým nepriznal žalobcovi nárok na poskytovanie právnej pomoci v konaní pred Ústavným súdom SR v právnej veci porušenia základného práva na prerokovanie veci bez zbytočných prieťahov podľa čl. 48 ods. 2 Ústavy SR a práva na prejednanie záležitosti v primeranej lehote podľa čl. 6 ods. 1 Dohovoru o ochrane ľudských práv a základných slobôd spôsobených postupom Okresného súdu Bratislava II v konaní vedenom pod sp. zn. 12C/8/2004. 2. Keďže žalobca spolu s podaním žaloby nezaplatil súdny poplatok za žalobu v sume 70,- eur, správny súd ho pod následkom zastavenia konania vyzval na zaplatenie súdneho poplatku za podanie žaloby v lehote 10 dní od doručenia výzvy, a to výzvou č. k. 5S/46/2019-8 zo dňa 04.04.2019. Vo výzve súd žalobcu poučil o následkoch nezaplatenia súdneho poplatku. Výzva na zaplatenie súdneho poplatku bola doručená žalobcovi dňa 10.05.2019. 3. Žalobca podaním zo dňa 14.05.2019 požiadal súd o oslobodenie od súdneho poplatku. Krajský súd v Bratislave žalobcovi listom zo dňa 03.06.2019 zaslal tlačivo na preukázanie majetkových pomerov a vyzval ho, aby v lehote 15 dní preukázal svoje majetkové pomery a iné pomery, ktoré by odôvodňovali priznanie oslobodenia od súdnych poplatkov. Žalobca výzvu prevzal dňa 14.06.2019, avšak na ňu nereagoval a pomery odôvodňujúce jeho oslobodenie od súdnych poplatkov súdu nepreukázal. Súd preto žalobcovi uznesením č. k. 5S/46/2019-22 zo dňa 06.08.2019 oslobodenie od súdnych poplatkov nepriznal. 4. Krajský súd v Bratislave výzvou č. k. 5S/46/2019-23 zo dňa 19.09.2019 žalobcu opätovne vyzval na zaplatenie súdneho poplatku za správnu žalobu v sume 70,- eur podľa položky č. 10 písm. a) sadzobníka súdnych poplatkov zákona č. 71/1992 Zb. o súdnych poplatkoch a poplatku za výpis z registra trestov. Žalobca výzvu spolu s platobným predpisom prevzal dňa 25.09.2019. Lehota na zaplatenie súdneho poplatku mu uplynula dňom 07.10.2019. Žalobca napriek výzve správneho súdu súdny poplatok v stanovenej lehote nezaplatil. 5.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6.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7.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8.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9.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10. Podľa § 14 ods. 3 zákona o súdnych poplatkoch, v sťažnosti proti rozhodnutiu o zastavení súdneho konania pre nezaplatenie súdneho poplatku nemožno namietať skutočnosti, ktoré nastali po uplynutí lehoty na zaplatenie súdneho poplatku. 11.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12. Keďže žalobca nezaplatil súdny poplatok za žalobu ani v lehote určenej správnym súdom a správny súd nezistil existenciu žiadneho z dôvodov podľa § 10 ods. 2 zákona o súdnych poplatkoch, pre ktoré by nemohol súdne konanie pre nezaplatenie súdneho poplatku zastaviť, postupoval v súlade s ust. § 10 ods. 1 zákona o súdnych poplatkoch a predmetné súdne konanie zastavil.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https://www.kauzis.sk/judikatura/r/ECLI:SK:KSBA:2019:1019200325.2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