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5S/89/2019 z 4. 8. 2019</w:t>
      </w:r>
    </w:p>
    <w:p>
      <w:r>
        <w:t>Uznesenie Krajského súdu Bratislava z 4. augusta 2019, sp. zn. 5S/89/2019, ECLI:SK:KSBA:2019:1019200568.2</w:t>
      </w:r>
    </w:p>
    <w:p>
      <w:r>
        <w:t>Súd: Krajský súd Bratislava</w:t>
      </w:r>
    </w:p>
    <w:p>
      <w:r>
        <w:t>Spisová značka: 5S/89/2019</w:t>
      </w:r>
    </w:p>
    <w:p>
      <w:r>
        <w:t>ECLI: ECLI:SK:KSBA:2019:1019200568.2</w:t>
      </w:r>
    </w:p>
    <w:p>
      <w:r>
        <w:t>Dátum vydania: 4. 8. 2019</w:t>
      </w:r>
    </w:p>
    <w:p>
      <w:r>
        <w:t>Forma: Uznesenie</w:t>
      </w:r>
    </w:p>
    <w:p>
      <w:pPr>
        <w:pStyle w:val="Heading2"/>
      </w:pPr>
      <w:r>
        <w:t>Text rozhodnutia</w:t>
      </w:r>
    </w:p>
    <w:p>
      <w:r>
        <w:t>Súd: Krajský súd Bratislava Spisová značka: 5S/89/2019 Identifikačné číslo súdneho spisu: 1019200568 Dátum vydania rozhodnutia: 05. 08. 2019 Meno a priezvisko sudcu, VSÚ: JUDr. Eva Fulcová ECLI: ECLI:SK:KSBA:2019:1019200568.2 Uznesenie Krajský súd v Bratislave v právnej veci žalobcu: MARKET CENTRUM, s.r.o., so sídlom Gessayova 10, 851 03 Bratislava, IČO: 46 448 438, zastúpený: JUDr. Ing. Ľubomír Havlík, advokát so sídlom Svätoplukova 28, 821 08 Bratislava, proti žalovanému: Finančné riaditeľstvo Slovenskej republiky, Lazovná 63, 974 01 Banská Bystrica, IČO: 42 499 500, o preskúmanie zákonnosti rozhodnutia žalovaného č. 100349766/2019 zo dňa 01.02.2019, o návrhu na priznanie odkladného účinku správnej žaloby, takto r o z h o d o l : Krajský súd v Bratislave návrh žalobcu na priznanie odkladného účinku správnej žaloby zo dňa 15.04.2019 zamieta. o d ô v o d n e n i e : 1. Žalobca sa žalobou doručenou Krajskému súdu v Bratislave dňa 17.04.2019 domáha preskúmania zákonnosti rozhodnutia žalovaného č. 100349766/2019 zo dňa 01.02.2019 (žalobca uviedol nesprávny dátum vydania rozhodnutia 31.01.2019), ktorým žalovaný potvrdil rozhodnutie prvostupňového správneho orgánu Daňového úradu Bratislava č. 102021782/2018 zo dňa 11.10.2018, ktorým bol žalobcovi podľa § 68 ods.5 zákona č. 563/2009 Z. z. o správe daní (daňový poriadok) a o zmene a doplnení niektorých zákonov v znení neskorších predpisov vyrubený rozdiel dane v sume XX.XXX,XX EUR na dani z pridanej hodnoty za zdaňovacie obdobie apríl 2014. 2. Žalobca žiada napadnuté rozhodnutie žalovaného spolu s prvostupňovým rozhodnutím Daňového úradu Bratislava č. 102021782/2018 zo dňa 11.10.2018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súčasne s napadnutým rozhodnutím vydal žalovaný aj ďalšie rozhodnutia, ktoré v žalobe špecifikoval, o vyrubení rozdielu dane z pridanej hodnoty za mesiace február - december 2014 a mesiace február - máj 2015, ktorých preskúmania sa žalobca domáha osobitnými správnymi žalobami. Celková suma rozdielu na dani z pridanej hodnoty vyrubená rozhodnutiami Daňového úradu Bratislava, ktoré žalovaný potvrdil svojimi rozhodnutiami zo dňa 31.01.2019 a zo dňa 16.01.2019 predstavuje sumu vo výške XXX.XXX,XX EUR. S poukazom na uvedené žalobca argumentoval tým, že okamžitá úhrada vyrubenej dane z pridanej hodnoty v celkovej výške XXX.XXX,XX EUR presahuje aktuálne ekonomické možnosti žalobcu, pričom vymáhanie vyrubenej dane v daňovom exekučnom konaní by reálne ohrozilo ďalšiu existenciu a ekonomickú činnosť žalobcu. Podľa názoru žalobcu sú splnené zákonné podmienky pre priznanie odkladného účinku, nakoľko pozastavenie alebo ukončenie ekonomickej činnosti žalobcu, ktorý si svoje ostatné daňové i odvodové povinnosti plní, by sa okrem žalobcu dotklo i vyše 70 zamestnancov, ktorých žalobca v súčasnosti zamestnáva. 4. K žalobe a k návrhu na priznanie odkladného účinku správnej žalobe sa vyjadril žalovaný písomným podaním zo dňa 28.06.2019 a predložil správnemu súdu administratívny spis. Vo vyjadrení zaujal stanovisko k jednotlivým žalobným námietkam žalobcu a k návrhu na priznanie odkladného účinku správnej žaloby. Uviedol, že nepovažuje návrh žalobcu na priznanie odkladného účinku za opodstatnený, keďže z dôvodovou uvedených žalobcom nevyplýva, že postupom správcu dane by žalobcovi hrozil niektorý v ust. § 185 písm. a) SSP predpokladaný závažný následok pre priznanie odkladného účinku správnej žalobe. Navrhol súdu návrh žalobcu na priznanie odkladného účinku správnej žalobe zamietnuť.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návrh na priznanie odkladného účinku správnej žalobe odôvodnil len konštatovaním špecifikovaným v odseku 3. tohto uznesenia, pričom priamy reálny skutkový dopad v žalobe neosvedčil. Žalobca po podaní žaloby doručil súdu elektronicky dňa 29.05.2019 ako prílohy - Daňové priznania k dani z príjmov právnickej osoby za zdaňovacie obdobie od 01.01.2015 - 31.12.2015, od 01.01.2016 - 31.12.2016, od 01.01.2017 - 31.12.2017, účtovnú závierku k 31.12.2015, k 31.12.2016, k 31.12.2017 a uznesenia Krajského súdu v Bratislave sp. zn. 2S/13/2019-82 z 02.04.2019 a sp. zn. 2S/14/2019-82 z 02.04.2019, ktorými bol priznaný odkladný účinok správnej žalobe do právoplatnosti rozhodnutí vo veci samej (identické správne žaloby vo veci samej týkajúce sa zdaňovacieho obdobia apríl a máj 2015). Žalobca má povinnosť niektorý zo zákonných dôvodov pre priznanie odkladného účinku žalobe tvrdiť a tieto dôvody musí správnemu súdu aj preukázať. Pokiaľ žalobca dôvody, pre ktoré by mal súd priznať správnej žalobe odkladný účinok súdu hodnoverne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Pokiaľ žalobca neosvedčil dôvodnosť svojich tvrdení uvedených v návrhu na priznanie odkladného účinku správnej žaloby, priznanie odkladného účinku iba na základe tvrdení žalobcu by bolo v rozpore s verejným záujmom. Daňové priznania a účtovné závierky predložené žalobcom podľa názoru správneho súdu nepreukazujú aktuálnu majetkovú a finančnú situáciu žalobcu, ktorej zistenie by bolo potrebné pre posúdenie hroziacej závažnej ujmy. Žalobca taktiež nepreukázal, že priznanie odkladného účinku správnej žalobe by nebolo v rozpore s verejným záujmom. 15. K tvrdeniu žalobcu vo vzťahu k celkovej sume (všetkých správnych konaní, ktoré žalovaný potvrdil svojimi rozhodnutiami zo dňa 16.01.2019 a 31.01.2019) vyrubenej dane z pridanej hodnoty vo výške XXX.XXX,XX EUR, ktorá presahuje jeho aktuálne ekonomické možnosti, správny súd uvádza, že žalobca toto tvrdenie neosvedčil a správny súd tak nevzhliadol, že by žalobcovi okamžitým výkonom alebo inými právnymi následkami napadnutého rozhodnutia (predmetom ktorého je suma XX.XXX,XX EUR) hrozila závažná ujma, značná hospodárska škoda či finančná škoda, prípadne iný vážny nenapraviteľný následok. 16. Vzhľadom na to, že žalobca v návrhu na priznanie odkladného účinku správnej žalobe nijakým spôsobom nepreukázal hrozbu závažnej ujmy,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https://www.kauzis.sk/judikatura/r/ECLI:SK:KSBA:2019:1019200568.2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