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6S/117/2019 z 29. 5. 2019</w:t>
      </w:r>
    </w:p>
    <w:p>
      <w:r>
        <w:t>Uznesenie Krajského súdu Bratislava z 29. mája 2019, sp. zn. 6S/117/2019, ECLI:SK:KSBA:2019:1019200745.1</w:t>
      </w:r>
    </w:p>
    <w:p>
      <w:r>
        <w:t>Súd: Krajský súd Bratislava</w:t>
      </w:r>
    </w:p>
    <w:p>
      <w:r>
        <w:t>Spisová značka: 6S/117/2019</w:t>
      </w:r>
    </w:p>
    <w:p>
      <w:r>
        <w:t>ECLI: ECLI:SK:KSBA:2019:1019200745.1</w:t>
      </w:r>
    </w:p>
    <w:p>
      <w:r>
        <w:t>Dátum vydania: 29. 5.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6S/117/2019 Identifikačné číslo súdneho spisu: 1019200745 Dátum vydania rozhodnutia: 30. 05. 2019 Meno a priezvisko sudcu, VSÚ: JUDr. Andrea Krišková ECLI: ECLI:SK:KSBA:2019:1019200745.1 Uznesenie Krajský súd v Bratislave, ako správny súd, v právnej veci žalobcu: N.. N. W., X. L. XXX, XXX XX D., proti žalovanému: Centrum právnej pomoci, Kancelária Žilina, P.O. Hviezdoslava 6, P.O.BOX B10, 011 00 Žilina, o preskúmanie zákonnosti rozhodnutia sp. zn. KaZA/15536/2019 zo dňa 20.05.2019, takto r o z h o d o l : Krajský súd v Bratislave p o s t u p u j e vec Krajskému súdu v Trenčíne. o d ô v o d n e n i e : 1. Žalobou doručenou tunajšiemu správnemu súdu dňa 27.05.2019 sa žalobca domáha preskúmania zákonnosti rozhodnutia žalovaného Centrum právnej pomoci, Kancelária Žilina, sp.zn. KaZA/15536/2019 zo dňa 20.05.2019, ktorým bola zamietnutá žiadosť žalobcu o bezplatnú právnu pomoc pre zastupovanie vo veci vedenej na Krajskom súde v Trenčíne pod sp.zn 8CoE/3/2019. 2. Podľa § 6 ods. 1 zákona č. 162/2015 Z.z.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a) SSP, správne súdy rozhodujú v konaniach o správnych žalobách. 4. Podľa 9 ods. 1 SSP, konanie sa uskutočňuje na tom správnom súde, ktorý je vecne, miestne a kauzálne príslušný. Príslušnosť sa určuje podľa okolností existujúcich v čase začatia konania a trvá až do jeho skončenia. 5. Podľa § 10 SSP, na konanie a rozhodovanie v správnom súdnictve sú vecne príslušné krajské súdy, ak tento zákon neustanovuje inak. 6. Podľa § 13 ods. 3 SSP,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7. Podľa § 18 ods. 2 SSP, ak správny súd zistí, že nie je vecne, miestne alebo kauzálne príslušný, postúpi vec uznesením príslušnému správnemu súdu. Nižší správny súd je postúpením veci vyšším správnym súdom viazaný. 8. Podľa § 18 ods. 5 SSP, právne účinky spojené s podaním žaloby alebo iného podania zostávajú pri postúpení veci zachované. 9. Podľa § 97 SSP, ak tento zákon neustanovuje inak, správny súd kedykoľvek počas konania prihliada na to, či sú splnené podmienky, za ktorých môže správny súd konať a rozhodnúť (ďalej len "procesné podmienky"). 10. V uvedenej právnej veci, o preskúmanie rozhodnutia Centra právnej pomoci, Kancelária v Žiline, o poskytnutí právnej pomoci, správny súd po skúmaní procesných podmienok zistil, že nie je miestne príslušný na konanie o podanej žalobe. Z označenia adresy trvalého bydliska žalobcu obec D., okres L. X. súd zistil, že podľa § 13 ods. 3 SSP miestne (aj vecne) príslušným je Krajský súd v Trenčíne, keďže v jeho obvode je zaradený okres L. X., v obvode ktorého má žalobca miesto svojho trvalého bydliska. 11. Nakoľko v uvedenej veci Krajský súd v Bratislave nie je miestne príslušným na konanie v predmetnej veci, vec bude po právoplatnosti tohto uznesenia postúpená Krajskému súdu v Trenčíne. 12. Toto rozhodnutie senát Krajského súdu v Bratislave prijal pomerom hlasov 3:0 (§ 3 ods. 9 zákona č. 757/2004 Z. z. v znení zákona č. 33/2011 Z. z.). Poučenie: Proti tomuto uzneseniu nie je prípustná kasačná sťažnosť (§ 439 ods. 2 písm. d) SSP).</w:t>
      </w:r>
    </w:p>
    <w:p/>
    <w:p>
      <w:r>
        <w:t>Zdroj: KAUZIS.SK – https://www.kauzis.sk/judikatura/r/ECLI:SK:KSBA:2019:1019200745.1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