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1S/125/2019 z 4. 9. 2019</w:t>
      </w:r>
    </w:p>
    <w:p>
      <w:r>
        <w:t>Uznesenie Krajského súdu Bratislava z 4. septembra 2019, sp. zn. 1S/125/2019, ECLI:SK:KSBA:2019:1019200799.1</w:t>
      </w:r>
    </w:p>
    <w:p>
      <w:r>
        <w:t>Súd: Krajský súd Bratislava</w:t>
      </w:r>
    </w:p>
    <w:p>
      <w:r>
        <w:t>Spisová značka: 1S/125/2019</w:t>
      </w:r>
    </w:p>
    <w:p>
      <w:r>
        <w:t>ECLI: ECLI:SK:KSBA:2019:1019200799.1</w:t>
      </w:r>
    </w:p>
    <w:p>
      <w:r>
        <w:t>Dátum vydania: 4. 9.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1S/125/2019 Identifikačné číslo súdneho spisu: 1019200799 Dátum vydania rozhodnutia: 05. 09. 2019 Meno a priezvisko sudcu, VSÚ: JUDr. Zuzana Mališová ECLI: ECLI:SK:KSBA:2019:1019200799.1 Uznesenie Krajský súd v Bratislave v právnej veci žalobcu: D.. Q. J., R. F. XXX XX T., proti žalovanému: Finančné riaditeľstvo Slovenskej republiky, Lazovná 63, Banská Bystrica, v konaní o preskúmanie zákonnosti rozhodnutia žalovaného č. 186344/2019 zo dňa 02.04.2019, takto r o z h o d o l : Krajský súd v Bratislave konanie z a s t a v u j e . Žiaden z účastníkov konania n e m á p r á v o na náhradu trov konania. o d ô v o d n e n i e : 1. Žalobca sa žalobou podanou na Krajský súd v Bratislave dňa 06.06.2019, domáhal preskúmania zákonnosti rozhodnutia žalovaného č. 186344/2019 zo dňa 02.04.2019 v spojení s rozhodnutím Mesta Malacky č. 1640000135 zo dňa 03.12.2018 vo veci vyrubenia žalobcovi miestneho poplatku za rozvoj vo výške X.XXX,- eur podľa zákona č. 447/2015 Z.z. o miestnom poplatku za rozvoj v znení neskorších predpisov. 2. Podaním zo dňa 20.08.2019 vzal žalobca podanú žalobu späť v celom rozsahu a žiadal konanie zastaviť. 3. Podľa § 63 zákona č. 162/2015 Z.z. Správny súdny poriadok (ďalej len „SSP“) žalobca môže do vydania rozhodnutia správneho súdu vziať žalobu späť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Krajský súd pri aplikácii § 63 SSP v nadväznosti na § 99 písm. a) SSP v predmetnej veci zastavil konanie, nakoľko žalobca vzal žalobu späť pred rozhodnutím súdu vo veci. 6. Súd rozhodol o trovách konania podľa § 170 písm. b) SSP, podľa ktorého žiaden z účastníkov konania nemá právo na náhradu trov konania, ak konanie bolo zastavené. 7. Toto rozhodnutie bolo prijaté hlasovaním v pomere hlasov 3 : 0 (§ 3 ods. 9 zákona č. 757/2004 Z.z. v znení zákona č. 33/2011). Poučenie: Proti tomuto uzneseniu možno podať kasačnú sťažnosť v lehote jedného mesiaca od jeho doručenia na Krajský súd v Bratislave (§ 443 ods. 1 SSP). Ak bolo vydané opravné uznesenie, lehota plynie znovu od doručenia opravného uznesenia len v rozsahu vykonanej opravy.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https://www.kauzis.sk/judikatura/r/ECLI:SK:KSBA:2019:1019200799.1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