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2S/170/2019 z 19. 11. 2019</w:t>
      </w:r>
    </w:p>
    <w:p>
      <w:r>
        <w:t>Uznesenie Krajského súdu Bratislava z 19. novembra 2019, sp. zn. 2S/170/2019, ECLI:SK:KSBA:2019:1019201191.2</w:t>
      </w:r>
    </w:p>
    <w:p>
      <w:r>
        <w:t>Súd: Krajský súd Bratislava</w:t>
      </w:r>
    </w:p>
    <w:p>
      <w:r>
        <w:t>Spisová značka: 2S/170/2019</w:t>
      </w:r>
    </w:p>
    <w:p>
      <w:r>
        <w:t>ECLI: ECLI:SK:KSBA:2019:1019201191.2</w:t>
      </w:r>
    </w:p>
    <w:p>
      <w:r>
        <w:t>Dátum vydania: 19.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2S/170/2019 Identifikačné číslo súdneho spisu: 1019201191 Dátum vydania rozhodnutia: 20. 11. 2019 Meno a priezvisko sudcu, VSÚ: JUDr. Vlastimil Pavlikovský ECLI: ECLI:SK:KSBA:2019:1019201191.2 Uznesenie Krajský súd v Bratislave v právnej veci žalobcu: TAMINI TRASFORMATORI S.R.L., so sídlom Viale Cadorna, 56/A - 20025 Leganano (MI), Taliansko, IČO: MI-102087, Záhradnícka 70, 821 08 Bratislava, IČO: 44 936 311, zastúpený advokátskym spoločenstvom: AGM partners s. r. o.., so sídlom Hlavné námestie 3, 811 01 Bratislava, IČO: 47 258 586, za ktoré koná Mgr. Andrej Gundel, advokát a konateľ, proti žalovanému: Úrad pre verejné obstarávanie, so sídlom Ružová dolina 10, 921 09 Bratislava, za účasti: Slovenské elektrárne, a.s., so sídlom Mlynské nivy 47, 821 09 Bratislava, v konaní o preskúmanie zákonnosti rozhodnutia žalovaného číslo: 8172-6000/2019-OD zo dňa 26.07.2019, takto r o z h o d o l : I. Krajský súd v Bratislave konanie z a s t a v u j e. II. Žiaden z účastníkov nemá právo na náhradu trov konania. o d ô v o d n e n i e : 1. Správnou žalobou zo dňa 27.08.2019, doručenou Krajskému súdu v Bratislave (ďalej aj ako „správny súd“ alebo „tunajší súd“) elektronicky dňa 28.08.2019, sa žalobca domáhal preskúmania zákonnosti rozhodnutia žalovaného číslo: 8172-6000/2019-OD zo dňa 26.07.2019, ktorým žalovaný zastavil konanie o preskúmanie úkonov kontrolovaného na základe námietok navrhovateľa (žalobcu) podľa § 174 ods. 1 písm. b) a h) zákona č. 343/2015 Z. z. o verejnom obstarávaní a o zmene a doplnení niektorých v znení neskorších predpisov. Žalobca žiadal napadnuté rozhodnutie zrušiť a vec vrátiť žalovanému na ďalšie konanie. 2. Podaním zo dňa 08.11.2019 doručeným správnemu súdu taktiež dňa 08.11.2019 vzal žalobca správnu žalobu v celom rozsahu späť (vrátane návrhu na priznanie odkladného účinku správnej žalobe). Späťvzatie správnej žaloby bližšie neodôvodnil.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Vzhľadom na citované zákonné ustanovenia a s poukazom na vyššie uvedené skutočnosti, správny súd rozhodol tak, ako je uvedené vo výrokovej časti tohto rozhodnutia. 8. Toto rozhodnutie prijal senát Krajského súdu v Bratislave pomerom hlasov 3 : 0 (§ 139 ods. 4 v spojení s § 147 ods. 2 SSP).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https://www.kauzis.sk/judikatura/r/ECLI:SK:KSBA:2019:1019201191.2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