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7Sa/75/2019 z 15. 10. 2019</w:t>
      </w:r>
    </w:p>
    <w:p>
      <w:r>
        <w:t>Uznesenie Krajského súdu Bratislava z 15. októbra 2019, sp. zn. 7Sa/75/2019, ECLI:SK:KSBA:2019:1019201215.2</w:t>
      </w:r>
    </w:p>
    <w:p>
      <w:r>
        <w:t>Súd: Krajský súd Bratislava</w:t>
      </w:r>
    </w:p>
    <w:p>
      <w:r>
        <w:t>Spisová značka: 7Sa/75/2019</w:t>
      </w:r>
    </w:p>
    <w:p>
      <w:r>
        <w:t>ECLI: ECLI:SK:KSBA:2019:1019201215.2</w:t>
      </w:r>
    </w:p>
    <w:p>
      <w:r>
        <w:t>Dátum vydania: 15. 10. 2019</w:t>
      </w:r>
    </w:p>
    <w:p>
      <w:r>
        <w:t>Forma: Uznesenie</w:t>
      </w:r>
    </w:p>
    <w:p>
      <w:pPr>
        <w:pStyle w:val="Heading2"/>
      </w:pPr>
      <w:r>
        <w:t>Text rozhodnutia</w:t>
      </w:r>
    </w:p>
    <w:p>
      <w:r>
        <w:t>Súd: Krajský súd Bratislava Spisová značka: 7Sa/75/2019 Identifikačné číslo súdneho spisu: 1019201215 Dátum vydania rozhodnutia: 16. 10. 2019 Meno a priezvisko sudcu, VSÚ: JUDr. Beata Jurgošová ECLI: ECLI:SK:KSBA:2019:1019201215.2 Uznesenie Krajský súd v Bratislave v právnej veci žalobcu: AIR - TRANSPORT EUROPE, spol. s.r.o., IČO: 00 697 516, so sídlom Na letisko, Letisko Poprad - Tatry, 058 98 Poprad, práv. zast.: JUDr. Ján Havlát, advokát so sídlom Rudnayovo námestie č. 1, 811 01 Bratislava, proti žalovanému: Úrad pre dohľad nad zdravotnou starostlivosťou, IČO: 30 796 482, so sídlom Žellova ul. č. 2, 829 24 Bratislava, v konaní o preskúmanie zákonnosti rozhodnutia žalovaného Zápisnice č. 1017/2018 zo dňa 11.07.2019, takto r o z h o d o l : Krajský súd v Bratislave p o s t u p u j e vec miestne príslušnému Krajskému súdu v Prešove. o d ô v o d n e n i e : 1. Dňa 05.09.2019 bola Krajskému súdu v Bratislave (ďalej aj ako „správny súd“ alebo „tunajší súd“) doručená všeobecná správna žaloba, ktorou sa žalobca domáhal preskúmania zákonnosti rozhodnutia žalovaného Zápisnice č. 1017/2018 zo dňa 11.07.2019. Napadnutým rozhodnutím žalovaný zamietol odvolanie žalobcu zo dňa 10.04.2019 proti rozhodnutiu Úradu pre dohľad nad zdravotnou starostlivosťou, Pobočka Martin, Kuzmányho 27, 036 01 Martin, Protokol č. 1017/2018 zo dňa 21.03.2019 a predmetné rozhodnutie potvrdil. 2. Podľa § 6 ods. 1 zákona č. 162/2015 Z. 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 Podľa § 6 ods. 2 písm. c) SSP, správne súdy rozhodujú v konaniach o správnych žalobách v sociálnych veciach. 4. Podľa § 199 ods. 1 písm. f) SSP, sociálnymi vecami sa na účely tohto zákona rozumie rozhodovanie Úradu pre dohľad nad zdravotnou starostlivosťou. 5. Podľa § 9 ods. 1 SSP, konanie sa uskutočňuje na tom správnom súde, ktorý je vecne, miestne a kauzálne príslušný. Príslušnosť sa určuje podľa okolností existujúcich v čase začatia konania a trvá až do jeho skončenia. 6. Podľa § 10 SSP, na konanie a rozhodovanie v správnom súdnictve sú vecne príslušné krajské súdy, ak tento zákon neustanovuje inak. 6. Podľa § 13 ods. 3 SSP, v konaní o správnej žalobe proti rozhodnutiam o poskytovaní právnej pomoci podľa osobitného predpisu, v konaniach podľa § 6 ods. 2 písm. c) a d) &lt;https://www.beck-online.sk/bo/chapterview-document.seam? documentId=pj5f6mrqge2v6mjwgiwtembrheydcmbrfzygc4tbm5zgczrngiydc&gt;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7. Podľa § 18 ods. 2 prvá veta SSP, ak správny súd zistí, že nie je vecne, miestne alebo kauzálne príslušný, postúpi vec uznesením príslušnému správnemu súdu. 8. Podľa § 18 ods. 5 SSP, právne účinky spojené s podaním žaloby alebo iného podania zostávajú pri postúpení veci zachované. 9. Podľa § 97 SSP, ak tento zákon neustanovuje inak, správny súd kedykoľvek počas konania prihliada na to, či sú splnené podmienky, za ktorých môže správny súd konať a rozhodnúť (ďalej len „procesné podmienky“). 10. Z obsahu spisového materiálu je bez akýchkoľvek pochybností zrejmé, že v predmetnom konaní ide o správnu žalobu v sociálnych veciach podľa § 6 ods. 2 písm. c) SSP v spojení s § 199 ods. 1 písm. f) SSP, pričom žalobca má sídlo sídlom Na letisko, Letisko Poprad - Tatry, 058 98 Poprad. Vychádzajúc z lustrácie príslušnosti súdov Slovenskej republiky, mesto Poprad sa nachádza v územnom obvode okresu Poprad. Podľa § 2 ods. 40 v spojení s § 3 ods. 7 písm. d) zákona č. 371/2004 Z. z. o sídlach a obvodoch súdov Slovenskej republiky, je mesto Poprad sídlom Okresného súdu Poprad patriacim do územnej pôsobnosti Okresného súdu Poprad, ktorého obvod je súčasťou územného obvodu Krajského súdu v Prešove. 11. Vzhľadom na vyššie uvedené skutočnosti a s poukazom na citované zákonné ustanovenia, Krajský súd v Bratislave dospel k záveru, že na konanie o predmetnej správnej žalobe v sociálnych veciach je podľa § 13 ods. 3 SSP miestne príslušný Krajský súd v Prešove, a preto mu konajúci súd podľa § 18 ods. 2 SSP postúpil vec ako súdu miestne príslušnému na prejednanie a rozhodnutie veci. Poučenie: Proti tomuto uzneseniu nie je prípustná kasačná sťažnosť [§ 439 ods. 2 písm. d) SSP].</w:t>
      </w:r>
    </w:p>
    <w:p/>
    <w:p>
      <w:r>
        <w:t>Zdroj: KAUZIS.SK – https://www.kauzis.sk/judikatura/r/ECLI:SK:KSBA:2019:1019201215.2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