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6S/207/2019 z 11. 12. 2019</w:t>
      </w:r>
    </w:p>
    <w:p>
      <w:r>
        <w:t>Uznesenie Krajského súdu Bratislava z 11. decembra 2019, sp. zn. 6S/207/2019, ECLI:SK:KSBA:2019:1019201331.1</w:t>
      </w:r>
    </w:p>
    <w:p>
      <w:r>
        <w:t>Súd: Krajský súd Bratislava</w:t>
      </w:r>
    </w:p>
    <w:p>
      <w:r>
        <w:t>Spisová značka: 6S/207/2019</w:t>
      </w:r>
    </w:p>
    <w:p>
      <w:r>
        <w:t>ECLI: ECLI:SK:KSBA:2019:1019201331.1</w:t>
      </w:r>
    </w:p>
    <w:p>
      <w:r>
        <w:t>Dátum vydania: 11. 12.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6S/207/2019 Identifikačné číslo súdneho spisu: 1019201331 Dátum vydania rozhodnutia: 12. 12. 2019 Meno a priezvisko sudcu, VSÚ: JUDr. Otília Belavá ECLI: ECLI:SK:KSBA:2019:1019201331.1 Uznesenie Krajský súd v Bratislave ako správny súd, v právnej veci žalobkyne: Z. F., N. XX, C., E. B. S..X..C. XX, XXX XX Z. X, proti žalovanému: Centrum právnej pomoci, Kancelária Bratislava, so sídlom Námestie slobody 12, 810 05 Bratislava, v konaní o preskúmanie zákonnosti rozhodnutí č. KaBA 20738/2019, ČRZ: 95226/2019 zo dňa 01.07.2019 a č. KaBA 17940/2019, ČRZ:105765/2019 zo dňa 19.07.2019, takto r o z h o d o l : Krajský súd v Bratislave p o s t u p u j e vec Krajskému súdu v Košiciach. o d ô v o d n e n i e : 1. Žalobou doručenou tunajšiemu správnemu súdu dňa 04.10.2019 sa žalobkyňa domáha preskúmania zákonnosti rozhodnutia č. KaBA 20738/2019, ČRZ: 95226/2019 zo dňa 01.07.2019 a rozhodnutia č. KaBA 17940/2019, ČRZ:105765/2019 zo dňa 19.07.2019, ktorými jej žalovaný nepriznal nárok na poskytnutie právnej pomoci. 2. Podľa § 6 ods. 1 zákona č. 162/2015 Z.z.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a) SSP, správne súdy rozhodujú v konaniach o správnych žalobách. 4. Podľa § 9 ods. 1 SSP, konanie sa uskutočňuje na tom správnom súde, ktorý je vecne, miestne a kauzálne príslušný. Príslušnosť sa určuje podľa okolností existujúcich v čase začatia konania a trvá až do jeho skončenia. 5. Podľa § 10 SSP, na konanie a rozhodovanie v správnom súdnictve sú vecne príslušné krajské súdy, ak tento zákon neustanovuje inak. 6. Podľa § 13 ods. 3 SSP,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Podľa § 97 SSP, ak tento zákon neustanovuje inak, správny súd kedykoľvek počas konania prihliada na to, či sú splnené podmienky, za ktorých môže správny súd konať a rozhodnúť (ďalej len "procesné podmienky"). 10. Príslušnosť je procesnou podmienkou konania správneho súdu. Na príslušnosť sa vzťahuje zásada “perpetuatio fori“, podľa ktorej sa skutkové okolnosti významné pre príslušnosť zisťujú z návrhu na začatie konania k momentu začatia konania a trvajú až do skončenia konania. 11. Krajský súd v Bratislave pred vecným vybavením žaloby, skúmal svoju vecnú a miestnu príslušnosť na konanie podľa § 10 a § 13 ods. 3 SSP a zistil, že nie je miestne príslušný na konanie v predmetnej veci, ale miestne príslušným súdom je Krajský súd v Košiciach. 12. Príslušnosť správneho súdu na konanie a rozhodovanie v správnom súdnictve je upravená v § 13 SSP, pričom z dikcie § 13 ods. 3 vyplýva, že miestne príslušným súdom v konaniach o správnych žalobách proti rozhodnutiam o poskytovaní právnej pomoci môže byť krajský súd, v ktorého obvode má žalobca adresu trvalého pobytu. V prípade ak takého súdu niet, je miestne príslušný krajský súd, v ktorého obvode sa osoba zdržuje. Z podanej správnej žaloby ako aj z napadnutých rozhodnutí má súd za preukázané, že žalobkyňa má síce trvalý pobyt v Bratislave, ale zdržiava sa v Michalovciach. Z napadnutých rozhodnutí je zrejmé, že z trvalého bydliska v Bratislave bola žalobkyňa vysťahovaná a nie je vlastníčkou bytu v Bratislave. Vzhľadom na túto skutočnosť, s poukazom na § 13 ods. 3 SSP dospel správny súd k záveru, že je vhodné uprednostniť najbližší krajský súd k miestu, kde sa žalobkyňa zdržuje. Z uvedeného potom vyplýva, že miestne príslušným je Krajský súd v Košiciach, keďže v jeho obvode, t.j. v Michalovciach sa žalobkyňa zdržiava. 13. V zmysle uvedeného Krajský súd v Bratislave nie je miestne príslušný pre toto konanie a podľa § 18 ods. 2 prvej vety SSP vec bude po právoplatnosti tohto uznesenia postúpená na konanie Krajskému súdu v Košiciach. 14. Právne účinky spojené s podaním žaloby alebo iného podania zostávajú zachované (§ 18 ods. 5 SSP). 15.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https://www.kauzis.sk/judikatura/r/ECLI:SK:KSBA:2019:1019201331.1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