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5S/242/2019 z 10. 12. 2019</w:t>
      </w:r>
    </w:p>
    <w:p>
      <w:r>
        <w:t>Uznesenie Krajského súdu Bratislava z 10. decembra 2019, sp. zn. 5S/242/2019, ECLI:SK:KSBA:2019:1019201472.2</w:t>
      </w:r>
    </w:p>
    <w:p>
      <w:r>
        <w:t>Súd: Krajský súd Bratislava</w:t>
      </w:r>
    </w:p>
    <w:p>
      <w:r>
        <w:t>Spisová značka: 5S/242/2019</w:t>
      </w:r>
    </w:p>
    <w:p>
      <w:r>
        <w:t>ECLI: ECLI:SK:KSBA:2019:1019201472.2</w:t>
      </w:r>
    </w:p>
    <w:p>
      <w:r>
        <w:t>Dátum vydania: 10. 12. 2019</w:t>
      </w:r>
    </w:p>
    <w:p>
      <w:r>
        <w:t>Forma: Uznesenie</w:t>
      </w:r>
    </w:p>
    <w:p>
      <w:pPr>
        <w:pStyle w:val="Heading2"/>
      </w:pPr>
      <w:r>
        <w:t>Text rozhodnutia</w:t>
      </w:r>
    </w:p>
    <w:p>
      <w:r>
        <w:t>Súd: Krajský súd Bratislava Spisová značka: 5S/242/2019 Identifikačné číslo súdneho spisu: 1019201472 Dátum vydania rozhodnutia: 11. 12. 2019 Meno a priezvisko sudcu, VSÚ: Mgr. Radim Hudec ECLI: ECLI:SK:KSBA:2019:1019201472.2 Uznesenie Krajský súd v Bratislave v právnej veci žalobcu: L E H O R, spol. s r.o., so sídlom: Lietavská 16, 851 06 Bratislava, IČO: 35 754 524, zastúpený: WITT&amp;KLEIM ADVOKÁTSKA KANCELÁRIA S. R. O., so sídlom: Horná 65/A, 974 01 Banská Bystrica, IČO: 47 257 164, proti žalovanému: Finančné riaditeľstvo Slovenskej republiky, Lazovná 63, 974 01 Banská Bystrica, IČO: 42 499 500, o preskúmanie zákonnosti rozhodnutia žalovaného č. 102090351/2019 zo dňa 05.09.2019, o zastavení konania pre nezaplatenie súdneho poplatku, takto r o z h o d o l : I. Správny súd konanie z a s t a v u j e. II. Žiaden z účastníkov nemá právo na náhradu trov konania. o d ô v o d n e n i e : 1. Žalobou doručenou tunajšiemu súdu dňa 28.10.2019 sa žalobca domáha preskúmania zákonnosti rozhodnutia žalovaného č. 102090351/2019 zo dňa 05.09.2019 (ďalej len „napadnuté rozhodnutie“), ktorým žalovaný potvrdil rozhodnutie Daňového úradu Bratislava č. 101301228/2019 zo dňa 29.05.2019 (ďalej len „prvostupňové rozhodnutie“). Prvostupňovým rozhodnutím Daňový úrad Bratislava vyzval na zaplatenie daňového nedoplatku vo výške XX.XXX,XX eur daňového dlžníka L E H O R, spol. s r.o., so sídlom: Lietavská 16, 851 06 Bratislava, IČO: 35 754 524. 2. Keďže žalobca spolu s podaním žaloby nezaplatil súdny poplatok za žalobu v sume 35,- eur podľa položky č. 10 písm. a) sadzobníka súdnych poplatkov v spojení s § 6 ods. 1 a ods. 3 zákona č. 71/1992 Zb. o súdnych poplatkoch a poplatku za výpis z registra trestov v znení neskorších predpisov, správny súd ho pod následkom zastavenia konania vyzval na zaplatenie súdneho poplatku za podanie žaloby v lehote 10 dní od doručenia, výzvou č. k. 5S/242/2019-31 zo dňa 18.11.2019. Výzva na zaplatenie súdneho poplatku bola doručovaná právnemu zástupcovi žalobcu do elektronickej schránky a doručená mu bola dňa 21.11.2019. 3. Správny súd konštatuje, že lehota na zaplatenie súdneho poplatku za žalobu žalobcovi uplynula dňom 02.12.2019. Žalobca napriek výzve správneho súdu súdny poplatok v súdom stanovenej lehote nezaplatil. 4.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5.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6.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7. Podľa § 10 ods. 1 zákona o súdnych poplatkoch, ak nebol zaplatený poplatok splatný podaním žaloby, návrhu na začatie konania, dovolania alebo kasačnej sťažnosti, súd podľa § 9 &lt;https://www.slov-lex.sk/ pravne-predpisy/SK/ZZ/1992/71/20160701&gt; vyzve poplatníka, aby poplatok zaplatil v lehote, ktorú určí, spravidla v lehote desiatich dní od doručenia výzvy; ak aj napriek výzve poplatok nebol zaplatený v lehote, súd konanie zastaví. O následkoch nezaplatenia poplatku musí byť poplatník vo výzve poučený. 8. Podľa § 10 ods. 3 zákona o súdnych poplatkoch prvoinštančný súd zruší uznesenie o zastavení konania pre nezaplatenie súdneho poplatku, ak bol súdny poplatok zaplatený v lehote určenej súdom podľa odseku 1 alebo ak sú na to dôvody podľa odseku 2. Prvoinštančný súd zruší uznesenie o zastavení konania pre nezaplatenie súdneho poplatku aj vtedy, ak bolo konanie prerušené podľa osobitného predpisu a správca v ňom pokračuje namiesto poplatníka. 9. Podľa § 14 ods. 3 zákona o súdnych poplatkoch, v sťažnosti proti rozhodnutiu o zastavení súdneho konania pre nezaplatenie súdneho poplatku nemožno namietať skutočnosti, ktoré nastali po uplynutí lehoty na zaplatenie súdneho poplatku. 10.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11. Keďže žalobca nezaplatil súdny poplatok ani v lehote určenej správnym súdom, správny súd postupoval v súlade s ust. § 10 ods. 1 zákona o súdnych poplatkoch a predmetné konanie zastavil. 12. O náhrade trov konania správny súd rozhodol podľa § 170 písm. b) zákona č. 162/2015 Z. z. Správny súdny poriadok (ďalej len „SSP“) tak, že žiaden z účastníkov konania nemá právo na náhradu trov konania, nakoľko konanie bolo zastavené. Poučenie: Proti uzneseniu správneho súdu vydanému súdnym úradníkom, ktoré treba doručiť, je prípustná sťažnosť, ak ju SSP nevylučuje. Sťažnosť môže podať účastník konania a osoba zúčastnená na konaní podľa § 41 ods. 2 SSP, ak bolo uznesenie vydané v ich neprospech a to v lehote 15 dní od doručenia uznesenia na správnom súde, ktorý napadnuté uznesenie vydal. O sťažnosti rozhodne správny súd, ktorý napadnuté uznesenie vydal, spravidla bez nariadenia pojednávania. Ak nie je sťažnosť dôvodná, správny súd sťažnosť zamietne. Ak je sťažnosť dôvodná, správny súd napadnuté uznesenie zruší alebo zmení; v prípade zrušenia uznesenia je súdny úradník viazaný právnym názorom správneho súdu (§ 152 a nasl. SSP).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https://www.kauzis.sk/judikatura/r/ECLI:SK:KSBA:2019:1019201472.2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