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5S/252/2019 z 9. 12. 2019</w:t>
      </w:r>
    </w:p>
    <w:p>
      <w:r>
        <w:t>Uznesenie Krajského súdu Bratislava z 9. decembra 2019, sp. zn. 5S/252/2019, ECLI:SK:KSBA:2019:1019201545.1</w:t>
      </w:r>
    </w:p>
    <w:p>
      <w:r>
        <w:t>Súd: Krajský súd Bratislava</w:t>
      </w:r>
    </w:p>
    <w:p>
      <w:r>
        <w:t>Spisová značka: 5S/252/2019</w:t>
      </w:r>
    </w:p>
    <w:p>
      <w:r>
        <w:t>ECLI: ECLI:SK:KSBA:2019:1019201545.1</w:t>
      </w:r>
    </w:p>
    <w:p>
      <w:r>
        <w:t>Dátum vydania: 9. 12. 2019</w:t>
      </w:r>
    </w:p>
    <w:p>
      <w:r>
        <w:t>Forma: Uznesenie</w:t>
      </w:r>
    </w:p>
    <w:p>
      <w:pPr>
        <w:pStyle w:val="Heading2"/>
      </w:pPr>
      <w:r>
        <w:t>Text rozhodnutia</w:t>
      </w:r>
    </w:p>
    <w:p>
      <w:r>
        <w:t>Súd: Krajský súd Bratislava Spisová značka: 5S/252/2019 Identifikačné číslo súdneho spisu: 1019201545 Dátum vydania rozhodnutia: 10. 12. 2019 Meno a priezvisko sudcu, VSÚ: JUDr. Eva Fulcová ECLI: ECLI:SK:KSBA:2019:1019201545.1 Uznesenie Krajský súd v Bratislave v právnej veci žalobcu: L&amp;K - media s.r.o., so sídlom Boženy Němcovej 8, 811 04 Bratislava, IČO: 46 815 384, právne zastúpený: JUDr. Peter Majerník, Werferova 1, 040 11 Košice, IČO: 48 109 680 proti žalovanému: Finančné riaditeľstvo Slovenskej republiky, Lazovná 63, 974 01 Banská Bystrica, IČO: 42 499 500, o preskúmanie zákonnosti rozhodnutia žalovaného č. 102261927/2019 zo dňa 30.09.2019, takto r o z h o d o l : Krajský súd v Bratislave p o s t u p u j e vec miestne príslušnému Krajskému súdu v Žiline. o d ô v o d n e n i e : 1. Žalobca sa žalobou doručenou tunajšiemu súdu dňa 14.11.2019 domáha, preskúmania zákonnosti rozhodnutia žalovaného č. 102261927/2019 zo dňa 30.09.2019 (ďalej „napadnuté rozhodnutie“). Napadnutým rozhodnutím žalovaný potvrdil rozhodnutie Daňového úradu Žilina č. 101185965/2019 zo dňa 20.05.2019 (ďalej len „prvostupňové rozhodnutie“), ktorým Daňový úrad Žilina podľa § 68 ods. 5 zákona č. 563/2009 Z. z. o správe daní (daňový poriadok) a o zmene a doplnení niektorých zákonov v znení neskorších predpisov vyrubil rozdiel na dani z pridanej hodnoty v sume XX.XXX,XX eur za zdaňovacie obdobie december 2017 daňovému subjektu L&amp;K - media s.r.o., so sídlom Boženy Němcovej 8, 811 04 Bratislava, IČO: 46 815 384. Žalobca žiada napadnuté rozhodnutie spolu s prvostupňovým rozhodnutím zrušiť, vec vrátiť Daňovému úradu Žilina, pobočka Dolný Kubín na ďalšie konanie a žalobcovi priznať náhradu trov konania.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žalobe. V prejednávanej veci rozhodoval v prvom stupni Daňový úrad Žilina, a teda miestne (aj vecne) príslušným je Krajský súd v Žiline, keďže v jeho obvode má sídlo orgán verejnej správy, ktorý vo veci rozhodoval v prvom stupni. 8. Nakoľko bolo zistené, že Krajský súd v Bratislave nie je miestne príslušným na konanie v predmetnej veci, vec bude po právoplatnosti tohto uznesenia postúpená Krajskému súdu v Žiline. 9. Toto rozhodnutie senát Krajského súdu v Bratislave prijal pomerom hlasov 3:0 (§ 139 ods. 4 v spojení s § 147 ods. 2 SSP). Poučenie: Proti tomuto uzneseniu nie je prípustná kasačná sťažnosť (§ 439 ods. 2 písm. d) SSP).</w:t>
      </w:r>
    </w:p>
    <w:p/>
    <w:p>
      <w:r>
        <w:t>Zdroj: KAUZIS.SK – https://www.kauzis.sk/judikatura/r/ECLI:SK:KSBA:2019:1019201545.1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