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1S/261/2019 z 11. 12. 2019</w:t>
      </w:r>
    </w:p>
    <w:p>
      <w:r>
        <w:t>Uznesenie Krajského súdu Bratislava z 11. decembra 2019, sp. zn. 1S/261/2019, ECLI:SK:KSBA:2019:1019201633.1</w:t>
      </w:r>
    </w:p>
    <w:p>
      <w:r>
        <w:t>Súd: Krajský súd Bratislava</w:t>
      </w:r>
    </w:p>
    <w:p>
      <w:r>
        <w:t>Spisová značka: 1S/261/2019</w:t>
      </w:r>
    </w:p>
    <w:p>
      <w:r>
        <w:t>ECLI: ECLI:SK:KSBA:2019:1019201633.1</w:t>
      </w:r>
    </w:p>
    <w:p>
      <w:r>
        <w:t>Dátum vydania: 11. 12. 2019</w:t>
      </w:r>
    </w:p>
    <w:p>
      <w:r>
        <w:t>Forma: Uznesenie</w:t>
      </w:r>
    </w:p>
    <w:p>
      <w:pPr>
        <w:pStyle w:val="Heading2"/>
      </w:pPr>
      <w:r>
        <w:t>Text rozhodnutia</w:t>
      </w:r>
    </w:p>
    <w:p>
      <w:r>
        <w:t>Súd: Krajský súd Bratislava Spisová značka: 1S/261/2019 Identifikačné číslo súdneho spisu: 1019201633 Dátum vydania rozhodnutia: 12. 12. 2019 Meno a priezvisko sudcu, VSÚ: JUDr. Renáta Janáková ECLI: ECLI:SK:KSBA:2019:1019201633.1 Uznesenie Krajský súd v Bratislave v právnej veci žalobcu: S.M.S., spol. s r.o., Pionierska 423, 018 41 Dubnica nad Váhom, IČO: 31 610 811, právne zastúpený: Advokátska kancelária SEMANČÍN &amp; PARTNERS s.r.o., Vajnorská 100/A, 831 04 Bratislava, IČO: 50 567 942, proti žalovanému: Ministerstvo hospodárstva Slovenskej republiky, Mlynské nivy 44/a, 827 15 Bratislava, za účasti: Ministerstvo zahraničných vecí a európskych záležitostí Slovenskej republiky, Hlboká cesta 2, 833 36 Bratislava, v konaní o preskúmanie zákonnosti rozhodnutia žalovaného č. 19305/2019-2061-54270 zo dňa 19.09.2019, takto r o z h o d o l : Krajský súd v Bratislave žalobu o d m i e t a . Žiaden z účastníkov konania n e m á právo na náhradu trov konania. o d ô v o d n e n i e : 1. Žalobou zo dňa 28.11.2019, danou na poštovú prepravu dňa 29.11.2019, doručenou Krajskému súdu v Bratislave (ďalej aj ako „správny súd“ alebo „tunajší súd“) dňa 02.12.2019, sa žalobca domáhal preskúmania zákonnosti rozhodnutia žalovaného č. 19305/2019-2061-54270 zo dňa 19.09.2019, ktorým minister hospodárstva Slovenskej republiky zamietlo rozklad žalobcu a potvrdil rozhodnutie Ministerstva hospodárstva Slovenskej republiky, odboru výkonu obchodných opatrení č. Rzž-109/2019, č. 08679/2019-1050-32340 zo dňa 24.05.2019, ktorým bola zamietnutá žalobcova žiadosť o udelenie dovoznej licencie výrobkov obranného priemyslu - podvozok URAL 4320-1151-61 (VM 6) v množstve 11 ks a v cene 502 700 eur (slovom päťstodvatisícsedemsto eur) z územia Bieloruska na územie Slovenskej republiky pre zahraničného užívateľa Ministerstvo obrany a záležitostí veteránov Ugandy, podľa 20 písm. b) zákona č. 392/2011 Z.z. o obchodovaní s výrobkami obranného priemyslu a o zmene a doplnení niektorých zákonov v znení neskorších predpisov (ďalej len „zákon č. 392/2011 Z.z.“). 2. Súd vykonanou lustráciou zistil, že pred tunajším správnym súdom o tej istej veci, toho istého žalobcu už prebieha pred Krajským súdom v Bratislave skôr začaté iné konanie sp. zn. 5S/267/2019, ktorého predmet konania je úplne identický s predmetom konania vedenom pod sp. zn. 1S/261/2019: „rozhodnutie ministra hospodárstva Slovenskej republiky č. 19305/2019-2061-54270 zo dňa 19.09.2019 v spojení s prvostupňovým rozhodnutím Ministerstva hospodárstva Slovenskej republiky, odboru výkonu obchodných opatrení č. Rzž-109/2019, č. 08679/2019-1050-32340 zo dňa 24.05.2019“. Žaloba vo veci sp. zn. 5S/267/2019 bola doručená tunajšiemu súdu dňa 02.12.2019 o 10:29 hod. a žaloba vo veci sp. zn. 1S/261/2019 bola doručená tunajšiemu súdu dňa 02.12.2019 o 11:06 hod.. 3. Podľa § 31 ods. 5 zákona č. 162/2015 Z.z. Správny súdny poriadok (ďalej len ,,SSP“), začatie konania bráni tomu, aby o tej istej veci toho istého žalobcu prebiehalo na správnom súde iné konanie. 4. Podľa § 97 SSP, ak tento zákon neustanovuje inak, správny súd kedykoľvek počas konania prihliada na to, či sú splnené podmienky, za ktorých môže správny súd konať a rozhodnúť (ďalej len „procesné podmienky“). 5. Podľa § 98 ods. 1 písm. b) SSP, správny súd uznesením odmietne žalobu, ak o tej istej veci toho istého žalobcu už prebieha pred správnym súdom skôr začaté iné konanie. 6. Podľa § 170 písm. a) SSP, žiaden z účastníkov nemá právo na náhradu trov konania, ak žaloba bola odmietnutá. 7. Z vyššie uvedeného teda vyplýva, že nedostatkom podmienky súdneho konania podľa § 98 ods. 1 písm. b) SSP je i prekážka začatého konania (litispendencia; § 31 ods. 5 SSP), ktorá bráni tomu, aby na súde prebiehalo iné konanie v tej istej veci. Táto prekážka vzniká, ak je začaté konanie rovnakých účastníkov, rovnaký predmet konania a rovnaké skutkové okolnosti, od ktorých sa odvodzuje právo. 8. Litispendencia je procesnou prekážkou konania, ktorú musí súd z úradnej povinnosti odstrániť a to bez zreteľa na to, kedy túto prekážku zistí, alebo kedy táto prekážka vznikla. Prekážka litispendencie sa vzťahuje na to konanie, ktoré začalo neskôr. 9. Porovnaním doby začatia konania sp. zn. 1S/261/2019 a sp. zn. 5S/267/2019 súd zistil, že konanie vedené pod sp. zn. 1S/261/2019 začalo dňa 02.12.2019 o 11:06 hod., kedy žalobca doručil Krajskému súdu v Bratislave žalobu, teda neskôr ako konanie vedené na krajskom súde pod sp. zn. 5S/267/2019, ktoré začalo dňa 02.12.2019 o 10:29 hod. 10. Súd dospel k záveru, že konanie vedené na Krajskom súde v Bratislave pod sp. zn. 1S/261/2019 je neskôr začaté konanie o žalobe žalobcu a jedná sa o tú istú vec toho istého žalobcu ako v konaní vedenom pod sp. zn. 5S/267/2019. 11. Vzhľadom na existenciu prekážky litispendencie podľa § 31 ods. 5 SSP (t.j. prekážka začatého konania), ktorá bráni tomu, aby o tej istej veci prebiehalo na súde ďalšie konanie, súd žalobu doručenú súdu dňa 02.12.2019 o 11:06 hod vedenú pod sp. zn. 1S/261/2019 v zmysle ustanovenia § 98 ods. 1 písm. b) SSP odmietol, keďže o tej istej veci toho istého žalobcu už prebieha pred správnym súdom skôr začaté konanie vedené pod sp. zn. 5S/267/2019. 12. O náhrade trov konania správny súd rozhodol podľa § 170 písm. a) SSP tak, že žiaden z účastníkov nemá právo na náhradu trov konania, nakoľko žaloba bola odmietnutá. 13.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https://www.kauzis.sk/judikatura/r/ECLI:SK:KSBA:2019:1019201633.1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