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1CoKR/24/2019 z 23. 9. 2019</w:t>
      </w:r>
    </w:p>
    <w:p>
      <w:r>
        <w:t>Uznesenie Krajského súdu Bratislava z 23. septembra 2019, sp. zn. 1CoKR/24/2019, ECLI:SK:KSBA:2019:1111236746.1</w:t>
      </w:r>
    </w:p>
    <w:p>
      <w:r>
        <w:t>Súd: Krajský súd Bratislava</w:t>
      </w:r>
    </w:p>
    <w:p>
      <w:r>
        <w:t>Spisová značka: 1CoKR/24/2019</w:t>
      </w:r>
    </w:p>
    <w:p>
      <w:r>
        <w:t>ECLI: ECLI:SK:KSBA:2019:1111236746.1</w:t>
      </w:r>
    </w:p>
    <w:p>
      <w:r>
        <w:t>Dátum vydania: 23. 9.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1CoKR/24/2019 Identifikačné číslo súdneho spisu: 1111236746 Dátum vydania rozhodnutia: 24. 09. 2019 Meno a priezvisko sudcu, VSÚ: JUDr. Eugen Palášthy ECLI: ECLI:SK:KSBA:2019:1111236746.1 Uznesenie Krajský súd v Bratislave v senáte zloženom z predsedu senátu JUDr. Eugena Palášthyho a členiek senátu JUDr. Lýdie Noskovičovej a JUDr. Moniky Školníkovej, v právne veci žalobcu: JUDr. RNDr. Silvia Prachová, so sídlom Miletičova 21, 821 08 Bratislava (predtým JUDr. Marek Letkovský), správca úpadcu: PODIELOVÉ DRUŽSTVO SLOVENSKÉ INVESTÍCIE, Poľná 1, 811 08 Bratislava, IČO: 35 784 717 právne zast.: TOMÁŠ KUŠNÍR, s.r.o., Pajštúnska 5, 851 02 Bratislava, IČO: 36 613 843, proti žalovanému: Q. K., nar. XX.XX.XXXX, V. XXX/XX, XXX XX F. R., zast.: FUTEJ &amp; Partners, s.r.o., advokátska kancelária, Radlinského 2, 811 07 Bratislava, IČO: 35 955 341, o určenie neúčinnosti právneho úkonu, o odvolaní žalobcu proti rozsudku Okresného súdu Bratislava I č.k. 6Cbi/197/2011-61 zo dňa 05.04.2018, takto r o z h o d o l : I. Krajský súd v Bratislave späťvzatie žaloby žalobcu pripúšťa. II. Súd uznesenie Okresného súdu Bratislava I č.k. 6Cbi/197/2011-61 zo dňa 05.04.2018 zrušuje a konanie vedené pred Okresným súdom Bratislava I pod sp. zn. 6Cbi/197/2011 zastavuje III. Žiadna zo sporových strán nemá právo na náhradu trov odvolacieho konania. o d ô v o d n e n i e : 1. Súd prvej inštancie rozsudkom 6Cbi/197/2011-61 zo dňa 05.04.2018 zamietol žalobu, v ktorej sa žalobca domáhal neúčinnosti právneho úkonu žalovaného (ako úpadca), ktorým je uspokojenie pohľadávky žalovaného (išlo o prednostné zaplatenie pohľadávky žalovaného na úkor iných veriteľov). Žalovanému priznal nárok na náhradu trov konania. 2. Rozsudok v zákonnej lehote napadol v celom rozsahu odvolaním žalobcu z dôvodov špecifikovaných v predmetnom odvolaní. 3. Po vydaní rozsudku, pred nadobudnutím právoplatnosti rozhodnutia, bolo doručené na Okresný súd Bratislava I späťvzatie žaloby, ktorým vzal žalobca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21.05.2019 žalovanému predmetné späťvzatie žaloby na vyjadrenie s tým, že v zmysle § 157 CSP, ak sa v určenej lehote nevyjadrí, bude mať súd za to, že nemá námietky. Žalovaný v stanovenej lehote uviedol, že súhlasí so späťvzatím žaloby v celom rozsahu, pričom náhradu trov si neuplatňuje. 7. Späťvzatie žaloby je jednostranným procesným úkonom účastníka konania, pričom jeho účinky nastávajú v okamihu, keď sa dostane do dispozície adresáta, t.j. súdu. Nakoľko dňa 10.04.2019 bolo Krajskému súdu v Bratislave doručené späťvzatie žaloby žalobcom, súd postupoval v konaní v zmysle § 370 ods. 1 a 2 CSP, pripustil späťvzatie žaloby žalobcu o určenie neúčinnosti právneho úkonu, rozsudok Okresného súdu Bratislava I č.k. 6Cbi/197/2011-61 zo dňa 05.04.2018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Žalovaný si v konaní neuplatnil nárok na náhradu trov konania. Z týchto dôvodov o trovách konania rozhodol súd tak, ako je uvedené vo výrokovej časti tohto uznesenia. 11. Toto uznesenie bolo členmi senátu prijaté pomerom hlasov 3 : 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https://www.kauzis.sk/judikatura/r/ECLI:SK:KSBA:2019:1111236746.1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