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3Cob/5/2019 z 27. 6. 2019</w:t>
      </w:r>
    </w:p>
    <w:p>
      <w:r>
        <w:t>Uznesenie Krajského súdu Bratislava z 27. júna 2019, sp. zn. 3Cob/5/2019, ECLI:SK:KSBA:2019:1113203391.2</w:t>
      </w:r>
    </w:p>
    <w:p>
      <w:r>
        <w:t>Súd: Krajský súd Bratislava</w:t>
      </w:r>
    </w:p>
    <w:p>
      <w:r>
        <w:t>Spisová značka: 3Cob/5/2019</w:t>
      </w:r>
    </w:p>
    <w:p>
      <w:r>
        <w:t>ECLI: ECLI:SK:KSBA:2019:1113203391.2</w:t>
      </w:r>
    </w:p>
    <w:p>
      <w:r>
        <w:t>Dátum vydania: 27. 6. 2019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3Cob/5/2019 Identifikačné číslo súdneho spisu: 1113203391 Dátum vydania rozhodnutia: 28. 06. 2019 Meno a priezvisko sudcu, VSÚ: Mgr. Štefan Zelenák ECLI: ECLI:SK:KSBA:2019:1113203391.2 Uznesenie Krajský súd v Bratislave v senáte zloženom z predsedu senátu Mgr. Štefana Zelenáka a členiek senátu JUDr. Eleny Ondrišovej a JUDr. Ivony Hrčekovej v právnej veci žalobcu HK Co. Slovakia, spol. s r.o., Krajná cesta 783/10, Zlaté Klasy, IČO: 36 015 831, práv. zast. JUDr. Peter Poledník, advokát, Grösslingova 58, Bratislava, proti žalovanému Československá obchodní banka, a.s., pobočka zahraničnej banky v SR, Michalská 18, Bratislava, IČO: 30 805 066, v konaní o náhradu škody vo výške 145.000,00 EUR s príslušenstvom, a o odvolaní žalobcu proti uzneseniu Okresného súdu Bratislava I č.k. 26Cb/20/2013-173 zo dňa 22.11.2017, jednohlasne takto r o z h o d o l : Krajský súd v Bratislave odvolacie konanie z a s t a v u j e . Žalovanému nárok na náhradu trov odvolacieho konania nepriznáva. o d ô v o d n e n i e : 1. Napadnutým uznesením súd prvej inštancie konanie vo veci samej zastavil a žiadnej zo strán sporu nárok na náhradu trov konania nepriznal. Súčasne rozhodol o vrátení súdnych poplatkov za žalobu žalobcovi. 2. Proti uzneseniu podal v zákonom stanovenej lehote žalobca. 3. Podaním zo dňa 7.5.2018 vzal žalobca svoje odvolanie v celom rozsahu späť a navrhol odvolacie konanie zastaviť. 4. Odvolací súd konštatuje, že konanie na súde prvej inštancie bolo začaté v rámci účinnosti zákonnej úpravy procesného konania podľa Občianskeho súdneho poriadku č. 99/1963 Zb., avšak súd prvej inštancie a odvolací súd rozhodovali po nadobudnutí účinnosti právnej úpravy Civilného sporového poriadku č. 160/2015 Z.z. a postupoval tak v súlade s § 470 ods. 1, C.s.p. a § 473 C.s.p., podľa ktorých sa počnúc účinnosťou C.s.p. ruší úprava Občianskeho súdneho poriadku č. 99/1963 Zb. a aj na konania začaté pred účinnosťou C.s.p. sa počnúc dátumom 1.7.2016 vzťahuje aktuálna procesná úprava C.s.p. 5. Podľa § 369 ods. 1 C.s.p., dokiaľ o odvolaní nebolo rozhodnuté, možno ho vziať späť. Ak odvolateľ vzal odvolanie späť, nemôže ho podať znova. Podľa § 369 ods. 3 C.s.p., ak sa odvolanie, o ktorom nebolo rozhodnuté, vzalo späť, odvolací súd odvolacie konanie zastaví. 6. Za splnenia zákonných podmienok Krajský súd v Bratislave rozhodol tak, ako je uvedené vo výroku tohto uznesenia. 7. O nároku na náhradu trov konania bolo rozhodnuté podľa § 262 ods.1 C.s.p. tak, že žalovanému nárok nepriznal, nakoľko mu v odvolacom konaní žiadne trovy nevznikli. Poučenie: Proti tomuto uzneseniu odvolanie nie je prípustné. Proti tomuto uzneseniu dovolanie nie je prípustné.</w:t>
      </w:r>
    </w:p>
    <w:p/>
    <w:p>
      <w:r>
        <w:t>Zdroj: KAUZIS.SK – https://www.kauzis.sk/judikatura/r/ECLI:SK:KSBA:2019:1113203391.2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