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2Cob/95/2019 z 8. 8. 2019</w:t>
      </w:r>
    </w:p>
    <w:p>
      <w:r>
        <w:t>Uznesenie Krajského súdu Bratislava z 8. augusta 2019, sp. zn. 2Cob/95/2019, ECLI:SK:KSBA:2019:1114233753.2</w:t>
      </w:r>
    </w:p>
    <w:p>
      <w:r>
        <w:t>Súd: Krajský súd Bratislava</w:t>
      </w:r>
    </w:p>
    <w:p>
      <w:r>
        <w:t>Spisová značka: 2Cob/95/2019</w:t>
      </w:r>
    </w:p>
    <w:p>
      <w:r>
        <w:t>ECLI: ECLI:SK:KSBA:2019:1114233753.2</w:t>
      </w:r>
    </w:p>
    <w:p>
      <w:r>
        <w:t>Dátum vydania: 8. 8. 2019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2Cob/95/2019 Identifikačné číslo súdneho spisu: 1114233753 Dátum vydania rozhodnutia: 09. 08. 2019 Meno a priezvisko sudcu, VSÚ: JUDr. Ľubica Břoušková ECLI: ECLI:SK:KSBA:2019:1114233753.2 Uznesenie Krajský súd v Bratislave v senáte zloženom z predsedníčky senátu JUDr. Ľubice Břouškovej a členiek senátu JUDr. Oľgy Bahníkovej a JUDr. Ľubice Kriškovej v právnej veci žalobcu: AMER SPORTS Czech Republic s.r.o, V Chotejně 700/7, Hostivař, Praha 10, Česká republika, IČO: 496 17 109, zast. Balcar Polanský € Spol. s.r.o., Školská 36, Nová Baňa proti žalovanému: LEVALLOIS s.r.o., Sedmokráskova 6, Bratislava, IČO: 46 036 806 (pôvodne SAL group s. r. o., Dvořákovo nábrežie 10, Bratislava - Staré Mesto, IČO: 46 870 644), o vydanie zariadenia interiéru predajní v hodnote 73.375,20 eur a o zaplatenie 2.889,96 eur s príslušenstvom o odvolaní žalovaného proti uzneseniu Okresného súdu Bratislava I č.k. 28Cb/331/2014-149 zo dňa 31.3.2016 takto r o z h o d o l : Krajský súd v Bratislave uznesenie Okresného súdu Bratislava I č.k. 28Cb/331/2014-149 zo dňa 31.3.2016 z r u š u j e . Žalobcovi sa náhrada trov odvolacieho konania nepriznáva. o d ô v o d n e n i e : 1. Napadnutým uznesením súd prvej inštancie uložil žalovanému povinnosť zaplatiť v lehote 10 dní od doručenia uznesenia súdny poplatok za podané odvolanie v sume 4.402,50 eur. Súd prvej inštancie vydal predmetné uznesenie na základe tej skutočnosti, že žalovaný sa odvolal proti rozsudku Okresného súdu Bratislava I vydaným pod č.k. 28Cb/331/2014-130, ktorým bol žalovaný zaviazaný zaplatiť žalobcovi sumu 73.375,20 eur s úrokom z omeškania vo výške 9,15% ročne zo sumy 73.375,20 eur od 13.7.2014 do zaplatenia a sumu 2.889,96 eur spolu s úrokom z omeškania tak ako je uvedené vo výrokovej časti tohto rozsudku. 2. Žalovaný podal po vydaní tohto uznesenia návrh na oslobodenie od súdnych poplatkov. Súd prvej inštancie rozhodol o oslobodení žalovaného od platenia súdnych poplatkov uznesením vydaným pod č.k. 28Cb/331/2014-183, ktorým súd žalovanému oslobodenie od súdnych poplatkov priznal a zároveň rozhodol, že pokračuje v konaní tak, že na miesto pôvodného žalovaného, vystupuje v konaní nový žalovaný YOGY TRADE, s.r.o., so sídlom Karpatské námestie 10A, 831 06 Bratislava, IČO: 50 942 280 z dôvodu, tento právny subjekt sa stal právnym nástupcom pôvodne žalovaného subjektu v dôsledku dobrovoľného výmazu žalovaného SAL group, s.r.o. dňom 18.10.2017. 3. Vzhľadom k tej skutočnosti, že žalovaný bol právoplatne oslobodený od platenia súdnych poplatkov odvolací napadnuté uznesenie, ktorým bol žalovaný zaviazaný zaplatiť súdny poplatok za odvolanie, zrušil (§ 389 ods. 1 písm. d) CSP). Odvolací súd pokračoval v konaní so spoločnosťou LEVALLOIS s.r.o. právnym nástupcom YOGY TRADE s. r. o. vymazaný dňa 1.7.2017. 4. O trovách odvolacieho konania súd rozhodol na ust. § 396 ods. 1 Civilného sporového poriadku (ďalej len „CSP“) v spojení s ust. § 262 ods. 1 a 2 CSP, keďže žalobcovi trovy odvolacieho konania nevznikli, odvolací súd mu ich nepriznal. 5. Toto uznesenie bolo členmi senátu prijaté pomerom hlasov 3:0 (§ 3 ods. 9 tretia veta zák. č. 757/2004 Z.z. v znení neskorších predpisov). Poučenie: Proti tomuto rozhodnutiu odvolanie nie je prípustné.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žaloba) (§ 428 CSP).</w:t>
      </w:r>
    </w:p>
    <w:p/>
    <w:p>
      <w:r>
        <w:t>Zdroj: KAUZIS.SK – https://www.kauzis.sk/judikatura/r/ECLI:SK:KSBA:2019:1114233753.2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