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5Co/256/2019 z 13. 11. 2019</w:t>
      </w:r>
    </w:p>
    <w:p>
      <w:r>
        <w:t>Uznesenie Krajského súdu Bratislava z 13. novembra 2019, sp. zn. 5Co/256/2019, ECLI:SK:KSBA:2019:1119200076.1</w:t>
      </w:r>
    </w:p>
    <w:p>
      <w:r>
        <w:t>Súd: Krajský súd Bratislava</w:t>
      </w:r>
    </w:p>
    <w:p>
      <w:r>
        <w:t>Spisová značka: 5Co/256/2019</w:t>
      </w:r>
    </w:p>
    <w:p>
      <w:r>
        <w:t>ECLI: ECLI:SK:KSBA:2019:1119200076.1</w:t>
      </w:r>
    </w:p>
    <w:p>
      <w:r>
        <w:t>Dátum vydania: 13. 11.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5Co/256/2019 Identifikačné číslo súdneho spisu: 1119200076 Dátum vydania rozhodnutia: 14. 11. 2019 Meno a priezvisko sudcu, VSÚ: JUDr. Juraj Považan ECLI: ECLI:SK:KSBA:2019:1119200076.1 Uznesenie Krajský súd v Bratislave v senáte zloženom z predsedu senátu JUDr. Juraja Považana a členov senátu JUDr. Milana Chalupku a JUDr. Janky Richterovej, v právnej veci žalobcu: J. F., B. E., K. XX, proti žalovanému: Krajský súd v Nitre, so sídlom v Nitre, Štúrova 9, o neurčitom podaní žalobcu, na základe späťvzatia žaloby žalobcom po tom, čo o veci rozhodol Okresný súd Bratislava I uznesením zo dňa 18. marca 2019 č.k. 23C/1/2019-27 takto r o z h o d o l : Odvolací súd p r i p ú š ť a späťvzatie žaloby, uznesenie Okresného súdu Bratislava I zo dňa 18. marca 2019 č.k. 23C/1/2019-27 z r u š u j e a konanie z a s t a v u j e . Žalovanému nepriznáva náhradu trov konania. o d ô v o d n e n i e : 1/Súd prvej inštancie uznesením podanie žalobcu zo dňa 14.9.2018 označené ako „Žaloba Antidiskriminačná“ odmietol. 2/Proti tomuto uzneseniu podal včas odvolanie žalobca. 3/Podaním zo dňa 23.10.2019 žalobca vzal žalobu v plnom rozsahu späť. 4/Súhlas žalovaného s týmto dispozitívnym úkonom odvolací súd nezisťoval, keď žalovaný o existencii sporu nemal vedomosť. 5/Podľa § 370 ods. 1 CSP ak je žaloba vzatá späť po rozhodnutí súdu prvej inštancie, ale skôr, ako rozhodnutie nadobudlo právoplatnosť, odvolací súd rozhodne o pripustení späťvzatia. 6/Podľa § 370 ods. 2 CSP súd späťvzatie žaloby nepripustí, ak s tým protistrana z vážnych dôvodov nesúhlasí. Ak späťvzatie žaloby pripustí, odvolací súd zruší rozhodnutie súdu prvej inštancie a konanie zastaví. 7/Postupom podľa vyššie citovaných ustanovení, keď napadnuté uznesenie do späťvzatia žaloby nenadobudlo právoplatnosť, odvolací súd pripustil späťvzatie žaloby, uznesenie súdu prvej inštancie zrušil a konanie zastavil. 8/Z procesného hľadiska zastavenie konania zavinil žalobca, žalovanému však žiadne trovy konania nevznikli, odvolací súd preto žalovanému náhradu trov konania nepriznal (§ 256 ods. 1 CSP). 9/Rozhodnutie senátu odvolacieho súdu bolo prijaté jednomyseľne.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https://www.kauzis.sk/judikatura/r/ECLI:SK:KSBA:2019:1119200076.1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