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5Co/571/2015 z 21. 2. 2019</w:t>
      </w:r>
    </w:p>
    <w:p>
      <w:r>
        <w:t>Uznesenie Krajského súdu Bratislava z 21. februára 2019, sp. zn. 5Co/571/2015, ECLI:SK:KSBA:2019:1201898557.2</w:t>
      </w:r>
    </w:p>
    <w:p>
      <w:r>
        <w:t>Súd: Krajský súd Bratislava</w:t>
      </w:r>
    </w:p>
    <w:p>
      <w:r>
        <w:t>Spisová značka: 5Co/571/2015</w:t>
      </w:r>
    </w:p>
    <w:p>
      <w:r>
        <w:t>ECLI: ECLI:SK:KSBA:2019:1201898557.2</w:t>
      </w:r>
    </w:p>
    <w:p>
      <w:r>
        <w:t>Dátum vydania: 21. 2. 2019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5Co/571/2015 Identifikačné číslo súdneho spisu: 1201898557 Dátum vydania rozhodnutia: 22. 02. 2019 Meno a priezvisko sudcu, VSÚ: JUDr Janka Richterová ECLI: ECLI:SK:KSBA:2019:1201898557.2 Uznesenie Krajský súd v Bratislave v senáte zloženom z predsedníčky senátu JUDr. Janky Richterovej a členov senátu JUDr. Juraja Považana a JUDr. Milana Chalupku, v právnej veci žalobkyne: X.. Z. Š., G.., S.. X.XX.XXXX, M. M., R. U. Č.. XX, zastúpenej Mgr. Adamom Porubským, advokátom so sídlom v Bratislave, Svätoplukova č. 31, proti žalovanej: Z. V., S.. XX.X.XXXX, M. M., S. Č.. X, zastúpenej Tomášom Plankom, advokátom so sídlom v Bratislave, Nám. Slobody č. 10, o zaplatenie 1.194,98 € s prísl., na odvolanie žalobkyne proti rozsudku Okresného súdu Bratislava II zo dňa 17. júna 2015 č.k. 18C/414/2001-245, takto r o z h o d o l : Odvolací súd pripúšťa späťvzatie žaloby, rozsudok Okresného súdu Bratislava II zo dňa 17. júna 2015 č.k. 18C/414/2001-245 z r u š u j e a konanie z a s t a v u j e. Stranám náhradu trov odvolacieho konania n e p r i z n á v a. o d ô v o d n e n i e : 1. Napadnutým rozsudkom súd prvej inštancie zamietol žalobu, ktorou žalobkyňa uplatňovala bezdôvodné obohatenie za užívanie jej pozemku žalovanou (zastavanom garážou žalovanej) v období od 1.1.2000 do 31.12.2000. 2. Proti tomuto rozsudku podala včas odvolanie žalobkyňa. 3. V priebehu odvolacieho konania žalobkyňa zobrala žalobu späť z dôvodu uzavretia mimosúdnej dohody so žalovanou. 4. Žalovaná so späťvzatím žaloby súhlasila. 5. Podľa § 470 ods. 1 Civilného sporového poriadku (ďalej CSP) ak nie je ustanovené inak, platí tento zákon aj na konania začaté predo dňom nadobudnutia jeho účinnosti. 6. Podľa § 370 ods. 1 CSP ak je žaloba vzatá späť po rozhodnutí súdu prvej inštancie, ale skôr, ako rozhodnutie nadobudlo právoplatnosť, odvolací súd rozhodne o pripustení späťvzatia. 7. Podľa § 370 ods. 2 CSP súd späťvzatie žaloby nepripustí, ak s tým protistrana z vážnych dôvodov nesúhlasí. Ak späťvzatie žaloby pripustí, odvolací súd zruší rozhodnutie súdu prvej inštancie a konanie zastaví. 8. Odvolací súd, postupom podľa vyššie citovaných ustanovení, pripustil späťvzatie žaloby, odvolaním napadnutý rozsudok súdu prvej inštancie zrušil a konanie vo veci zastavil. 9. O náhrade trov tohto odvolacieho konania rozhodol podľa § 396 ods. 1 v spojení s § 256 ods. 1 a § 257 CSP berúc do úvahy dôvod späťvzatia žaloby i návrh strán. Rozhodnutie o trovách prvoinštančného konania si súd prvej inštancie vyhradil na samostatné rozhodnutie, vydané po právoplatnosti rozhodnutia vo veci samej. 10. Rozhodnutie senátu odvolacieho súdu bolo prijaté pomerom hlasov 3:0. Poučenie: Proti rozhodnutiu odvolacieho súdu je prípustné dovolanie, ak to zákon pripúšťa (§ 419 CSP) v lehote dvoch mesiacov od doručenia rozhodnutia odvolacieho súdu oprávnenému subjektu na súde, ktorý rozhodoval v prvej inštancii. Ak bolo vydané opravné uznesenie, lehota plynie znovu od doručenia opravného uznesenia len v rozsahu vykonanej opravy ( § 427 ods. 1 CSP). Dovolateľ musí byť v dovolacom konaní zastúpený advokátom. Dovolanie a iné podania dovolateľa musia byť spísané advokátom (§ 429 ods. 1 CSP). V dovolaní sa popri všeobecných náležitostiach podania uvedie, proti ktorému rozhodnutiu smeruje, v akom rozsahu sa toto rozhodnutie napáda, z akých dôvodov sa rozhodnutie považuje za nesprávne (dovolacie dôvody) a čoho sa dovolateľ domáha (dovolací návrh) (§ 428 CSP).</w:t>
      </w:r>
    </w:p>
    <w:p/>
    <w:p>
      <w:r>
        <w:t>Zdroj: KAUZIS.SK – https://www.kauzis.sk/judikatura/r/ECLI:SK:KSBA:2019:1201898557.2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