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1Cob/164/2018 z 4. 3. 2019</w:t>
      </w:r>
    </w:p>
    <w:p>
      <w:r>
        <w:t>Opravné uznesenie Krajského súdu Bratislava z 4. marca 2019, sp. zn. 1Cob/164/2018, ECLI:SK:KSBA:2019:1215218903.2</w:t>
      </w:r>
    </w:p>
    <w:p>
      <w:r>
        <w:t>Súd: Krajský súd Bratislava</w:t>
      </w:r>
    </w:p>
    <w:p>
      <w:r>
        <w:t>Spisová značka: 1Cob/164/2018</w:t>
      </w:r>
    </w:p>
    <w:p>
      <w:r>
        <w:t>ECLI: ECLI:SK:KSBA:2019:1215218903.2</w:t>
      </w:r>
    </w:p>
    <w:p>
      <w:r>
        <w:t>Dátum vydania: 4. 3. 2019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1Cob/164/2018 Identifikačné číslo súdneho spisu: 1215218903 Dátum vydania rozhodnutia: 05. 03. 2019 Meno a priezvisko sudcu, VSÚ: JUDr. Andrea Haitová ECLI: ECLI:SK:KSBA:2019:1215218903.2 Opravné uznesenie Krajský súd v Bratislave v senáte zloženom z predsedníčky senátu JUDr. Andrey Haitovej a členiek senátu JUDr. Andrey Sedlačkovej a JUDr. Marty Šašinkovej, v právnej veci žalobcu: Bratislavská teplárenská, a.s., Turbínová 3, 829 05 Bratislava - mestská časť Nové Mesto, IČO: 35 823 542, zast. IKRÉNYI &amp; REHÁK, s. r. o., Šoltésovej 2, 811 08 Bratislava, IČO: 36 854 808 proti žalovanému: SPOLVLASTBYT - Spoločenstvo vlastníkov bytov obytného domu Seberíniho 15, 17, 19, Seberíniho 17, 821 03 Bratislava - Ružinov, IČO: 31 812 481, zast. Advokátska kancelária LANGER, s.r.o., Seberíniho 19, 821 03 Bratislava - Ružinov, IČO: 50 542 648 o zaplatenie 2.346,77 eur s príslušenstvom, vedenej na Okresnom súde Bratislava II pod sp. zn. 26Cb/341/2015, takto r o z h o d o l : Odvolací súd o p r a v u j e číslo konania uznesenia Krajského súdu v Bratislave sp.zn. 1Cob/164/2018 zo dňa 30.11.2018 v časti označenia čísla listu, ktorý má správne znieť: „1Cob/164/2018-503“ o d ô v o d n e n i e : 1. Podľa § 470 ods. 1 zákona č. 160/2015 Z. z. Civilného sporového poriadku (ďalej len „C.s.p.“), ak nie je ustanovené inak, platí tento zákon aj na konania začaté predo dňom nadobudnutia jeho účinnosti (01.07.2016). 2. Podľa § 224 C.s.p., súd kedykoľvek aj bez návrhu opraví v rozsudku chyby v písaní a počítaní, ako aj iné zrejmé nesprávnosti. O oprave súd vydá opravné uznesenie, ktoré doručí subjektom konania. 3. Podľa § 234 ods. 2 C.s.p., ak nie je ďalej ustanovené inak, použijú sa na uznesenie primerane ustanovenia o rozsudku. 4. Krajský súd v Bratislave uznesením č.k. 1Cob/164/2018-503 zo dňa 30.11.2018 zastavil odvolacie konanie a stranám sporu nepriznal nárok na náhradu trov odvolacieho konania. Na základe podania súdu prvej inštancie zo dňa 21.01.2019 tunajší súd zistil, že v predmetnom uznesení odvolacieho súdu došlo k chybe v označení čísla konania tohto rozhodnutia, keď uznesenie bol v časti značenia čísla listu označený číslom listu „403“, pričom správne malo byť uvedené číslo listu „503“. 5. Vzhľadom na to, že pri písomnom vyhotovení uznesenia odvolacieho súdu došlo k chybe v písaní pri uvedení čísla konania v časti označenia čísla listu, odvolací súd túto zrejmú nesprávnosť opravil tak, ako je uvedené vo výroku tohto uznesenia. 6.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https://www.kauzis.sk/judikatura/r/ECLI:SK:KSBA:2019:1215218903.2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