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7Sa/35/2019 z 24. 7. 2019</w:t>
      </w:r>
    </w:p>
    <w:p>
      <w:r>
        <w:t>Uznesenie Krajského súdu Bratislava z 24. júla 2019, sp. zn. 7Sa/35/2019, ECLI:SK:KSBA:2019:1317217088.2</w:t>
      </w:r>
    </w:p>
    <w:p>
      <w:r>
        <w:t>Súd: Krajský súd Bratislava</w:t>
      </w:r>
    </w:p>
    <w:p>
      <w:r>
        <w:t>Spisová značka: 7Sa/35/2019</w:t>
      </w:r>
    </w:p>
    <w:p>
      <w:r>
        <w:t>ECLI: ECLI:SK:KSBA:2019:1317217088.2</w:t>
      </w:r>
    </w:p>
    <w:p>
      <w:r>
        <w:t>Dátum vydania: 24. 7. 2019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7Sa/35/2019 Identifikačné číslo súdneho spisu: 1317217088 Dátum vydania rozhodnutia: 25. 07. 2019 Meno a priezvisko sudcu, VSÚ: JUDr. Beata Jurgošová ECLI: ECLI:SK:KSBA:2019:1317217088.2 Uznesenie Krajský súd v Bratislave v právnej veci žalobcu: L. Q., bytom Ľ. M. XX, XXX XX J., proti žalovanému: Okresný úrad Senec, Katastrálny odbor, Hurbanova 21, 903 01 Senec, o správnej žalobe proti nečinnosti orgánu verejnej správy, takto r o z h o d o l : Krajský súd v Bratislave žalobu odmieta. Žiaden z účastníkov konania nemá právo na náhradu trov konania. o d ô v o d n e n i e : Dňa 21.05.2019 bol Krajskému súdu v Bratislave (ďalej aj ako „správny súd“ alebo „tunajší súd“) doručený návrh na začatie konania vo veci rešpektovania uznesenia Okresného súdu Bratislava - vidiek č. k. 1 D 2507/91, D not 96/93 zo dňa 31.05.1995. Z obsahu podania žalobcu vyplýva, že ide o správnu žalobu proti nečinnosti orgánu verejnej správy. Uznesením č. k. 7Sa/35/2019-13 zo dňa 23.05.2019 vyzval tunajší súd žalobcu na odstránenie vád svojho podania zo dňa 28.10.2017, ktoré by podľa svojho obsahu mohlo byť žalobou s tým, aby ho v lehote 15 dní doplnil o označenie druhu žaloby, označenie konania alebo veci, v ktorej sa žalobca domáha odstránenia nečinnosti, žalobné body, predloženie kópie žiadosti žalobcu o sprístupnenie informácií, žalobný návrh. Predmetné uznesenie bolo žalobcovi doručené dňa 04.06.2019. Podľa § 59 ods. 1 SSP, ak ide o podanie vo veci samej, z ktorého nie je zrejmé, čoho sa týka a čo sa ním sleduje, alebo ide o podanie neúplné alebo nezrozumiteľné, správny súd uznesením vyzve toho, kto podanie urobil, aby podanie doplnil alebo opravil v lehote, ktorá nemôže byť kratšia ako desať dní. Podľa § 59 ods. 3 SSP, ak sa v lehote určenej správnym súdom podanie nedoplní alebo neopraví, správny súd podanie odmietne uznesením; to neplatí, ak pre uvedený nedostatok možno v konaní pokračovať. Žalobca bol v uznesení na odstránenie vád podania poučený o tom, že v prípade, ak v určenej lehote podanie nedoplní alebo neopraví, správny súd v zmysle § 59 ods. 3 SSP podanie odmietne uznesením. V danom prípade žalobca nedoplnil žalobu tak, ako bolo uvedené vo výroku uznesenia správneho súdu č. k. 7Sa/35/2019-13 zo dňa 23.05.2019. Podľa § 246 ods. 1 SSP, v žalobe sa musí okrem všeobecných náležitostí podania podľa § 57 uviesť a) označenie druhu žaloby, b) označenie žalovaného, c) označenie konania alebo veci, v ktorej sa žalobca domáha odstránenia nečinnosti, d) žalobné body, e) označenie dôkazov, ak sa ich žalobca dovoláva, f) žalobný návrh. Pretože žalobca neodstránil vady svojho podania, pre ktoré nemožno v konaní pokračovať, súd rozhodol tak, ako to je uvedené vo výrokovej časti tohto uznesenia. O trovách konania súd rozhodol podľa § 170 písm. a) SSP tak, že žiaden z účastníkov konania nemá právo na náhradu trov konania, ak bola žaloba odmietnutá. Poučenie: Proti tomuto uzneseniu možno podať kasačnú sťažnosť v lehote 30 dní od doručenia rozhodnutia, na Krajskom súde v Bratislave (§443 ods. 2 písm. a) SSP). V kasačnej sťažnosti sa musí okrem všeobecných náležitostí podania podľa § 57 uviesť označenie napadnutého rozhodnutia, údaj kedy napadnuté rozhodnutie bolo sťažovateľovi doručené, opísanie rozhodujúcich skutočností, aby bolo zrejmé, v akom rozsahu a z akých dôvodov podľa § 440 sa podáva a návrh výroku rozhodnutia. Sťažnostné body možno meniť len do uplynutia lehoty na podanie kasačnej sťažnosti (§ 445 ods. 1, 2 SSP).</w:t>
      </w:r>
    </w:p>
    <w:p/>
    <w:p>
      <w:r>
        <w:t>Zdroj: KAUZIS.SK – https://www.kauzis.sk/judikatura/r/ECLI:SK:KSBA:2019:1317217088.2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