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2Co/94/2017 z 13. 8. 2019</w:t>
      </w:r>
    </w:p>
    <w:p>
      <w:r>
        <w:t>Rozsudok Krajského súdu Bratislava z 13. augusta 2019, sp. zn. 2Co/94/2017, ECLI:SK:KSBA:2019:1410201615.7</w:t>
      </w:r>
    </w:p>
    <w:p>
      <w:r>
        <w:t>Súd: Krajský súd Bratislava</w:t>
      </w:r>
    </w:p>
    <w:p>
      <w:r>
        <w:t>Spisová značka: 2Co/94/2017</w:t>
      </w:r>
    </w:p>
    <w:p>
      <w:r>
        <w:t>ECLI: ECLI:SK:KSBA:2019:1410201615.7</w:t>
      </w:r>
    </w:p>
    <w:p>
      <w:r>
        <w:t>Dátum vydania: 13. 8. 2019</w:t>
      </w:r>
    </w:p>
    <w:p>
      <w:r>
        <w:t>Forma: Rozsudok</w:t>
      </w:r>
    </w:p>
    <w:p>
      <w:r>
        <w:t>Oblasť práva: Občianske právo</w:t>
      </w:r>
    </w:p>
    <w:p>
      <w:pPr>
        <w:pStyle w:val="Heading2"/>
      </w:pPr>
      <w:r>
        <w:t>Text rozhodnutia</w:t>
      </w:r>
    </w:p>
    <w:p>
      <w:r>
        <w:t>Súd: Krajský súd Bratislava Spisová značka: 2Co/94/2017 Identifikačné číslo súdneho spisu: 1410201615 Dátum vydania rozhodnutia: 14. 08. 2019 Meno a priezvisko sudcu, VSÚ: JUDr. Michaela Králová ECLI: ECLI:SK:KSBA:2019:1410201615.7 ROZSUDOK V MENE SLOVENSKEJ REPUBLIKY Krajský súd v Bratislave v senáte zloženom z predsedníčky senátu: JUDr. Michaely Královej a členov senátu: JUDr. Nadeždy Wallnerovej a JUDr. Ivany Jahnovej v právnej veci žalobkyne: U.E. E., C.: K. X, C., právne zastúpená: Matejka Friedmannová s.r.o., so sídlom: Svätoplukova 28, Bratislava, IČO: 47 248 998, proti žalovanej: K. P., C.: S. Q. XX, C., právne zastúpená: advokátska kancelária JUDr. Silvia Predná, s.r.o., so sídlom: Plynárenská č. 7/A, Bratislava, IČO: 36 859 044, o neplatnosť okamžitého skončenia pracovného pomeru a o náhradu mzdy, na odvolanie žalovanej proti rozsudku Okresného súdu Bratislava IV. zo dňa 19. júna 2012, č.k. 6C/51/2010-50 a odvolanie žalovanej proti rozsudku Okresného súdu Bratislava IV zo dňa 27.10.2016, č.k. 6C/51/2010-274, takto r o z h o d o l : I. Odvolací súd rozsudok Okresného súdu Bratislava IV zo dňa 27.10.2016, č.k. 6C/51/2010-274 z r u š u j e. II. Odvolací súd rozsudok Okresného súdu Bratislava IV zo dňa 19.06.2012, č.k. 6C/51/2010-50 zo dňa 19. júna 2012 mení tak, že určuje, že okamžité skončenie pracovného pomeru dané žalovanou žalobkyni dňa 10.12.2009 podľa ust. § 68 ods. 1 písm. b) Zákonníka práce je neplatné. Od žalovanej ako zamestnávateľa nemožno spravodlivo požadovať, aby žalobkyňu ako zamestnanca naďalej zamestnávala. Žalovaná je povinná zaplatiť žalobkyni náhradu mzdy vo výške 3.862,56 eur do troch dní od právoplatnosti tohto rozsudku. Odvolací súd vo zvyšnej časti žalobu žalobkyne z a m i e t a. III. Žalobkyni sa priznáva proti žalovanej nárok na náhradu trov prvoinštančného a odvolacieho konania v časti uplatneného nároku na určenie neplatnosti okamžitého skončenia pracovného pomeru vo výške 100%. IV. Žiadna zo strán nemá právo na náhradu trov prvoinštančného a odvolacieho konania v časti uplatneného nároku na náhradu mzdy. o d ô v o d n e n i e : 1. Žalobkyňa sa návrhom zo dňa 12.2.2010 domáhala určenia, že okamžité skončenie pracovného pomeru zo dňa 10.12.2009 je neplatné, a že žalovaná je povinná naďalej zamestnávať žalobkyňu. Zároveň žiadala v tejto súvislosti náhradu mzdy v sume 386,38 eur mesačne od 18.2.2010 do času, keď žalovaná umožní žalobkyni pokračovať v práci. Okresný súd Bratislava IV rozsudkom zo dňa 19.6.2012, č.k. 6C/51/2010-50 (v poradí prvým) určil, že okamžité skončenie pracovného pomeru so žalobkyňou je neplatné a pracovný pomer žalobkyne u žalovanej naďalej trvá. Zároveň uložil povinnosť zaplatiť žalobkyni náhradu mzdy v sume 9.852,69 eur a náhradu trov konania v sume 2.039,78 eur. Na odvolanie žalovanej Krajský súd v Bratislave dňa 26.03.2014 vydal rozsudok č.k. 2Co/356/2012-100, ktorým zmenil rozsudok súdu prvej inštancie zo dňa 19.06.2012, č.k. 6C/51/2010-50 tak, že určil, že okamžité skončenie pracovného pomeru so žalobkyňou podaním žalovanej zo dňa 10.12.2009 podľa § 68 ods. 1 písm. b/ Zákonníka práce je neplatné. Zároveň určil, že od žalovanej, ako zamestnávateľa nemožno spravodlivo požadovať, aby žalobkyňu, ako zamestnanca naďalej zamestnávala. Výrok, ktorým súd uložil žalovanej povinnosť zaplatiť žalobkyni náhradu mzdy v súvislosti s neplatným rozviazaním pracovného pomeru a náhradu trov konania zrušil a vec mu v rozsahu zrušenia vrátil na ďalšie konanie. Na základe rozsudku Krajského súdu v Bratislave zo dňa 26.03.2014 súd prvej inštancie v zrušenej a vrátenej časti rozhodol o náhrade mzdy rozsudkom zo dňa 27.10.2016, č.k. 6C/51/2010-274 tak, že zamietol návrh na prerušenie konania a určil, že žalovaná je povinná v lehote do troch dní zaplatiť žalobkyni 4.636,56 eur a priznal žalobkyni náhradu trov konania v rozsahu 100%. Vo zvyšku žalobu zamietol. 2. Dňa 12.12.2017 vydal Ústavný súd Slovenskej republiky Nález č.k. I. ÚS 407/2016-37, ktorým rozhodol, že základné právo K. P. na súdnu ochranu podľa čl. 46 ods. 1 Ústavy Slovenskej republiky a čl. 36 ods. 1 Listiny základných práv a slobôd a právo na spravodlivý proces podľa čl. 6 Dohovoru o ochrane ľudských práv a základných slobôd rozsudkom Krajského súdu v Bratislave sp. zn. 2Co/356/2012 z 26. marca 2014 porušené boli. Zároveň Ústavný súd zrušil rozsudok Krajského súdu v Bratislave sp. zn. 2Co/ 356/2012 z 26. marca 2014 a vec vrátil odvolaciemu súdu na ďalšie konanie. Predmetným nálezom Ústavného súdu sa spor teda dostal do štádia vydania prvého rozsudku súdu prvej inštancie zo dňa 19.06.2012, č.k. 6C/51/2010-50, proti ktorému podala žalovaná odvolanie, o ktorom je potrebné opätovne rozhodnúť odvolacím súdom. Zároveň odvolací súd sa musel v rozhodnutí vysporiadať aj s rozsudkom Okresného súdu Bratislava IV zo dňa 27.10.2016, č.k. 6C/51/2010-274, vydaným následne po rozhodnutí odvolacieho súdu, ktorého rozhodnutie však bolo zrušené nálezom Ústavného súdu SR, proti ktorému taktiež žalovaná podala odvolanie. 3. Okresný súd Bratislava IV. rozsudkom zo dňa 19.6.2012, č.k. 6C/51/2010-50 (v poradí prvým), určil, že okamžité skončenie pracovného pomeru so žalobkyňou je neplatné a pracovný pomer žalobkyne u žalovanej naďalej trvá. Zároveň uložil povinnosť zaplatiť žalobkyni náhradu mzdy v sume 9.852,69 eur a náhradu trov konania v sume 2.039,78 eur. Rozhodoval na základe návrhu žalobkyne, ktorá sa domáhala určenia, že okamžité skončenie pracovného pomeru zo dňa 10.12.2009 je neplatné. Zároveň žiadala v tejto súvislosti náhradu mzdy vo výške 386,38 eur mesačne od 18.2.2010 do času, keď žalovaná umožní žalobkyni pokračovať v práci. Neskôr na pojednávaní dňa 05.04.2012 špecifikovala sumu náhrady mzdy vo výške 9.852,69 eur za obdobie od 18.2.2010 do 5.4.2012. Súd prvej inštancie tak rozhodol po tom, ako mal z vykonaného dokazovania preukázané, že pracovnoprávny vzťah medzi stranami sporu bol založený pracovnou zmluvou zo dňa 14.10.2008 s druhom práce predavačka a s miestom výkonu práce Polus City Center, Bratislava, Vajnorská č. 10, s mesačnou hrubou mzdou v sume 8.100,- Sk (268,87 eur). Podaním zo dňa 10.12.2009 žalovaná okamžite skončila pracovný pomer so žalobkyňou podľa § 68 ods. 1 písm. b/ Zákonníka práce pre závažné porušenie pracovnej disciplíny spočívajúce v tom, že v období od 20.11.2009 do 30.11.2009 žalobkyňa mala odcudziť z pokladne finančné prostriedky v sume 50,- eur. Listom zo dňa 21.12.2009 žalobkyňa žalovanej oznámila, že neakceptuje jej okamžité skončenie pracovného pomeru. Listom zo dňa 12.2.2010, žalobkyňa oznámila žalovanej podľa § 79 Zákonníka práce, že okamžité skončenie pracovného pomeru považuje za neplatné a žiada, aby bola naďalej zamestnávaná, v zmysle uzatvorenej pracovnej zmluvy. Z výplatného lístka žalobkyne súd prvej inštancie zistil, že za november 2009 mala žalobkyňa netto zárobok v sume 322,51 eur, za október 2009 v sume 169,53 eur. Žalobkyňa popierala, že by odcudzila nejaké peniaze. Žalovaná dôvodila, že sa dostala do ťažkej situácie, mala rodinné problémy a bola nútená ukončiť podnikanie, preto zamestnankyniam zabezpečila náhradné zamestnanie v tej istej prevádzke, kde pracovali; jediná žalobkyňa s týmto nesúhlasila. Pri odovzdávaní predajne zistila, že v pokladni jej chýba 55,- eur a bolo jej povedané jednou z pracovníčok, že peniaze zobrala sama a tiež aj žalobkyňa. Stalo sa to dňa 30.11.2009 a dňom 1.12.2009 mal predajňu prevziať nový vlastník. Nakoľko sa žalovaná nedohodla so žalobkyňou na ukončení pracovného pomeru, skončila s ňou pracovný pomer okamžitým skončením pracovného pomeru podaním zo dňa 10.12.2009, keď trvala na tom, že žalobkyňa odcudzila peniaze z pokladne. Žalovaná nenavrhovala žiadne dôkazy na preukázanie svojich tvrdení dôvodiac tým, že z podnikania jej nezostali žiadne dokumenty, ani záznamy v počítači. Žalobu považoval súd prvej inštancie za dôvodnú. Uviedol, že žalovaná okrem svojho tvrdenia, že žalobkyňa zobrala z pokladne sumu 50,- eur v období od 20.11.2009 do 30.11.2009, neprodukovala žiadny dôkaz, ktorý by túto skutočnosť preukazoval. Žalovaná neuniesla dôkazné bremeno a nepreukázala, že žalobkyňa zobrala z pokladne predajne peniaze v sume 50,- eur. Okamžité skončenie pracovného pomeru listom zo dňa 10.12.2009 zo strany žalovanej považoval súd prvej inštancie preto za neplatné a súčasne vyslovil, že pracovný pomer žalobkyne naďalej trvá. Žalobkyňa si uplatnila i náhradu mzdy za obdobie od 18.2.2010 do 5.4.2012, v celkovej sume 9.852,69 eur. Pri výpočte náhrady mzdy vychádzala zo mzdy zúčtovanej na úhradu v mesiaci október 2009 v sume 187,42 eur a v mesiaci november 2009, v sume 372,19 eur a celkového počtu odpracovaných hodín v týchto mesiacoch (252) a výške priemerného hodinového zárobku zodpovedala suma 2,2206 eur. Súd prvej inštancie sa stotožnil s výpočtom žalobkyne. 4. Proti tomuto rozsudku v celom rozsahu podala včas odvolanie žalovaná dôvodiac tým, že súd prvej inštancie neúplne zistil skutkový stav, pretože nevykonal navrhnuté dôkazy, potrebné na zistenie rozhodujúcich skutočností, rozhodnutie súdu vychádza z nesprávneho právneho posúdenia veci. Zotrvala na tom, že žalobkyňa hrubo porušila pracovnú disciplínu a okamžité skončenie pracovného pomeru je platné. Namietala tiež výšku priznaného nároku z neplatného skončenia pracovného pomeru a navrhla nepriznať žalobkyni náhradu mzdy. Uviedla, že je absolútne nespravodlivé a prieči sa dobrým mravom, aby pracovníčka, ktorá permanentne vážne porušovala pracovnú disciplínu mala priznaný nárok na náhradu mzdy vo výške vyše dvoch rokov. Namietala v odvolaní, že súd sa vôbec nezaoberal ustanoveniami § 79 ods. 2 Zákonníka práce a skutočnosťou, že pracovný pomer nemôže trvať, lebo zanikla jej prevádzka, prebral ju iný podnikateľ, sama ďalej nepodniká, takže ju nemá kde zamestnať. Ak by aj súd dospel k názoru, že okamžité skončenie pracovného pomeru je neplatné, mal pracovníkovi priznať 12-mesačný plat, resp. rozhodnúť o skončení pracovného pomeru a zároveň skúmať, či sa pracovník medzičasom zamestnal, a aké sú jeho majetkové pomery. Ďalej uviedla v odvolaní, že v konaní pred súdom prvej inštancie navrhla vypočuť G. X. listom zo dňa 20.4.2012 a B. K., ktorí by dosvedčili pravdivosť jej tvrdení. Práve G. X. v inkriminovanom čase bola jej zamestnankyňou a práve ona ju upozornila na to, že navrhovateľka kradne peniaze z pokladne. B. K. preberal po nej prevádzku a ku skutočnostiam okolo toho a vzťahom k žalobkyni by sa určite vedel vyjadriť. Ďalej uviedla, že k dispozícii nemá žiadne účtovné doklady, ani záznamy v počítači. Odvolaciemu súdu navrhla preto napadnutý rozsudok súdu prvej inštancie zmeniť a návrh žalobkyne zamietnuť. 5. Žalobkyňa vo svojom vyjadrení k odvolaniu žalovanej navrhla odvolaciemu súdu napadnutý rozsudok súdu prvej inštancie, ako vecne správny potvrdiť. Odvolanie považuje za neopodstatnené a neodôvodnené, zakladá sa na irelevantných právnych skutočnostiach. Nie je pravdou, že by G. X. a B. K. žalovaná navrhla v konaní pred súdom prvej inštancie vypočuť ako svedkov. V podaní zo dňa 20.4.2012 spomína síce G. X., ale nenavrhla ju vypočuť ako svedkyňu. Dôkazné bremeno zaťažuje žalovanú a nie je prípustné prenášanie dôkazného bremena tak, aby súd z vlastnej iniciatívy bez podnetu a návrhu účastníka konania vykonával dôkazy na podporu a preukázanie tvrdení tohto účastníka. Tvrdenie žalovanej v tom, že výrok napadnutého rozsudku ohľadom povinnosti žalovanej ju naďalej zamestnávať je nevykonateľný, lebo už nepodniká a nevie jej dávať prácu, je zjavne neopodstatnený. Žalovaná bližšie nešpecifikuje, v čom spočíva nesprávne právne posúdenie veci, neuvádza pochybenia, ktorých sa mal súd prvej inštancie dopustiť, ani ako mal súd vec správne právne posúdiť. 6. Žalovaná vo svojom následnom vyjadrení zdôraznila, že súd prvej inštancie mal za nesporné a preukázané zhodnými tvrdeniami strán sporu, že ku dňu 1.12.2009 došlo k prevodu hospodárskej jednotky. Zamestnanci, ktorí boli pôvodne ňou zamestnávaní, plynule pokračovali v pracovnoprávnom vzťahu s nadobúdateľom predajne, ako s novým zamestnávateľom, pričom išlo o rovnakú predajňu, Shocker, umiestnenú v nákupnom centre Polus City Center, Bratislava. Sama žalobkyňa vo svojom vyjadrení zo dňa 21.12.2009, že po ukončení práceneschopnosti nastúpi na svoje pracovné miesto na výkon práce, si musela byť vedomá, že predajňa ďalej funguje za nezmenených podmienok. V tejto súvislosti zdôraznila ustanovenie § 28 ods. 1 až 4 Zákonníka práce a uviedla, že pojem prevod hospodárskej jednoty musí spĺňať dve podmienky: 1/ musí dôjsť k zmene zamestnávateľa a 2/ hospodársky subjekt si musí zachovať svoju identitu. Zachovanie identity hospodárskej jednotky je charakteristické výkonom rovnakých (alebo podobných) činností novým zamestnávateľom a zároveň zachovania zamestnancov, vedenia, organizácie práce, prevádzkových postupov, alebo dostupných operačných zdrojov. V prípade prevodu hospodárskej jednotky - predajne Shocker v Polus City Centrum Bratislava, boli dodržané obe podmienky. Došlo k zmene zamestnávateľa, k zachovaniu identity hospodárskej jednotky, keďže nadobúdateľ predajne pokračoval v prevádzkovaní rovnakej predajne vykonávaním rovnakých činností - predajom tovaru konečnému spotrebiteľovi so zachovaním materiálnej zložky - priestorov na vykonávanie činnosti - predajňa Shocker v Polus City Center Bratislava, zachovaním osobnej zložky predajne - zamestnávaním pôvodných zamestnancov predajne. Poukázala na to, že Súdny dvor Európskych spoločenstiev konštatoval, že skutočnosť, že medzi prevádzajúcim a nadobúdateľom neexistuje zmluvný vzťah, nemá rozhodujúci význam pri určení, či ide alebo nejde o prevod podniku (rozsudok Európskeho súdneho dvora v spojených veciach C - 173/96 Hidalgo a C - 247/96 Zieman, C - 340/2001 Sodexho, C - 175/99 Mayer). V zmysle vyššie uvedeného, práva a povinnosti vyplývajúce z pracovnej zmluvy uzavretej dňa 14.10.2008 medzi účastníkmi prešli na nadobúdateľa predajne zo zákona podľa ustanovenia § 28 Zákonníka práce v deň 1.12.2009, na základe prevodu hospodárskej jednotky - predajne, keďže sama ukončila svoju činnosť v predajmi, ako jej vlastník. Prechod týchto práv nastal zo zákona, preto nemôže byť podriadený vôli prevádzajúceho, nadobúdateľa, alebo zamestnancov. Tento prechod sa týka všetkých práv vyplývajúcich z pracovnoprávneho vzťahu existujúceho ku dňu prevodu. Dňa 12.2.2010, kedy bol podaný návrh na súd, zamestnávateľom žalobkyne nebola žalovaná, ale od 1.12.2009 bol zamestnávateľom iný subjekt. Znamená to, že nemá v prejednávanej veci pasívnu legitimáciu. V tejto súvislosti zdôraznila uznesenie Najvyššieho súdu Slovenskej republiky zo dňa 18.1.2012, sp. zn. 6Cdo/214/2011, z ktorého okrem iného vyplýva, že súd žalobe vyhovie len vtedy, ak žalobca žaluje osobu, ktorá je nositeľom hmotnoprávnej povinnosti. Ak sa to v konaní nedokáže, súd žalobu zamietne so záverom o nedostatku pasívnej vecnej legitimácie žalovaného bez ohľadu na prípadné zistenie, že nositeľom pasívnej vecnej legitimácie je iný subjekt, ktorého ale žalobca za žalovaného neoznačil. Súd prvej inštancie vec nesprávne právne posúdil, keď neaplikoval na posúdenie zisteného skutkového stavu ustanovenie § 28 Zákonníka práce. Ďalej súd prvej inštancie pochybil, vec nesprávne právne posúdil, keď určil, že pracovný pomer naďalej trvá napriek nesporným skutočnostiam, že od nej nemožno spravodlivo požadovať, aby žalobkyňu naďalej zamestnávala, pretože dňa 8.12.2009 ukončila svoju podnikateľskú činnosť, ďalej nevykonávala a ani nevykonáva zamestnávateľské aktivity. V prípade, že by sa odvolací súd nestotožnil s jej dôvodmi, podala žiadosť o nepriznanie náhrady mzdy presahujúcej 12 mesiacov, resp. jej primerané zníženie v zmysle § 79 ods. 2 Zákonníka práce. Táto náhrada mzdy má mať povahu satisfakcie za ujmu, ktorú zamestnanec utrpel od zamestnávateľa neplatným skončením pracovného pomeru. Vzhľadom k tomu a aj na skutočnosť, že sa žalobkyňa zakrátko zamestnala u iného zamestnávateľa, nie je dôvodné jej priznávať náhradu mzdy za celé obdobie od 18.2.2010, kedy jej oznámila, že trvá na ďalšom zamestnávaní, do 5.4.2012. V tejto súvislosti poukázala na rozsudok Krajského súdu v Bratislave zo dňa 26.5.2011, sp.zn. 9Co/439/2010, uznesenie Najvyššieho súdu Slovenskej republiky zo dňa 10.10.2012, sp.zn. 7Cdo/160/2011. Napokon za vecne nesprávne považovala rozhodnutie súdu prvej inštancie aj v otázke náhrady trov konania, keď žalobkyni súd priznal náhradu trov konania za úkony, ktoré neboli účelne vynaložené; v ďalšom podrobne svoje tvrdenie odôvodnila. Napokon dôvodila, že súd prvej inštancie porušil procesnú poučovaciu povinnosť vyplývajúcu mu z ustanovenia § 120 ods. 4 O.s.p. Ak by si ju súd splnil, musela vyplývať zo zápisnice o pojednávaní; zo zápisnice o pojednávaní dňa 31.5.2012 splnenie tejto povinnosti však nevyplýva. V odvolacom konaní preto môže uplatňovať aj skutočnosti alebo dôkazy, ktoré neboli uplatnené pred súdom prvej inštancie v zmysle ustanovenia § 205a ods. 1 písm. c/ O.s.p. 7. Ústavný súd Slovenskej republiky v náleze č.k. I. ÚS 407/2016-37, zo dňa 12.12.2017 vyslovil, že: „V konaní pred odvolacím súdom namietala žalovaná nedostatok svojej pasívnej vecnej legitimácie v spore tvrdiac, že s účinnosťou od 1. decembra 2009 došlo k prechodu práv a povinností z pracovnoprávnych vzťahov v dôsledku prevodu hospodárskej jednotky na iný subjekt podľa § 28 Zákonníka práce, a teda akékoľvek právne úkony v postavení zamestnávateľa vo vzťahu k žalobkyni už následne nemohla urobiť. Krajský súd sa s uvedenou námietkou, ktorá mala pre rozhodnutie zásadný význam, žiadnym spôsobom nevysporiadal, a to aj napriek skutkovému záveru, že prevádzku (predajňu) sťažovateľky prevzal iný subjekt, a že zamestnanci mali možnosť v práci pokračovať u nadobúdateľa predajne (táto otázka nebola v konaní spornou). Krajský súd rovnako nereflektoval na námietku sťažovateľky, že nedostatok písomnej formy pri splnení povinností zamestnávateľa stanovených v § 29 Zákonníka práce nespôsobuje neplatnosť (neúčinnosť) prechodu práv a povinností z pracovnoprávnych vzťahov, a túto námietku nijako právne neposúdil.“ 8. Podaním zo dňa 29.07.2019 žalobkyňa uviedla, že v predmetnej veci žalovaná tvrdí, že od 01.12.2009 nebola zamestnávateľom žalobkyne a teda nie je pasívne vecne legitimovaná v spore o neplatnosť okamžitého skončenia pracovného pomeru a náhradu mzdy. Argumentáciu o absencii pasívnej vecnej legitimácie použila žalovaná prvý krát v odvolacom konaní a založila ju výlučne na vlastnom tvrdení, že pracovnoprávny vzťah medzi žalovanou a žalobkyňou založený pracovnou zmluvou zo dňa 14.10.2008 prešiel automaticky na nového majiteľa predajne Shocker v nákupnom centre Polus City Center, Bratislava ku dňu 01.12.2009, titulom prevodu zamestnávateľa v zmysle § 28 Zákonníka práce. O tvrdených skutočnostiach žalovaná počas celého konania nepredložila žiaden dôkaz, a ani nenavrhla žiaden dôkaz vykonať. Žalovaná tiež svoje tvrdenie opierala o skutočnosť, že dňa 08.12.2009 jej zaniklo živnostenské oprávnenie. Z vykonaného dokazovania v konaní pred súdom prvej inštancie, ako aj pred odvolacím súdom bolo nepochybne preukázané, že žalobkyňa bola na základe pracovnej zmluvy zamestnankyňou žalovanej na pozícii predavačka. V dňoch 1.12.2009 -12.1.2010 bola žalobkyňa práceneschopná. Z listu žalovanej zo dňa 10.12.2009 adresovanom žalobkyni, ktorý dňa 16.12.2009 prevzala matka žalobkyne vyplýva, že žalovaná okamžite skončila pracovný pomer so žalobkyňou. Ako dôvod okamžitého skončenia pracovného pomeru žalovaná uviedla odcudzenie 50,- eur žalobkyňou z pokladne predajne. Žalobkyňa listom zo dňa 21.12.2009 žalovanú informovala, že okamžité skončenie pracovného pomeru, rovnako dôvody, na ktorých bolo založené, neakceptuje a listom zo dňa 12.02.2010 oznámila žalovanej, že trvá na ďalšom zamestnávaní. V konaní neboli predložené žiadne dôkazy o tom, že žalovaná, alebo nový majiteľ predajne informovali žalobkyňu o prevode zamestnávateľa v zmysle § 29 Zákonníka práce a že ku dňu 01.12.2009 došlo k prevodu zamestnávateľa a na základe akého právneho úkonu. Tiež neboli predložené dôkazy, že pracovnoprávny pomer žalobkyne prešiel na nového vlastníka predajne. Pasívne vecne legitimovaným účastníkom konania o neplatnosť skončenia pracovného pomeru a náhradu mzdy na návrh zamestnanca je zamestnávateľ, ktorý pracovný pomer so zamestnancom rozviazal (obdobne bod 17. Nálezu). V dotknutom prípade bol pracovný pomer medzi žalobkyňou a žalovanou ukončený žalovanou listom zo dňa 10.12.2009 - okamžité skončenie pracovného pomeru, ktoré vyhotovila a podpísala žalovaná. Žalovaná tvrdí, že v čase okamžitého skončenia pracovného pomeru nebola zamestnávateľkou žalobkyne z dôvodu, že k 01.12.2009 previedla v zmysle § 28 Zákonníka práce predajňu na tretiu osobu a k 08.12.2009 jej zaniklo oprávnenie na výkon živnosti. Ustanovenia Zákonníka práce o prevode a prechode práv a povinností z pracovnoprávnych vzťahov § 27 a nasl. rozlišujú medzi zánikom zamestnávateľa a prevodom zamestnávateľa. Ustanovenia § 28 ods. 1 a ods. 3 zákonníka práce výslovne uvádzajú, že prechod práv a povinností z pracovnoprávnych vzťahov sa týka prevedených zamestnancov. To znamená, že pri prevode podniku nemusí byť predmetom prevodu podnik/zamestnávateľ, ako celok, ale prevodca a preberajúci zamestnávateľ sa dohodnú o predmete prevodu, a teda aj rozsahu prevedenej majetkovej a nemajetkovej zložky podniku a tiež o tom, ktorí zamestnanci majú byť prevedení k preberajúcemu zamestnávateľovi. Obsah dohody o prevode podniku, a teda aj rozsah prevádzaných pracovnoprávnych vzťahov mala preukázať žalovaná, ktorá tvrdila, že k prevodu zamestnávateľa, a tiež prechodu pracovnoprávneho vzťahu žalobkyne došlo. Žalobkyňa poukázala na to, že žalovaná nikdy nepredložila doklad, z ktorého by vyplývalo, že by došlo k prevodu podniku a v jeho rámci k prechodu pracovnoprávneho vzťahu medzi žalovanou a žalobkyňou. Naopak, opakovane sa odvolávala na judikatúru SD EU, v zmysle ktorej môže dôjsť k prevodu/prechodu podniku/ zamestnávateľa aj bez zmluvného vzťahu medzi prevodcom a nadobúdajúcim zamestnávateľom. V dotknutom prípade podľa vyjadrenia žalovanej zmluvný vzťah medzi žalovanou a nadobúdajúcim zamestnávateľom existoval (dovolanie žalovanej proti rozsudku Krajského súdu Bratislava zo dňa 14.10.2014: „Dňa 01.12.2009 žalovaná previedla predajňu na iný subjekt, ktorý ju prevzal a pokračoval v jej činnosti."). Z vyjadrenia žalovanej je zrejmé, že k prevodu podniku/ zamestnávateľa došlo na zmluvnom základe, a teda nie formou prechodu bez zmluvného základu. Takémuto výkladu zodpovedá aj skutočnosť, že na prevedenie predajne bolo nevyhnutné uskutočniť aj prevod nájomného vzťahu zo žalovanej na nového prenajímateľa, čo je možné len so súhlasom prenajímateľa vo forme zmluvy alebo mechanizmom prevodu podniku. Žalobkyňa však v celom konaní nepredložila písomný doklad o tvrdenom prevode podniku a prevode pracovnoprávnych vzťahov. Nedodržanie písomnej formy pri prevode zamestnávateľa síce tiež nespôsobuje neplatnosť prevodu, ale môže mať za následok neunesenie dôkazného bremena o skutočnostiach, ktoré mali byť údajne predmetom dohody prevodcu a nadobúdajúceho zamestnávateľa o predmete prevodu. V dotknutom prípade teda žalovaná neuniesla dôkazné bremeno svojho tvrdenia, že žalobkyňa bola prevedená k nadobúdajúcemu zamestnávateľovi. Žalobkyňa ďalej poukázala na to, že pri prevode zamestnávateľa je prevodca a/alebo nadobúdajúci zamestnávateľ v zmysle § 29 Zákonníka práce povinný zamestnanca vopred informovať o prevode podniku a zmenách vyplývajúcich z prevodu podniku na zamestnanca a jeho pracovnoprávny vzťah. Žalovaná o prevode podniku žalobkyňu vopred neinformovala a túto povinnosť si po prevode podniku voči žalobkyni nesplnil ani nový zamestnávateľ- nadobúdateľ predajne. Aj keď konajúce súdy uviedli, že nesplnenie si oznamovacej povinnosti nespôsobuje neplatnosť prevodu zamestnávateľa a prechodu práv a povinnosti z pracovnoprávnych vzťahov, bez pochybností je takéto konanie dôkazom v prospech žalobkyne o tom, že k prechodu práv a povinností dotknutej zamestnankyne - žalobkyne nedošlo. Tvrdeniu žalovanej, že od 01.12.2009 nebola zamestnávateľkou žalobkyne odporuje aj faktické konanie žalovanej po údajnom prevode podniku, a síce vyhotovenie a odoslanie listu o okamžitom skončení pracovného pomeru so žalobkyňou o 10 dní neskôr, t.j. dňa 10.12.2009. Ak by žalovaná bola previedla pracovnoprávny vzťah žalobkyne na nadobúdajúceho zamestnávateľa, nestarala by sa ďalej o skončenie pracovného pomeru so žalobkyňou, aj keby na rozviazanie pracovného pomeru existovali dôvody, ale informovala by nadobúdajúceho zamestnávateľa o existujúcej situácii, ktorú by následne riešil nadobúdajúci zamestnávateľ. Žalovaná, ale zjavne v úmysle ukončiť pracovný pomer so žalobkyňou, nepreviedla žalobkyňu na preberajúceho zamestnávateľa, a ani ho zjavne neinformovala o existencii pracovnoprávneho vzťahu so žalobkyňou, lebo nadobúdajúci zamestnávateľ žalobkyňu do dnešného dňa, ako svoju údajnú zamestnankyňu nekontaktoval. Ak žalovaná tvrdí, že od 01.12.2009 je žalobkyňa zamestnankyňou nadobúdajúceho zamestnávateľa, mohla o tejto skutočnosti predložiť napr. registračný list fyzickej osoby na sociálne poistenie, alebo navrhnúť vykonanie tohto dôkazu, avšak tak neurobila. Ďalej žalobkyňa uviedla, že v zmysle § 7 ods. 1 Zákonníka práce môže byť zamestnávateľom právnická alebo fyzická osoba. V prípade pracovnej zmluvy medzi žalobkyňou a žalovanou, bola zamestnávateľom K. P. - fyzická osoba. Keďže v zmysle vyššie uvedeného k prevodu pracovnoprávneho vzťahu žalobkyne k 01.12.2009 nedošlo, mohlo dôjsť k prevodu a prechodu práv a povinností z pracovnoprávneho vzťahu medzi žalobkyňou a žalovanou zánikom fyzickej osoby a teda smrťou žalovanej. Táto skutočnosť nebola v konaní ani tvrdená, ani preukázaná. Zánik živnostenského oprávnenia nie je v zmysle Zákonníka práce, ani iného zákona, právna skutočnosť, s ktorou by právny predpis spájal zánik pracovnoprávneho vzťahu. Živnostenské oprávnenie je doklad o tom, že fyzická osoba je oprávnená vykonávať podnikateľskú činnosť v uvedenom predmete podnikania. Stratou uvedeného oprávnenia sa nezbavuje povinností, ktoré jej vyplývajú z pracovnoprávneho vzťahu. Skutočnosť, že zamestnávateľ nemôže z dôvodu straty živnostenského oprávnenia poskytovať zamestnancovi prácu je prekážkou na strane zamestnávateľa v zmysle § 142 ods. 3 Zákonníka práce. Stratou živnostenského oprávnenia pracovnoprávny vzťah medzi žalobkyňou a žalovanou nezanikol a žalovaná nezomrela, preto žalobkyňa má a vždy mala za to, že nielen po skutkovej stránke (konanie žalovanej - zaslanie okamžitého skončenia pracovného pomeru a nenamietanie pasívnej vecnej legitimácie v konaní pred súdom prvej inštancie), ale aj po stránke právnej zostala zamestnávateľkou žalovaná. 9. Žalovaná podaním doručeným súdu dňa 24.06.2019 uviedla, že Okresný súd Bratislava IV v odôvodnení napadnutého rozsudku konštatoval, že: „Navyše súd poukazuje na tú skutočnosť, že dňom 30.11.2009 žalovaná chcela ukončiť svoju činnosť, odovzdávala túto predajňu, keďže predajňu, v ktorej priestoroch pracovala žalobkyňa dňom 01.12.2009 predala inému subjektu a nechcela už nikoho zamestnávať.“ Tento záver si súd zrejme osvojil zo zhodného tvrdenia účastníkov konania a to žalovanej, ako vyplýva zo zápisnice z pojednávania zo dňa 31.05.2012, keď žalovaná vypovedala tak, že: „Od 1. decembra mala predajňa patriť novému vlastníkovi“. Rovnaké vyjadrenie súdu poskytla žalobkyňa, keď v liste adresovanom žalovanej, s označením „Vyjadrenie" zo dňa 21.12.2009 uviedla: „Ako som sa dozvedela, k 1.12.2009 firma kde pracujem zmenila majiteľa ....“ (ako vyplýva z tohto vyjadrenia žalobkyne o prevode predajne na nového majiteľa odo dňa 01.12.2019 vedela a bola si toho prevodu vedomá). Súd prvej inštancie mal teda za nesporné a preukázané zhodnými tvrdeniami účastníkov, že k dátumu 01.12.2009 došlo k prevodu hospodárskej jednotky, čo konštatoval aj v rozsudku. Z listinných dôkazov predložených žalobkyňou, ako aj z výsluchu žalovanej vyplynulo, že prevod tejto hospodárskej jednotky sa uskutočnil tak, že zamestnanci, ktorí boli pôvodne zamestnaní žalovanou plynule pokračovali v pracovnoprávnom vzťahu s nadobúdateľom predajne, ako novým zamestnávateľom, pričom stále išlo o rovnakú predajňu, Shocker, umiestnenú v nákupnom centre Polus City Center, Bratislava. O tom, že sa pre zamestnancov predajom hospodárskej jednotky nič nezmenilo svedčí taktiež list adresovaný žalovanej, s označením „Vyjadrenie“ zo dňa 21.12.2009, v ktorom žalobkyňa uviedla: „Po ukončení PN-ky nastúpim na svoje pracovné miesto na výkon mojej práce.“ Musela si byť teda žalobkyňa vedomá, že predajňa ďalej funguje, za nezmenených podmienok. Identifikácia hospodárskej jednotky, v ktorej pracovala žalobkyňa, o ktorej prevod v tomto spore ide, predajne Shocker v Polus City Center, vyplýva z pracovnej zmluvy, ktorá bola uzavretá medzi žalobkyňou a žalovanou, ako aj z listu adresovanom žalovanej, s označením „Oznámenie podľa § 79 Zákonníka práce“ zo dňa 12.02.2010. Poukázala opätovne na to, že v prípade prevodu hospodárskej jednotky - predajne Shocker v Polus City Centrum, boli dodržané obe podmienky prevodu hospodárskej jednotky, a to, došlo k zmene zamestnávateľa, ako to konštatuje aj súd prvej inštancie v napadnutom rozsudku a tiež k zachovaniu identity hospodárskej jednotky, keďže nadobúdateľ predajne pokračoval v prevádzkovaní rovnakej predajne vykonávaním rovnakých činností - predajom tovaru konečnému spotrebiteľovi, so zachovaním materiálnej zložky - priestorov na vykonávanie činnosti - predajňa v Polus City Center, a v neposlednom rade aj zachovaním osobnej zložky predajne - zamestnávaním pôvodných zamestnancov predajne. V zmysle vyššie uvedeného, práva a povinnosti vyplývajúce z pracovnej zmluvy uzavretej dňa 14.10.2008 medzi žalovanou, ako zamestnávateľom a žalobkyňou, ako zamestnankyňou prešli na nadobúdateľa predajne zo zákona, § 28 Zákonníka práce, v deň 01.12.2009 na základe prevodu hospodárskej jednotky - predajne, nakoľko 30.11.2009 žalovaná ukončila svoju činnosť v predajni, ako jej vlastník. Prechod týchto práv nastal automaticky zo zákona, preto nemôže byť podriadený vôli prevádzajúceho, nadobúdateľa alebo zamestnancov. Tento prechod sa týka všetkých práv vyplývajúcich z pracovnoprávneho vzťahu existujúceho ku dňu prevodu. 10. Odvolací súd v zmysle ust. § 385 ods. 1 CSP nariadil vo veci pojednávanie z dôvodu, že bolo potrebné zopakovať dokazovanie v danej veci. Odvolací súd preskúmal napadnutý rozsudok súdu prvej inštancie v medziach uplatnených odvolacích dôvodov, ktorými je viazaný (ust. § 379 a ust. § 380 ods. 1 CSP) a dospel k záveru, že je potrebné rozsudok súdu prvej inštancie zmeniť, tak ako je uvedené vo výroku tohto rozhodnutia. 11. Odvolací súd konštatuje, že z dôvodu, že nálezom Ústavného súdu SR č.k. I. ÚS 407/2016-37, zo dňa 12.12.2017 došlo ku zrušeniu celého rozsudku Krajského súdu v Bratislave sp. zn. 2Co/356/2012 zo dňa 26. marca 2014, na základe ktorého bol dňa 27.10.20196 vydaný druhý rozsudok súdu prvej inštancie, č.k. 6C/51/2010-274, stratil predmetný druhý rozsudok súdu prvej inštancie právny základ. Voči tomuto druhému rozsudku bolo podané aj odvolanie zo strany žalovanej, avšak s ohľadom na zrušenie rozsudku Krajského súdu v Bratislave sp. zn. 2Co/356/2012 zo dňa 26. marca 2014, má odvolací súd za to, že je nevyhnutné rozsudok súdu prvej inštancie (v poradí druhý) zrušiť a to bez potreby zaoberať sa meritom odvolania, keď bolo druhé rozhodnutie súdu prvej inštancie vydané na základe rozsudku odvolacieho súdu, ktorý bol neskôr v celom rozsahu zrušený. Odvolací súd preto vo výroku I. vyslovil, že rozsudok Okresného súdu Bratislava IV zo dňa 27. októbra 2016, č.k. 6C/51/2010-274 sa zrušuje (bez ďalšieho). 12. Odvolací súd, vychádzajúc aj z nálezu Ústavného súdu SR, č.k. I. ÚS 407/2016-37, zo dňa 12.12.2017, sa zaoberal pasívnou vecnou legitimáciou žalovanej. Otázkou vecnej legitimácie sa súd zaoberá ex offo, ako skonštatoval aj ústavný súd v predmetnom náleze. Odvolací súd dospel k záveru, že žalovaná je v spore pasívne vecne legitimovaná a to z nasledovných dôvodov. Žalobkyňa tvrdí, že dňom 01.12.2009 predala predajňu inému subjektu, čím došlo ku prevodu hospodárskej jednotky, a tým zo zákona aj ku prevodu práv a povinností vyplývajúcich z pracovnej zmluvy na nadobúdateľa predajne, a preto už od 01.12.2010 žalovaná nebola zamestnávateľom žalobkyne, a teda žalovaná nemá vo veci pasívnu vecnú legitimáciu. Odvolací súd po zopakovaní a doplnení dokazovania musí konštatovať, že v danom prípade žalovaná nepreukázala, že previedla svoj podnik, resp. hospodársku jednotku. Nepredložila ani na výzvu odvolacieho súd zo dňa 11.06.2019 zmluvu o prevode podniku, hoci podľa ust. § 476 Obchodného zákonníka zmluva o predaji podniku vyžaduje písomnú formu s osvedčenými podpismi predávajúceho a kupujúceho. Od daného ustanovenia nie je možné sa odchýliť. Súd prvej inštancie síce skonštatoval, že mal za nesporné a preukázané zhodnými tvrdeniami účastníkov, že k dátumu 01.12.2009 došlo k prevodu hospodárskej jednotky, avšak odvolací súd sa s touto konštatáciou nestotožňuje. Prevod podniku nevyplýva zo zhodného tvrdenia účastníkov, keď žalobkyňa túto skutočnosť rozporuje vo svojich vyjadreniach, ako vyplýva zo zápisnice z pojednávania pred odvolacím súdom zo dňa 26.03.2014 (č.l. 96 spisu), kde nie je jednoznačne ňou uvedené, že došlo ku prevodu podniku a tento sa vzťahoval aj na ňu, ako zamestnankyňu. V následných ďalších vyjadreniach žalobkyňa popiera prevod podniku, resp. hospodárskej jednotky a to vo vyjadrení zo dňa 23.01.2015(č.l. 126 spisu) a dňa 29.07.2019. Dôkazom o prevode podniku nemôže byť ani list žalobkyne adresovanej žalovanej zo dňa 21.12.2009, ktorým jej oznamuje, že trvá na ďalšom zamestnávaní a uvádza v ňom, že sa dozvedela, že k 01.12.2009 firma kde pracuje zmenila majiteľa. Taktiež nie je dôkazom o prevode podniku a splnení si informačnej povinnosti podľa ust. § 29 Zákonníka práce žalovanou to, že žalobkyňa v liste zo dňa 21.12.2009 uvádza, že: „Po skončení PN-ky nastúpim na svoje pracovné miesto na výkon mojej práce." Odvolací súd zhodne so žalobkyňou má za to, že pri prevode podniku nemusí byť predmetom prevodu podnik/zamestnávateľ, ako celok, ale prevodca a preberajúci zamestnávateľ sa dohodnú o predmete prevodu a teda aj rozsahu prevedenej majetkovej a nemajetkovej zložky podniku a tiež o tom, ktorí zamestnanci majú byť prevedení k preberajúcemu zamestnávateľovi. Odvolací súd poukazuje na to, že z dôvodu absencie akéhokoľvek dôkazu o prevode podniku, resp. hospodárskej jednotky žalovanej, nie je možné ani zistiť, či prechod práv a povinností z pracovnoprávnych vzťahov sa týkal všetkých zamestnancov. Práve skutočnosť, že žalovaná dala výpoveď žalobkyni dňa 10.12.2009, svedčí tomu, že vo vzťahu ku žalobkyni nedošlo ku prevodu práv a povinností z jej pracovnoprávneho vzťahu. Tejto skutočnosti svedčí aj fakt, že údajný nový zamestnávateľ žalobkyňu vôbec nekontaktoval potom, čo po ukončení práceneschopnosti nenastúpila na výkon práce a takéto závažné porušenie pracovnej disciplíny s ňou vôbec neriešil. Odvolací súd musel prihliadnuť ku všetkým okolnostiam daného prípadu, a teda aj na skutočnosť, že ani žalovaná, ani údajný nový zamestnávateľ si voči žalobkyni nesplnili povinnosť stanovenú v § 29 ods. 1 a 3 Zákonníka práce, podľa ktorého zamestnávateľ je povinný najneskôr jeden mesiac pred tým, ako dôjde k prechodu práv a povinností z pracovnoprávnych vzťahov, písomne informovať zástupcov zamestnancov, a ak u zamestnávateľa nepôsobia zástupcovia zamestnancov, priamo zamestnancov o: a) dátume alebo navrhovanom dátume prechodu, b) dôvodoch prechodu, c) pracovnoprávnych, ekonomických a sociálnych dôsledkoch prechodu na zamestnancov, d) plánovaných opatreniach prechodu vzťahujúcich sa na zamestnancov. Povinnosti ustanovené v odsekoch 1 a 2 sa vzťahujú aj na preberajúceho zamestnávateľa. Žalobkyňa teda nemohla mať vedomosť o tom, či skutočne došlo ku prevodu podniku, alebo hospodárskej jednotky a kvalifikovanú vedomosť o tom, kto je jej nový zamestnávateľ. Následne sama žalovaná uviedla do omylu žalobkyňu v otázke, kto je jej zamestnávateľ, keď jej dňa 10.12.2009 vystavila okamžité skončenie pracovného pomeru a vystupovala stále voči žalobkyni, ako jej zamestnávateľ, hoci ako sama tvrdí ku dňu 01.12.2009 predala podnik, resp. hospodársku jednotku a nastal prechod práv a povinností z pracovného vzťahu na nadobúdateľa predajne. Nakoľko nedošlo ku splneniu informačnej povinnosti podľa ust. § 29 Zákonníka práce, nemohla žalobkyňa vedieť, kto je jej novým zamestnávateľom a nemožno od nej ani spravodlivo žiadať, aby si sama zisťovala údaje o novom zamestnávateľovi. Navyše vzhľadom k tomu, že žalovaná jej dňa 10.12.2009 vystavila okamžité skončenie pracovného pomeru, uviedla žalobkyňu sama do situácie, že sa oprávnene mohla domnievať, že ku prevodu predajne nedošlo, resp. že sa prevod na ňu nevzťahoval. Odvolací súd má z vykonaného dokazovania za to, že v danej veci nebol predaj podniku, resp. hospodárskej jednotky preukázaný, a teda ani prevod a prechod práv a povinností z pracovnoprávneho vzťahu na nadobúdateľa predajne a žalobkyňa nedisponovala riadnou informáciou zo strany žalovanej o predaji podniku, hoci žalovaná túto povinnosť v zmysle ust. § 29 Zákonníka práce mala a to písomnou formou. Nebolo preukázané ani, že túto povinnosť si splnila voči žalobkyni ústne, ako žalovaná tvrdí. Žalobkyňa naopak tvrdí, že o údajnom prevode sa dozvedela od ostatných zamestnankýň a nie priamo od žalovanej. Vzhľadom ku všetkým vyššie uvedeným okolnostiam, má potom odvolací súd za to, že žalobkyňa postupovala správne, keď podala žalobu o určenie neplatnosti okamžitého skončenia pracovného pomeru v zmysle Zákonníka práce, a ako žalovanú označila osobu, ktorá jej okamžité skončenie pracovného pomeru vystavila, keď sa mohla oprávnene domnievať, že ide stále o jej zamestnávateľa. Každý prípad má svoje osobitosti, na ktoré by súd pri rozhodovaní mal brať ohľad. Ako je už vyššie vysvetlené, samotné konanie žalovanej zapríčinilo, že žalobkyňa nemala relevantnú informáciu o tom, že malo dôjsť ku zmene jej zamestnávateľa a preto nemožno skonštatovať, že žalovaná nemá v spore pasívnu vecnú legitimáciu. Súdny dvor Európskych spoločenstiev síce konštatoval, že samotný fakt, že medzi prevádzajúcim a nadobúdateľom absentuje zmluvný vzťah nemá rozhodujúci význam pri určení, či ide, alebo nejde o prevod podniku (rozsudok Európskeho súdneho dvora v spojených veciach C - 173/96 Hidalgo a C - 247/96 Zieman, rovnako vo veci C - 340/2001 Sodexho podobne vo veci C - 175/99 Mayer), avšak v danom prípade je zrejmé, že ku prevodu malo dôjsť na základe zmluvy, ktorá nebola uzatvorená riadne a sú tu aj iné okolnosti, na základe ktorých odvolací súd vyhodnotil, že žalovaná je pasívne v spore legitimovaná. Aj keby došlo ku prevodu podniku, ako celku, nebola zo strany žalovanej splnená informačná povinnosť v zmysel ust. § 29 Zákonníka práce, čo malo tiež význam pri posudzovaní jej pasívnej legitimácie. 13. Vzhľadom k tomu, že odvolací súd dospel k záveru, že žalovaná má v spore pasívnu vecnú legitimáciu, zaoberal sa ďalej otázkou, či je okamžité skončenie pracovného pomeru neplatné. Po zopakovaní dokazovania odvolacím súdom odvolací súd zhodne so súdom prvej inštancie dospel k tomu právnemu záveru, že okamžité skončenie pracovného pomeru so žalobkyňou zo strany žalovanej je neplatné. Žalovaná nepreukázala dôvod okamžitého skončenia pracovného pomeru vyplývajúceho z ustanovenia § 68 ods. 1 písm. b/ Zákonníka práce, a síce že žalobkyňa jej z pokladne zobrala 50,- eur. Netvrdila ani, kedy sa tak stalo, či sa táto skutočnosť odzrkadlila vo výkaze, či žalobkyňa v daný deň pracovala pri pokladni, ak nie, či mala k nej prístup, či jej skutočne po ukončení práce v daný deň pokladničná hotovosť chýbala. Neuviedla, ako žalovaná vykonávala a v daný deň vykonala kontrolu v prevádzke, kto tržbu zrátal a komu odovzdal v daný deň. Ďalším dôvodom, pre ktorý je okamžité skončenie pracovného pomeru neplatné, je ten, že nebolo účinne doručené žalobkyni do vlastných rúk (§ 38 ods. 1, 5 Zákonníka práce). Navyše samo tvrdenie žalovanej v odvolacom konaní v tom, že po 1.12.2009 akýkoľvek jej úkon vo vzťahu zamestnávateľ - zamestnanec je neplatný, len podčiarkuje neplatnosť okamžitého skončenia pracovného pomeru, ktoré dala v postavení zamestnávateľa žalobkyni, ako zamestnankyni podaním zo dňa 10.12.2009. Odvolací súd vzhľadom na vyššie uvedené zhodne so súdom prvej inštancie vyslovil, že okamžité skončenie pracovného pomeru je neplatné. 14. Odvolací súd prisvedčil žalovanej v tom, že nie je možné od nej spravodlivo očakávať, aby žalobkyňu ďalej zamestnávala. Od 8.12.2009 nemá oprávnenie vykonávať podnikateľskú činnosť a nemá zákonné podmienky pre plnenie a výkon práv a povinností zamestnávateľa. Odvolací súd preto zmenil výrok súdu prvej inštancie tak, že určil, že od žalovanej, ako zamestnávateľa nemožno spravodlivo požadovať, aby žalobkyňu, ako zamestnanca naďalej zamestnávala. 15. Odvolací súd sa zaoberal aj uplatneným nárokom na priznanie náhrady mzdy v súvislosti s neplatným ukončením pracovného pomeru. Rozsudkom zo dňa 26.03.2014, č.k. 2Co/356/2012-100 odvolací súd rozhodol o zrušení výroku, ktorým súd prvej inštancie uložil povinnosť zaplatiť žalobkyni náhradu mzdy v súvislosti s neplatným rozviazaním pracovného pomeru a vrátil v rozsahu zrušenia vec na ďalšie konanie. Po tomto rozhodnutí Okresný súd Bratislava IV znovu rozhodol rozsudkom zo dňa 27.10.2016, č.k. 6C/51/2010-274, ktorým už riešil len otázku náhrady mzdy. Medzitým však bol v danej veci vydaný Nález Ústavným súdom Slovenskej republiky, č.k. I. ÚS 407/2016-37, ktorým zrušil rozsudok Krajského súdu v Bratislave, sp. zn. 2Co/356/2012 z 26. marca 2014 a vec vrátil na ďalšie konanie. Keďže druhý rozsudok súdu prvej inštancie vychádzal z tohto Ústavným súdom zrušeného rozsudku, stratil právny podklad, na základe ktorého bol vydaný a odvolaciemu súd neostávalo nič iné, ako toto druhé rozhodnutie zrušiť. Z dôvodu hospodárnosti konania odvolací súd dospel k záveru, že aj vzhľadom ku výsledkom tohto následného konania o náhrade mzdy je dôvodné odvolacím súdom rozhodnúť do merita a vyriešiť aj nárok na náhradu mzdy v súvislosti s vyslovenou neplatnosťou okamžitého skončenia pracovného pomeru. 16. Žalobkyňa sa návrhom domáhala priznania náhrady mzdy v sume 386,38 eur mesačne od 18.2.2010 do času, keď žalovaná umožní žalobkyni pokračovať v práci. Žalovaná tvrdí, že je nespravodlivé požadovať od nej ďalšie zamestnávanie žalobkyne a požiadala v zmysle ust. § 79 ods. 2 Zákonníka práce o nepriznanie náhrady mzdy za čas presahujúci 12 mesiacov. Odvolací súd dospel k záveru, že je dôvodné aplikovať ust. § 79 ods. 2 Zákonníka práce a priznať náhradu mzdy za 12 mesiacov a za ostatné obdobie presahujúce týchto 12 mesiacov náhradu mzdy nepriznať vôbec. Bolo preukázané, že žalobkyňa sa krátko po výpovedi zamestnala, a práve v tejto skutočnosti videl odvolací súd dôvod na priznanie náhrady mzdy len za 12 mesiacov, keď účelom náhrady mzdy je najmä zmiernenie obdobia, keď zamestnanec z dôvodu neplatnej výpovede ostal bez príjmu. 17. Z vykonaného dokazovania vyplynulo, že strany sporu nedisponujú so všetkými mzdovými listami žalobkyne za rozhodujúce obdobie v zmysle ust. § 134 ods. 2 Zákonníka práce. Žalovaná uviedla, že možno sa nachádzajú u bývalej účtovníčky. Nakoľko ide o rok 2009, má odvolací súd za to, že zadováženie mzdových listov by bolo obtiažne a nehospodárne. Nakoľko žalobkyňa disponuje aspoň dvoma mzdovými listami za mesiace október a november 2009, ktoré spadajú do rozhodujúceho obdobia pre výpočet priemerného zárobku v zmysle ust. § 134 Zákonníka práce, je dôvodné pri stanovení výšky náhrady mzdy vychádzať práve z týchto mzdových listov. K argumentu žalovanej, že žalobkyňa od nej dostávala mzdové listy každý mesiac a mala si ich odkladať, odvolací súd uvádza, že zamestnanec nemá zo zákona povinnosť archivácie mzdových listov, tieto slúžia pre jeho informačné potreby. Odvolací súd sa nestotožnil s výpočtom priemernej mzdy, tak ako si uplatnila žalobkyňa, a ako priznal i súd prvej inštancie, keď uviedol v odôvodnení rozsudku, že sa stotožnil s výpočtom žalobkyne. Odvolací súd poukazuje na to, že pre výpočet priemerného zárobku sa v danom prípade použije ust. § 134 Zákonníka práce v znení účinnom v čase podania výpovede a to vzhľadom na prechodné ustanovenie § 252d účinného k 1.marcu 2010, podľa ktorého právne úkony urobené pred 01. marcom 2010 a nároky, ktoré z nich vznikli, sa posudzujú podľa právnej úpravy účinnej do 28.februára 2010. V danom prípade právny úkon okamžité skončenie pracovného pomeru bol vykonaný dňa 10.12.2009 a z tohto úkonu vyplýva i nárok na priznanie náhrady mzdy. Podľa ust. § 134 ods. 1 Zákonníka práce v znení účinnom do 28. februára 2010, priemerný zárobok na pracovnoprávne účely zisťuje zamestnávateľ zo mzdy zúčtovanej zamestnancovi na výplatu v rozhodujúcom období a z obdobia odpracovaného zamestnancom v rozhodujúcom období. Podľa ust. § 118 ods. 2 Zákonníka práce mzda je peňažné plnenie alebo plnenie peňažnej hodnoty (naturálna mzda) poskytované zamestnávateľom zamestnancovi za prácu. Za mzdu sa nepovažuje plnenie poskytované v súvislosti so zamestnaním, podľa iných ustanovení tohto zákona alebo podľa osobitných predpisov, najmä náhrada mzdy, odstupné, odchodné, cestovné náhrady, príspevky zo sociálneho fondu, výnosy z kapitálových podielov (akcií) alebo obligácií, daňový bonus, náhrada príjmu pri dočasnej pracovnej neschopnosti zamestnanca a náhrada za pracovnú pohotovosť. Za mzdu sa tiež nepovažuje ďalšie plnenie poskytované zamestnávateľom zamestnancovi zo zisku po zdanení. Zo mzdového lístka za mesiac november 2009 vyplýva, že v hrubej mzde je zúčtovaná aj náhrada mzdy za dovolenku, v sume 21,56 eur, náhrada mzdy za platený sviatok, v sume 14,38 eur a náhrada mzdy za nevyčerpanú dovolenku, v sume 57,50 eur. Nakoľko v ust. § 134 ods. 1 Zákonníka práce je uvedený pojem mzda, a podľa definície mzdy uvedenej v ust. § 118 Zákonníka práce mzdou nie je náhrada mzdy, má odvolací súd za to, že sa náhrada mzdy nemá brať pri výpočte priemerného zárobku do úvahy. Odvolací súd preto dospel k záveru, že pri výpočte priemerného zárobku treba vychádzať z toho, že v mesiaci november bola žalobkyni účtovaná hrubá mzda v sume 278,75 eur a za mesiac október 2009 v sume 187,42 eur. Aplikujúc ustanovenie § 134 Zákonníka práce, použijúc pri výpočte vyššie uvedené sumy hrubej mzdy a vychádzajúc z počtu odpracovaných hodín uvedených na mzdových listoch za mesiac október a november 2009, dospel odvolací súd pri výpočte hodinovej priemernej mzdy žalobkyne na účely priznania náhrady mzdy v súvislosti s neplatným ukončením jej pracovného pomeru k sume 1,8499 eur. Priemerný počet pracovných hodín žalobkyne pripadajúcich v roku 2010 na jeden mesiac je po zaokrúhlení 174 hodín (súčin priemerného počtu týždňov pripadajúcich v roku na 1 mesiac, 4,348 hod. a týždenného fondu pracovného času žalobkyne v zmysle pracovnej zmluvy, 40 hod., t.j. 4,348 x 40 hod. = 173,92 hod.). Výška priemerného mesačného zárobku žalobkyne predstavuje potom 321,88 eur (174 x 1,8499). Vzhľadom k tomu, že má odvolací súd za dôvodné priznať náhradu mzdy za 12 mesiacov, zmenil rozhodnutie súdu prvej inštancie tak, že zaviazal žalovanú na zaplatenie náhrady mzdy žalobkyni v súvislosti s neplatným skončením pracovného pomeru vo výške 3.862,56 eur (12 x 321,88) a vo vyšnej časti žalobu, ako nedôvodnú zamietol. 18. Podľa ust. § 396 ods. 1 OSP ustanovenia o trovách konania pred súdom prvej inštancie sa použijú aj na odvolacie konanie. 19. Podľa ust. § 396 ods. 2 OSP ak odvolací súd zmení rozhodnutie, rozhodne aj o nároku na náhradu trov konania na súde prvej inštancie. 20. Podľa ust. § 255 ods. 1 CSP súd prizná strane náhradu trov konania podľa pomeru jej úspechu vo veci. 21. Podľa ust. § 255 ods. 2 CSP ak mala strana vo veci úspech len čiastočný, súd náhradu trov konania pomerne rozdelí, prípadne vysloví, že žiadna zo strán nemá na náhradu trov konania právo. 22. Nakoľko došlo ku zmene rozhodnutia súdu prvej inštancie odvolací súd rozhodoval o trovách odvolacieho aj prvoinštančného konania. V danej veci je potrebné zohľadniť to, že žalobkyňa jednak požadovala určiť neplatnosť okamžitého skončenia pracovného pomeru a jednak žiadala priznať náhradu mzdy. V nároku o určenie neplatnosti okamžitého skončenia pracovného pomeru bola plne úspešná žalobkyňa, keď bolo rozhodnuté, že okamžité skončenie bolo neplatné, a preto jej v tejto časti prináleží náhrada trov konania v rozsahu 100%. V nároku na náhradu mzdy žalobkyňa požadovala priznať náhradu v sume 386,38 eur mesačne od 18.2.2010 do času, keď žalovaná umožní žalobkyni pokračovať v práci. Žalobkyni bola priznaná náhrada mzdy za 12 mesiacov a to v sume 3.862,56 eur. Odvolací súd má za to, že je namieste v časti nároku na náhradu mzdy nepriznať trovy konania ani jednej strane, aplikujúc ustanovenie § 255 ods. 2 CSP. Je dôvodné konštatovať čiastočný neúspech žalobkyne i napriek tomu, že jej bola priznaná náhrada mzdy, avšak len za obdobie 12 mesiacov, hoci žalobkyňa požadovala priznať náhradu od 18.2.2010 až do času keď žalovaná umožní žalobkyni pokračovať v práci, teda žalobkyňa žiadala priznať viac, ako mala nárok. Odvolací súd potom vyhodnotil, ako spravodlivé v tomto uplatnenom nároku nepriznať trovy konania žiadnej zo strán. 23. Žalovaná žiadala nepriznať trovy konania žiadnej strane v zmysle ust. § 257 CSP. Dôvody hodné osobitného zreteľa vidí žalovaná v tom, že je nemajetná. Odvolací súd nevzhliadol dôvod na použitie výnimky a úspešnému účastníkovi nepriznať trovy konania. Odvolací súd má za to, že len sama skutočnosť, že je neúspešný účastník nemajetný, neznamená automatické nepriznanie trov úspešnej strane. Tento názor vyplýva i z uznesení Ústavného súdu SR zo dňa 30.03.2016, sp. zn. III. ÚS 186/2016 a zo dňa 08.12.2011, sp. zn. II. ÚS 563/2011, na ktoré poukazuje samotná žalovaná. Pre použitie výnimky pri nepriznaní trov v zmysle ust. § 257 CSP je potrebné mať preukázané z akých dôvodov je strana nemajetná, prečo je v ťaživej finančnej situácii. V tomto smere žalovaná neuviedla absolútne žiadne skutočnosti. Nie je vôbec zrejmé, či pracuje, a aký má príjem, ak nepracuje, z akých dôvodov. Žalovaná nepredložila žiaden dôkaz, z ktorého by bolo možné vyvodiť, že sú tu dôvodné prekážky, pre ktoré nemôže vykonávať prácu a mať príjem, ako napríklad nepriaznivý zdravotný stav. Súd nie je povinný sám skúmať tieto skutočnosti. Strana, ktorá navrhuje použitie výnimky na nepriznanie trov konania inak úspešnej strane, by mala riadne svoj návrh odôvodniť a podložiť ho relevantnými dôkazmi. Súdu zo spisu nevyplývajú žiadne také okolnosti prípadu, pre ktoré by mal použiť výnimku zakotvenú v ust. § 257 CSP a ani žalovaná nepreukázala dôvodnosť aplikácie tohto ustanovenia, preto odvolací súd o trovách rozhodol na základe úspechu vo veci v zmysle ust. § 255 CSP. 24.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C.s.p.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https://www.kauzis.sk/judikatura/r/ECLI:SK:KSBA:2019:1410201615.7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