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5Co/74/2017 z 11. 12. 2019</w:t>
      </w:r>
    </w:p>
    <w:p>
      <w:r>
        <w:t>Uznesenie Krajského súdu Bratislava z 11. decembra 2019, sp. zn. 5Co/74/2017, ECLI:SK:KSBA:2019:1414216656.2</w:t>
      </w:r>
    </w:p>
    <w:p>
      <w:r>
        <w:t>Súd: Krajský súd Bratislava</w:t>
      </w:r>
    </w:p>
    <w:p>
      <w:r>
        <w:t>Spisová značka: 5Co/74/2017</w:t>
      </w:r>
    </w:p>
    <w:p>
      <w:r>
        <w:t>ECLI: ECLI:SK:KSBA:2019:1414216656.2</w:t>
      </w:r>
    </w:p>
    <w:p>
      <w:r>
        <w:t>Dátum vydania: 11. 12. 2019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5Co/74/2017 Identifikačné číslo súdneho spisu: 1414216656 Dátum vydania rozhodnutia: 12. 12. 2019 Meno a priezvisko sudcu, VSÚ: JUDr. Milan Chalupka ECLI: ECLI:SK:KSBA:2019:1414216656.2 Uznesenie Krajský súd v Bratislave, v senáte zloženom z predsedu senátu JUDr. Milana Chalupku a členov senátu JUDr. Juraja Považana a JUDr. Janky Richterovej v právnej veci žalobkyne: Prima banka Slovensko, a.s., IČO: 31 575 951, so sídlom: Hodžova 11, 010 11 Žilina, proti žalovanej: E. C., W.. XX.XX.XXXX, M. F.: T. XXXX/X, F., o zaplatenie 2 774,42 eur s príslušenstvom, na odvolanie žalobcu proti rozsudku Okresného súdu Bratislava IV, č.k.: 40C/378/2015-67 zo dňa 22 novembra 2016, takto r o z h o d o l : Opravuje sa záhlavie rozsudku Krajského súdu v Bratislave, č.k. 5Co/74/2017-85 zo dňa 25.04.2017 tak, že správne označenie napadnutého rozsudku súdu prvej inštancie znie: č.k. 40C/378/2015-67 zo dňa 22.11.2016. o d ô v o d n e n i e : 1. Krajský súd v Bratislave ako súd odvolací svojím rozsudkom, č.k. 5Co/74/2017-85 zo dňa 25.04.2017 rozhodol tak, že napadnutý rozsudok súdu prvej inštancie v žalobcom napadnutej časti potvrdil a žalovanej priznal náhradu trov odvolacieho konania v rozsahu 100%. 2. Podľa § 378 ods. 1 C.s.p. na konanie na odvolacom súde sa primerane použijú ustanovenia o konaní pred súdom prvej inštancie, ak tento zákon neustanovuje inak. 3. Podľa § 224 C.s.p. súd kedykoľvek aj bez návrhu opraví v rozsudku chyby v písaní a počítaní, ako aj iné zrejmé nesprávnosti. O oprave súd vydá opravné uznesenie, ktoré doručí subjektom konania. 4. Podľa § 234 ods. 2 C.s.p. ak nie je ďalej ustanovené inak, použijú sa na uznesenie primerane ustanovenia o rozsudku. 5. V danej veci odvolacieho súdu došlo k nesprávnosti v písaní spočívajúcej v tom, že Krajský súd v Bratislave nesprávne v záhlaví svojho rozsudku označil rozsudok súdu prvej inštancie č.k. 40C/378/2015-67 zo dňa 22.11.2016, ako rozsudok č.k. 4C/378/2015-67 zo dňa 22.11.2016. 6. Keďže pri vyhotovovaní predmetného rozsudku odvolacieho súdu došlo k chybe v písaní nesprávnym označením čísla konania napadnutého rozsudku, súd v súlade s citovanými zákonnými ustanoveniami rozhodol o oprave tak, ako je uvedené vo výrokovej časti tohto uznesenia a nesprávne znenie nahradil správnym. 7. Toto rozhodnutie bolo prijaté senátom Krajského súdu v Bratislave pomerom hlasov 3:0 (§ 393 ods. 2 C.s.p., § 3 ods. 9 zák. č. 757/2004 Z.z. o súdoch a o zmene a doplnení niektorých zákonov v znení neskorších predpisov). Poučenie: Proti rozhodnutiu odvolacieho súdu je prípustné dovolanie, ak to zákon pripúšťa ( § 419 C.s.p. ). Dovolanie je prípustné proti každému rozhodnutiu odvolacieho súdu vo veci samej alebo ktorým sa konanie končí, ak a/ sa rozhodlo vo veci, ktorá nepatrí do právomoci súdov, b/ ten, kto v konaní vystupoval ako strana, nemal procesnú subjektivitu, c/ strana nemala spôsobilosť samostatne konať pred súdom v plnom rozsahu a nekonal za ňu zákonný zástupca alebo procesný opatrovník, d/ v tej istej veci sa už prv právoplatne rozhodlo alebo v tej istej veci sa už prv začalo konanie, e/ rozhodoval vylúčený sudca alebo nesprávne obsadený súd, alebo f/ súd nesprávnym procesným postupom znemožnil strane, aby uskutočňovala jej patriace procesné práva v takej miere, že došlo k porušeniu práva na spravodlivý proces. Dovolanie je prípustné proti rozhodnutiu odvolacieho súdu, ktorým sa potvrdilo alebo zmenilo rozhodnutie súdu prvej inštancie, ak rozhodnutie odvolacieho súdu záviselo od vyriešenia právnej otázky, a/ pri riešení ktorej sa odvolací súd odklonil od ustálenej rozhodovacej praxe dovolacieho súdu, b/ ktorá v rozhodovacej praxi dovolacieho súdu ešte nebola vyriešená alebo c/ je dovolacím súdom rozhodovaná rozdielne ( § 421 ods. 1 C.s.p. ). Dovolanie podľa § 421 ods. 1 nie je prípustné, ak a/ napadnutý výrok odvolacieho súdu o peňažnom plnení neprevyšuje desaťnásobok minimálnej mzdy; na príslušenstvo sa neprihliada, b/ napadnutý výrok odvolacieho súdu o peňažnom plnení v sporoch s ochranou slabšej strany neprevyšuje dvojnásobok minimálnej mzdy; na príslušenstvo sa neprihliada, c/ je predmetom dovolacieho konania len príslušenstvo pohľadávky a výška príslušenstva v čase začatia dovolacieho konania neprevyšuje sumu podľa písmen a/ a b/ ( § 422 ods.1 C.s.p. ). Dovolanie môže podať strana, v ktorej neprospech bolo rozhodnutie vydané ( § 424 C.s.p. ). Dovolanie sa podáva v lehote dvoch mesiacov od doručenia rozhodnutia odvolacieho súdu oprávnenému subjektu na súde, ktorý rozhodoval v prvej inštancii ( § 427 ods.1 prvá veta C.s.p. ). Dovolanie je podané včas aj vtedy, ak bolo v lehote podané na príslušnom odvolacom alebo dovolacom súde ( § 427 ods.2 C.s.p. ). Dovolateľ musí byť v dovolacom konaní zastúpený advokátom. Dovolanie a iné podania dovolateľa musia byť spísané advokátom ( § 429 ods. 1 C.s.p. ). Povinnosť podľa odseku 1 neplatí, ak je a/ dovolateľom fyzická osoba, ktorá má vysokoškolské právnické vzdelanie druhého stupňa, b/ dovolateľom právnická osoba a jej zamestnanec alebo člen, ktorý za ňu koná, má vysokoškolské právnické vzdelanie druhého stupňa, c/ dovolateľ v sporoch s ochranou slabšej strany podľa druhej hlavy tretej časti tohto zákona zastúpený osobou založenou alebo zriadenou na ochranu spotrebiteľa, osobou oprávnenou na zastupovanie podľa predpisov o rovnakom zaobchádzaní a o ochrane pred diskrimináciou alebo odborovou organizáciou a ak ich zamestnanec alebo člen, ktorý za ne koná, má vysokoškolské právnické vzdelanie druhého stupňa( § 429 ods.2 C.s.p. ). Dovolanie prípustné podľa § 420 možno odôvodniť iba tým, že v konaní došlo k vade uvedenej v tomto ustanovení ( § 431 ods.1 C.s.p. ). Dovolací dôvod sa vymedzí tak, že dovolateľ uvedie, v čom spočíva táto vada ( § 431 ods.2 C.s.p. ). Dovolanie prípustné podľa § 421 možno odôvodniť iba tým, že rozhodnutie spočíva v nesprávnom právnom posúdení veci ( § 432 ods. 1 C.s.p. ). Dovolací dôvod sa vymedzí tak, že dovolateľ uvedie právne posúdenie veci, ktoré pokladá za nesprávne, a uvedie, v čom spočíva nesprávnosť tohto právneho posúdenia ( § 432 ods.2 C.s.p. ).</w:t>
      </w:r>
    </w:p>
    <w:p/>
    <w:p>
      <w:r>
        <w:t>Zdroj: KAUZIS.SK – https://www.kauzis.sk/judikatura/r/ECLI:SK:KSBA:2019:1414216656.2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