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14CoPr/7/2019 z 21. 10. 2019</w:t>
      </w:r>
    </w:p>
    <w:p>
      <w:r>
        <w:t>Rozsudok Krajského súdu Bratislava z 21. októbra 2019, sp. zn. 14CoPr/7/2019, ECLI:SK:KSBA:2019:1415210211.2</w:t>
      </w:r>
    </w:p>
    <w:p>
      <w:r>
        <w:t>Súd: Krajský súd Bratislava</w:t>
      </w:r>
    </w:p>
    <w:p>
      <w:r>
        <w:t>Spisová značka: 14CoPr/7/2019</w:t>
      </w:r>
    </w:p>
    <w:p>
      <w:r>
        <w:t>ECLI: ECLI:SK:KSBA:2019:1415210211.2</w:t>
      </w:r>
    </w:p>
    <w:p>
      <w:r>
        <w:t>Dátum vydania: 21. 10. 2019</w:t>
      </w:r>
    </w:p>
    <w:p>
      <w:r>
        <w:t>Forma: Rozsudok</w:t>
      </w:r>
    </w:p>
    <w:p>
      <w:r>
        <w:t>Oblasť práva: Občianske právo</w:t>
      </w:r>
    </w:p>
    <w:p>
      <w:pPr>
        <w:pStyle w:val="Heading2"/>
      </w:pPr>
      <w:r>
        <w:t>Text rozhodnutia</w:t>
      </w:r>
    </w:p>
    <w:p>
      <w:r>
        <w:t>Súd: Krajský súd Bratislava Spisová značka: 14CoPr/7/2019 Identifikačné číslo súdneho spisu: 1415210211 Dátum vydania rozhodnutia: 22. 10. 2019 Meno a priezvisko sudcu, VSÚ: JUDr. Darina Kriváňová ECLI: ECLI:SK:KSBA:2019:1415210211.2 ROZSUDOK V MENE SLOVENSKEJ REPUBLIKY Krajský súd v Bratislave v senáte v zložení: predsedníčka senátu JUDr. Darina Kriváňová a členovia senátu : JUDr. Darina Kuchtová a Mgr. Barbora Barteková, v právnej veci žalobcu: Q.. H. G., nar. XX.XX.XXXX, trvale bytom B. XXX/X, O., právne zastúpenej advokátom JUDr. Vratislav Šteffek, so sídlom Nám. Martina Benku 6, Bratislava, proti žalovanému: Rozhlas a televízia Slovenska, so sídlom Mlynská dolina, Bratislava, IČO: 47 232 480, o určenie neplatnosti skončenia pracovného pomeru a náhrady mzdy, o odvolaní žalobcu proti rozsudku Okresného súdu Bratislava IV zo dňa 05.03.2019, č.k. 4Cpr 2/2015-470, takto r o z h o d o l : Krajský súd v Bratislave rozsudok Okresného súdu Bratislava IV č.k. 4Cpr 2/2015-470 zo dňa 5.3.2019 v napadnutej zamietajúcej časti p o t v r d z u j e . Žalovanému priznáva nárok na náhradu trov odvolacieho konania proti žalobkyni v rozsahu 100%. o d ô v o d n e n i e : 1. Napadnutým rozsudkom súd prvej inštancie uložil žalovanému povinnosť zaplatiť žalobkyni sumu 13.941,60 € brutto spolu s úrokom z omeškania vo výške 5,00% ročne zo sumy 1.159,31 € brutto od 16.03.2016 do zaplatenia úrokom z omeškania vo výške 5,00% ročne zo sumy 1.159,31 € brutto od 16.04.2016 do zaplatenia; od 16.05.2016 do zaplatenia; od 16.06.2016 do zaplatenia; od 16.07.2016 do zaplatenia; od 16.08.2016 do zaplatenia; od 16.09.2016 do zaplatenia; od 16.10.2016 do zaplatenia; od 16.11.2016 do zaplatenia; od 16.12.2016 do zaplatenia; od 16.01.2017 do zaplatenia, a to všetko do troch dní odo dňa právoplatnosti tohto rozsudku. Súd prvej inštancie vo zvyšnej časti žalobu zamietol a žalovanému voči žalobkyni nárok na náhradu trov konania nepriznal. 2. Žalobkyňa sa žalobou osobne podanou súdu prvej inštancie dňa 18.08.2015 domáhala, aby súd určil, že okamžité skončenie pracovného pomeru zo dňa 15.07.2015 je neplatné a pracovný pomer žalobkyne naďalej trvá, žalovaného zaviazal zaplatiť žalobkyni náhradu mzdy v sume jej priemerného mesačného zárobku od 05.01.2016 až do doby keď jej začne prideľovať prácu a náhradu trov konania. 3. Okresný súd Bratislava IV prvýkrát rozhodol rozsudkom zo dňa 24.01.2017, sp. zn. 4C/2/2017-280, ktorým určil, že okamžité skončenie pracovného pomeru zo dňa 15.07.2015 je neplatné a pracovný pomer žalobkyne naďalej trvá. Žalovanému uložil povinnosť zaplatiť žalobkyni náhradu mzdy v sume jeho priemerného mesačného zárobku vo výške 1.159,31 eur mesačne od 05.01.2016 až do doby keď jej začne prideľovať prácu. Súd prvej inštancie priznal žalobkyni nároku na náhradu trov konania v rozsahu 100%. 4. Na odvolanie žalovaného Krajský súd v Bratislave Rozsudkom sp. zn. 14CoPr/11/2017 - 337 zo dňa 17.11.2017 rozsudok v časti o určení, že okamžité skončenie pracovného pomeru zo dňa 15.07.2015 je neplatné a pracovný pomer žalobkyne naďalej trvá potvrdil. V časti, ktorou bol žalovaný zaviazaný zaplatiť náhradu mzdy v sume 1.159,31 € mesačne od 05.01.2016 až do doby, kedy jej začne prideľovať prácu, zrušil a vec vrátil súdu prvej inštancie na nové konanie , keď mal za to, že súd prvej inštancie vo výroku rozsudku neuviedol, či mzda má byť žalobkyni vyplatená vo výške brutto alebo netto. Pri určení výšky náhrady mzdy vychádzal za rok 2014 a 2. štvrťrok 2015, ale neuviedol konkrétne z akých údajov vychádzal. 5. Súd prvej inštancie uznesením pripustil zmenu petitu žaloby v znení: ,,Žalovaný je povinný v lehote 3 dní od právoplatnosti rozsudku zaplatiť žalobkyni náhradu mzdy v sume jej priemerného mesačného zárobku vo výške 1.240 € mesačne od 05.01.2016 do 05.01.2018 spolu s: - úrokom z omeškania vo výške 5,00% ročne zo sumy 1.240 € od 16.03.2016 do zaplatenia, - úrokom z omeškania vo výške 5,00% ročne zo sumy 1.240 € od 16.04.2016 do zaplatenia, - úrokom z omeškania vo výške 5,00% ročne zo sumy 1.240 € od 16.05.2016 do zaplatenia, - úrokom z omeškania vo výške 5,00% ročne zo sumy 1.240 € od 16.06.2016 do zaplatenia, - úrokom z omeškania vo výške 5,00% ročne zo sumy 1.240 € od 16.07.2016 do zaplatenia, - úrokom z omeškania vo výške 5,00% ročne zo sumy 1.240 € od 16.08.2016 do zaplatenia, - úrokom z omeškania vo výške 5,00% ročne zo sumy 1.240 € od 16.09.2016 do zaplatenia, - úrokom z omeškania vo výške 5,00% ročne zo sumy 1.240 € od 16.10.2016 do zaplatenia, - úrokom z omeškania vo výške 5,00% ročne zo sumy 1.240 € od 16.11.2016 do zaplatenia, - úrokom z omeškania vo výške 5,00% ročne zo sumy 1.240 € od 16.12.2016 do zaplatenia, - úrokom z omeškania vo výške 5,00% ročne zo sumy 1.240 € od 16.01.2017 do zaplatenia, - úrokom z omeškania vo výške 5,00% ročne zo sumy 1.240 € od 16.02.2017 do zaplatenia, - úrokom z omeškania vo výške 5,00% ročne zo sumy 1.240 € od 16.03.2017 do zaplatenia, - úrokom z omeškania vo výške 5,00% ročne zo sumy 1.240 € od 16.04.2017 do zaplatenia, - úrokom z omeškania vo výške 5,00% ročne zo sumy 1.240 € od 16.05.2017 do zaplatenia, - úrokom z omeškania vo výške 5,00% ročne zo sumy 1.240 € od 16.06.2017 do zaplatenia, - úrokom z omeškania vo výške 5,00% ročne zo sumy 1.240 € od 16.07.2017 do zaplatenia, - úrokom z omeškania vo výške 5,00% ročne zo sumy 1.240 € od 16.08.2017 do zaplatenia, - úrokom z omeškania vo výške 5,00% ročne zo sumy 1.240 € od 16.09.2017 do zaplatenia, - úrokom z omeškania vo výške 5,00% ročne zo sumy 1.240 € od 16.10.2017 do zaplatenia, - úrokom z omeškania vo výške 5,00% ročne zo sumy 1.240 € od 16.11.2017 do zaplatenia, - úrokom z omeškania vo výške 5,00% ročne zo sumy 1.240 € od 16.12.2017 do zaplatenia, -úrokom z omeškania vo výške 5,00% ročne zo sumy 1.240 € od 16.01.2018 do zaplatenia. 6. Žalobkyňa prostredníctvom právneho zástupcu 28.12.2018 doručila špecifikáciu žalobného návrhu, ktorý súd prvej inštancie na pojednávaní za prítomnosti sporových strán pripustil v znení: ,,Žalovaný je povinný v lehote 3 dní od právoplatnosti rozsudku zaplatiť žalobkyni náhradu mzdy v sume jej priemerného mesačného zárobku vo výške 1.159,31 € brutto mesačne od 05.01.2016 do 05.01.2018 spolu s: - úrokom z omeškania vo výške 5,00% ročne zo sumy 1.159,31 € brutto od 16.03.2016 do zaplatenia, - úrokom z omeškania vo výške 5,00% ročne zo sumy 1.159,31 € brutto od 16.04.2016 do zaplatenia, - úrokom z omeškania vo výške 5,00% ročne zo sumy 1.159,31 € brutto od 16.05.2016 do zaplatenia, - úrokom z omeškania vo výške 5,00% ročne zo sumy 1.159,31 € brutto od 16.06.2016 do zaplatenia, - úrokom z omeškania vo výške 5,00% ročne zo sumy 1.159,31 € brutto od 16.07.2016 do zaplatenia, - úrokom z omeškania vo výške 5,00% ročne zo sumy 1.159,31 € brutto od 16.08.2016 do zaplatenia, - úrokom z omeškania vo výške 5,00% ročne zo sumy 1.159,31 € brutto od 16.09.2016 do zaplatenia, - úrokom z omeškania vo výške 5,00% ročne zo sumy 1.159,31 € brutto od 16.10.2016 do zaplatenia, - úrokom z omeškania vo výške 5,00% ročne zo sumy 1.159,31 € brutto od 16.11.2016 do zaplatenia, - úrokom z omeškania vo výške 5,00% ročne zo sumy 1.159,31 € brutto od 16.12.2016 do zaplatenia, - úrokom z omeškania vo výške 5,00% ročne zo sumy 1.159,31 € brutto od 16.01.2017 do zaplatenia, - úrokom z omeškania vo výške 5,00% ročne zo sumy 1.159,31 € brutto od 16.02.2017 do zaplatenia, - úrokom z omeškania vo výške 5,00% ročne zo sumy 1.159,31 € brutto od 16.03.2017 do zaplatenia, - úrokom z omeškania vo výške 5,00% ročne zo sumy 1.159,31 € brutto od 16.04.2017 do zaplatenia, - úrokom z omeškania vo výške 5,00% ročne zo sumy 11.159,31 € brutto od 16.05.2017 do zaplatenia, - úrokom z omeškania vo výške 5,00% ročne zo sumy 1.159,31 € brutto od 16.06.2017 do zaplatenia, - úrokom z omeškania vo výške 5,00% ročne zo sumy 1.159,31 € brutto od 16.07.2017 do zaplatenia, - úrokom z omeškania vo výške 5,00% ročne zo sumy 1.159,31 € brutto od 16.08.2017 do zaplatenia, - úrokom z omeškania vo výške 5,00% ročne zo sumy 1.159,31 € brutto od 16.09.2017 do zaplatenia, - úrokom z omeškania vo výške 5,00% ročne zo sumy 1.159,31 € brutto od 16.10.2017 do zaplatenia, - úrokom z omeškania vo výške 5,00% ročne zo sumy 1.159,31 € brutto od 16.11.2017 do zaplatenia, - úrokom z omeškania vo výške 5,00% ročne zo sumy 1.159,31 € brutto od 16.12.2017 do zaplatenia, - úrokom z omeškania vo výške 5,00% ročne zo sumy 1.159,31 € brutto od 16.01.2018 do zaplatenia. 7. Z odôvodnenia napadnutého rozsudku vyplýva, že v prejednávanej veci bolo nesporne preukázané, že žalovaný dal žalobkyni neplatné okamžité skončenie pracovného pomeru dňa 15.07.2015 a že jej pracovný pomer u žalovaného naďalej trvá. Žalobkyňa od 16.07.2015 do 04.01.2016 bola práceneschopná. Žalobkyňa skončila pracovný pomer dohodou , ktorú uzavrela dňa 05.01.2018 so zamestnávateľom. Pracovný pomer medzi žalovaným a žalobkyňou skončil dňa 05.01.2018. Súd prvej inštancie mal preukázané, že žalobkyňa od 04.01.2016 (deň ukončenia PN) nastúpila do práce a to na základe dohody o vykonaní práce so zamestnávateľom Bratislavské kultúrne a informačné stredisko na dobu do 29.01.2016. Žalobkyňa od 30.01.2016 do 31.07.2016 bola vedená v evidencii uchádzačov o zamestnanie. Od 01.08.2016 do 31.12.2016 bola zamestnancom MIRAFILM s.r.o.. Na základe Pracovnej zmluvy zo dňa 29.12.2016 a dohody zo dňa 18.12.2017 žalobkyňa uzatvorila so zamestnávateľom NOVÁ SCÉNA od 01.01.2017 do 31.12.2018 pracovala (ku dňu 03.04.2018 nebola odhlásená, čo možno považovať, že pracuje naďalej). Súd prvej inštancie mal za to, že žalobkyňa nemala skutočnú vôľu pracovať a jej konanie (po rozhodnutí Krajského súdu), nastúpenie do zamestnania, pokračovania v pracovnom pomere u žalovaného kedy jej bolo pridelené pracovné miesto žalobkyňa riešila rozviazaním pracovného pomeru dohodou. Žalovaný pristúpil na požiadavky žalobkyne, rozviazal s ňou pracovný pomer dohodou a odstupným vo výške štyroch priemerných mesačných platov (spolu 4.960,00 eur č.l. 347). Pri výpočte náhrady mzdy súd prvej inštancie vychádzal z rozhodujúceho obdobia z priemerného zárobku žalobkyne podľa predložených mzdových listov apríl, máj a jún 2015. Žalobkyňa v mesiaci apríl 2015, ktorom bolo 22 pracovných dní mala vyplatenú mzdu vo výške 1.160,- eur , odpracovala 176 hodín (z toho 16 hodín sviatok), v mesiaci máj 2015, ktorom bolo 21 pracovných dní mala vyplatenú mzdu vo výške 1.049,53 €, odpracovala 152 hodín (z toho 16 hodín sviatok), v mesiaci jún 2015, ktorom bolo 22 pracovných dní mala vyplatenú mzdu vo výške 1.107,27 eur, odpracovala 168 hodín. Priemer pracovných dní za rozhodné obdobie je 21,66 dní, odpracované hodiny 496. Za rozhodujúce obdobie bolo žalobkyni vyplatená suma 3.325,60 € brutto. Priemerný hodinový zárobok je 6,7048 € a priemerný denný zárobok je 53,6384 € x 21,66 dní = priemerný mesačný zárobok žalobkyne činil brutto 1.161,80 eur brutto a túto sumu bral pri rozhodovaní o výške náhrady mzdy za rozhodujúcu. Súd prvej inštancie v zmysle ust. § 79 ods. 2 priznal zákonný nárok žalobkyni na náhradu mzdy za obdobie od 05. januára 2016 až do 05. januára 2017 t.j. 12 mesiacov. Zaviazal žalovaného k zaplateniu náhrady mzdy žalobkyni vo výške 13.941,60 € brutto. Súd prvej inštancie na základe vyššie uvedeného a v zmysle ustanovenia § 79 ods.2 Zákonníka práce prihliadal na skutočnosti, že žalobkyňa bola od 16.07.2015 do 03.01.2016 na PN, od 30.01.2016 do 29.07.2016 bola evidovaná na úrade práce , od augusta 2016 do 31.12.2016, zamestnaná v MIRAFILM s.r.o., od 01.01. 2017 je zamestnankyňou v Divadle Nová scéna a od 01.01.2018 je jedinou spoločníčkou a konateľkou spoločnosti ILOVEFILM s.r.o.. Súd prvej inštancie prihliadal, že žalobkyňa mala pravidelný príjem zamestnanec a začala vykonávať ako fyzická osoba podnikateľskú činnosť. Súd prvej inštancie mal za to, že žalobkyňa sa zapojila do práce u iných zamestnávateľov za podmienok rovnocenných ako by mal pri výkone práce podľa pracovnej zmluvy, keby si zamestnávateľ plnil svoju povinnosť riadne mu prideľovať prácu, a za dobu presahujúcu 12 mesiacov zamietol. Súd prvej inštancie žalobkyni priznal úroky z omeškania za neuhradenú náhradu mzdy, ktorá bola splatná 15. deň nasledujúceho kalendárneho mesiaca za predchádzajúci mesiac. Súd prvej inštancie priznal úroky z omeškania podľa jednotlivých mesiacov uplatnené žalobkyňou v konaní, ktoré boli navrhnuté v priebehu konania na pojednávaní dňa 28.12.2018 (od 16.03.2016 až 16.01.2017). Súd prvej inštancie poukázal, že predmetný nárok nie je možné prisúdiť skôr, než súd prvej inštancie rozhodol o neplatnosti rozviazania pracovného pomeru a bez splnenia ktorej nie je možné rozhodnúť o nároku na náhradu mzdy. Povinnosť zamestnávateľa poskytnúť zamestnancovi náhradu mzdy z neplatného rozviazania pracovného pomeru a s tým súvisiaca splatnosť náhrady nevzniká až súdnym rozhodnutím, ale vyplýva z ustanovení hmotného práva. Nevyplatenie náhrady mzdy v lehote splatnosti má za následok omeškanie s možnosťou požadovať úroky z omeškania vo výške ustanovenej pre občianskoprávne vzťahy. Úrok z omeškania je vo svojej podstate majetkovou sankciou ,má zamestnanca odškodniť za to, že nemohol použiť dlhovanú istinu náhrady mzdy. Žalovaný sa dostal do omeškania a preto v časti úrokov z omeškania súd prvej inštancie návrhu vyhovel. 8. O náhrade trov konania súd prvej inštancie rozhodol v zmysle § 262 ods. 1 CSP v spojení s § 255 ods. 21 CSP, podľa ktorého ak mala strana vo veci úspech len čiastočný, súd náhradu trov konania pomerne rozdelí, prípadne vysloví, že žiadna strana nemá na náhradu trov právo. Žalobkyňa žiadala uložiť povinnosť žalovanému zaplatiť náhradu mzdy jej priemerného zárobku za 24 mesiacov spolu s úrokom z omeškania. Súd prvej inštancie priznal žalobkyni náhradu mzdy za 12 mesiacov. Čistý pomer úspechu vo veci svedčí žalovanému, ktorému v konaní žiadne trovy nevznikli, a preto im nárok na náhradu nepriznal. V zmysle § 262 ods. 2 CSP o výške náhrady trov konania súd prvej inštancie rozhodne po právoplatnosti tohto rozsudku samostatným uznesením. 9. Súdu prvej inštancie doručila žalobkyňa v zákonnej lehote odvolanie, ktorá namietala nesprávne právne posúdenie veci z dôvodu, že použitá aplikácia ustanovenia § 79 ods. 2 Zákonníka práce je súdom prvej inštancie absolútne nesprávna. Je zrejmé, že súd prvej inštancie na predmetnú právnu vec aplikoval ustanovenie, ktorého znenie je neúčinné. Dovetok ustanovenia § 79 ods. 2 Zákonníka práce je neúčinným ustanovením, nakoľko zo Zákonníka práce bola táto formulácia vylúčená novelou - právnym predpisom č. 348/2007 Z.z., účinným od 01.09.2007. Z uvedeného teda vyplýva, že súdom prvej inštancie aplikované ustanovenie je nesprávne, nakoľko toto ustanovenie bolo neúčinným jednak už v čase neplatného skončenia pracovného pomeru žalobkyne zo strany žalovaného (t.j. dňa 15.07.2015) a jednak aj v čase rozhodovania súdu prvej inštancie (t.j. dňa 05.03.2019). Žalobkyňa má súčasne za to, že súd prvej inštancie dospel k nesprávnej interpretácii ustanovenia § 79 ods. 2 Zákonníka práce. Z odôvodnenia napadnutého rozsudku vyplýva, že jediným dôvodom, pre ktorý súd prvej inštancie nepriznal žalobkyni náhradu mzdy za čas presahujúci 12 mesiacov, je skutočnosť, že žalobkyňa sa po neplatnom skončení pracovného pomeru zamestnala u iných zamestnávateľov a teda, že dosahovala pravidelný príjem. Žalobkyňa uvádza, že v zmysle judikatúry môže súd rozhodnúť o znížení náhrady mzdy presahujúcej 12 mesiacov iba výnimočne. Dôvodom na takéto zníženie náhrady mzdy nie je skutočnosť, že sa zamestnanec po neplatnom skončení pracovného pomeru zamestnal, a že dosahoval príjem. Zníženie náhrady mzdy pripadá do úvahy iba pokiaľ by zamestnanec konal v rozpore s dobrými mravmi, resp. pokiaľ by jeho výkon práva na náhradu mzdy nebol v súlade s dobrými mravmi, a teda zo strany zamestnanca by dochádzalo k zneužitiu práva priznaného týmto právnym inštitútom. Konštatovanie súdu prvej inštancie o tom, že žalobkyňa nemala vôľu u žalovaného naďalej pracovať, je podľa žalobkyne arbitrárne, ide o domnienku, ktorá nie je podložená žiadnym relevantným dôkazom. Skutočnosť, že medzi sporovými stranami došlo k platnému uzatvoreniu dohody o skončení pracovného pomeru ku dňu 05.01.2018, nezakladá preukázanú okolnosť, že žalobkyňa by nechcela byť u žalovaného zamestnaná. Ďalej bolo v konaní jednoznačne preukázané, že žalobkyňa sa stala konateľkou a spoločníčkou obchodnej spoločnosti ILOVEFILM s.r.o. až dňa 03.02.2018, teda až po tom, ako bol platne ukončený pracovný pomer dohodou sporových strán dňa 05.01.2018. Súčasne bolo v konaní preukázané, že do platného skončenia pracovného pomeru žalobkyne, t.j. do 05.01.2018, žalobkyňa nebola po celú túto dobu v pracovnoprávnom pomere. Z predložených listinných dôkazov je zrejmé, že žalobkyňa bola v čase od 30.01.2016 do 31.07.2016 nezamestnaná v evidencii Úradu práce, čo je obdobie 6 mesiacov. Taktiež nie je pravdou záver súdu prvej inštancie, že žalobkyňa sa zapojila do práce u iných zamestnávateľov za podmienok rovnocenných ako by mala pri výkone práce pre žalovaného. Z vykonaného dokazovania jednoznačne vyplýva záver, že žalobkyňa bola zamestnaná v Divadle Nová scéna, pričom jej plat bol stanovený na sumu 497,08 € brutto mesačne. Žalobkyňa má za to, že v konaní bolo jednoznačne preukázané, že žalobný návrh o náhradu mzdy za obdobie od 05.01.2016 do 05.01.2018 spolu s príslušenstvom (úrokmi z omeškania) je v celom rozsahu dôvodný, pretože v danom prípade nenastala okolnosť, pre ktorú by súd prvej inštancie mal rozhodnúť o znížení, príp. nepriznaní náhrady mzdy za čas presahujúci 12 mesiacov. 10. Žalovaný doručil súdu prvej inštancie vyjadrenie k odvolaniu žalobkyne, v ktorom uviedol, že v plnom rozsahu trvá na svojich písomných vyjadreniach počas celého konania a na listinných dôkazoch. Žalovaný sa v plnom rozsahu stotožňuje s napadnutým rozsudkom a navrhuje, aby odvolací súd zamietol odvolanie žalobkyne a napadnutý rozsudok v plnom rozsahu potvrdil. 11. Žalobkyňa následne doručila súdu prvej inštancie svoje vyjadrenie, v ktorom uviedla, že vyjadrenie žalovaného neobsahuje žiadne skutočnosti, ktoré by spochybňovali alebo popierali argumentáciu žalobkyne uvedenú v jej podanom odvolaní voči napadnutému rozsudku súdu prvej inštancie. Žalobkyňa zotrváva na podanom odvolaní a žiada, aby jej odvolací súd v celom rozsahu vyhovel. 12. Ďalšie vyjadrenia strán neboli súdu doručené. 13. Odvolací súd preskúmaním napadnutého rozsudku a po preskúmaní odvolacích námietok žalobkyne dospel k záveru, že odvolanie žalobkyne nie je dôvodné. Odvolací súd konštatuje, že súd prvej inštancie v potrebnom rozsahu zistil skutočnosti rozhodné pre posúdenie danej veci, keď riadne, nadväzne a zrozumiteľne vysvetlil ako posúdil podstatné skutkové tvrdenia a právne argumenty procesných strán, z ktorých dôkazov vychádzal a ako ich vyhodnotil. Možno preto konštatovať, že rozhodnutie súdu prvej inštancie je odôvodnené v súlade s ust. § 220 ods. 2 CSP. Odôvodnenie rozhodnutia okresného súdu je vecne správne. Odvolací súd považoval za potrebné v predmetnej veci uviesť nasledovné: 14. Žiadosť zamestnávateľa o zníženie, poprípade nepriznanie náhrady mzdy podľa ustanovenia § 79 ods. 2 ZP predstavuje z procesného hľadiska obranu proti žalobe, ktorou sa zamestnanec domáha zaplatenia náhrady mzdy podľa ustanovenia § 79 ods. 1 ZP. Nárok zamestnávateľa na zníženie alebo nepriznanie náhrady mzdy nemožno preto uplatniť samostatným návrhom na začatie konania, ale iba v rámci konania, v ktorom zamestnanec uplatňuje nárok na náhradu mzdy v dôsledku neplatného skončenia pracovného pomeru, pričom súd nie je viazaný rozsahom, v ktorom zamestnávateľ zníženie náhrady mzdy požaduje. Požiadavka zamestnávateľa, aby zamestnancovi nebola náhrada mzdy vôbec priznaná, v sebe zahŕňa tiež žiadosť o primerané zníženie náhrady mzdy. K zníženiu, poprípade nepriznaniu náhrady mzdy podľa ustanovenia § 79 ods. 2 ZP môže súd pristúpiť, len ak po zhodnotení všetkých okolností prípadu je možné dôvodiť, že zamestnanec sa zapojil alebo mohol zapojiť (a bez vážnych dôvodov sa nezapojil) do práce u iného zamestnávateľa za podmienok v zásade rovnocenných alebo dokonca výhodnejších, než aké by mal pri výkone práce podľa pracovnej zmluvy, keby si zamestnávateľ plnil svoju povinnosť prideľovať mu dohodnutú prácu. Pri rozhodovaní o tom, či na žiadosť zamestnávateľa súd zníži, poprípade neprizná zamestnancovi náhradu mzdy za dobu presahujúcu dvanásť mesiacov, súd prihliadne najmä k tomu, či bol zamestnanec medzitým zamestnaný, akú prácu tam vykonával a aký zárobok dosiahol alebo z akého dôvodu sa do práce nezapojil. Významné pri tom je najmä, či sa zamestnanec zapojil alebo mohol zapojiť do práce v mieste dohodnutom pracovnou zmluvou pre výkon práce alebo v mieste, ktoré je možné z hľadiska daného účelu považovať za rovnocenné miestu dohodnutému pre výkon práce, či zamestnanec vykonával alebo mohol vykonávať takú prácu, ktorá zodpovedá druhu práce dohodnutej v pracovnej zmluve, alebo práci, ktorá je dohodnutému druhu práce rovnocenná, alebo prácu, ktorej výkon je pre zamestnanca výhodnejší než v pracovnej zmluve dohodnutý druh práce, a akú mzdu za vykonanú prácu dosiahol alebo by mohol (keby takú prácu vykonával) dosiahnuť. Keby sa zamestnanec zapojil alebo mohol zapojiť do práce u iného zamestnávateľa za podmienok nezodpovedajúcich tým, za ktorých by vykonával prácu u zamestnávateľa v prípade, že by mu prideľoval prácu v súlade s pracovnou zmluvou, nebolo by z hľadiska daného účelu možné od zamestnanca spravodlivo požadovať, aby sa po neplatnom skončení pracovného pomeru do takejto práce vôbec zapojil; ak tak i napriek tomu učinil, nemôže to viesť k záveru, že požadovaná náhrada mzdy má byť znížená alebo dokonca nepriznaná. 15. Odvolací súd je názoru, že súd prvej inštancie v odôvodnení napadnutého rozsudku zjavne omylom uviedol ustanovenie, ktorého znenie nebolo v danom čase účinné. Súd prvej inštancie v odôvodnení napadnutého rozsudku uviedol § 79 ods. 2 ZP účinným do 31.08.2007, nakoľko zo Zákonníka práce bola táto formulácia vylúčená novelou č. 348/2007 Z. z., účinnou od 01.09.2007. Z uvedeného teda vyplýva, že uvedené ustanovenie bolo nesprávne uvedené, nakoľko toto ustanovenie bolo neúčinným jednak už v čase neplatného skončenia pracovného pomeru žalobkyne zo strany žalovaného, ktoré nastalo dňa 15.07.2015, a rovnako aj v následnom čase rozhodovania súdu prvej inštancie. Napriek tomu odvolací súd konštatuje, že na predmetnú vec aplikoval správne ustanovenie, nakoľko v odôvodnení sa pridržiaval v tom čase účinného ustanovenia § 79 ods. 2 ZP. Súd prvej inštancie predmetnú vec správne právne posúdil a pridržiaval sa ustálenej súdnej praxe. 16. Odvolací súd konštatuje, že poskytnutie náhrady mzdy je osobitným nárokom zamestnanca proti zamestnávateľovi, ktorý s ním neplatne skončil pracovný pomer. Táto náhrada podľa § 79 ods. 1 Zákonníka práce patrí zamestnancovi v sume jeho priemerného zárobku, a to odo dňa, kedy oznámil zamestnávateľovi, že trvá na ďalšom zamestnávaní, až do času, keď mu zamestnávateľ umožní pokračovať v práci alebo ak súd rozhodne o skončení pracovného pomeru. Základným predpokladom pre priznanie náhrady mzdy je oznámenie zamestnanca zamestnávateľovi, že trvá na tom, aby ho ďalej zamestnával. 17. Pokiaľ celkový čas, za ktorý by sa mala zamestnancovi poskytnúť náhrada mzdy, presiahol 12 mesiacov, môže súd za ďalšiu dobu povinnosť zamestnávateľa na náhradu mzdy primerane znížiť, prípadne náhradu mzdy vôbec nepriznať. Aby súd mohol náhradu mzdy za čas presahujúci 12 mesiacov takto moderovať, zamestnávateľ musí jej zníženie alebo nepriznanie na súde uplatniť (navrhnúť); bez takejto žiadosti nemôže súd náhradu mzdy sám znížiť resp. nepriznať. Návrh zamestnávateľa, aby náhrada mzdy zamestnancovi nebola vôbec priznaná, involvuje aj návrh na primerané zníženie náhrady mzdy. Naopak však návrh zamestnávateľa na zníženie náhrady mzdy umožňuje súdu náhradu mzdy len znížiť, ale nie vôbec nepriznať. Pri rozhodovaní o znížení náhrady mzdy nie je súd viazaný rozsahom, v ktorom zamestnávateľ zníženie požaduje. 18. Ak o znížení resp. nepriznaní náhrady mzdy podľa § 79 ods. 2 Zákonníka práce môže súd rozhodnúť len na základe žiadosti zamestnávateľa, treba trvať na tom, že dôkazné bremeno preukázať podmienky pre takého prípadné rozhodnutie zaťažuje zamestnávateľa. V prípade, že zamestnávateľ tvrdí, že sú tu skutkové okolnosti pre zníženie resp. nepriznanie náhrady mzdy za čas presahujúci 12 mesiacov a navrhne dôkazy na preukázanie svojich tvrdení, avšak zamestnanec ich nepovažuje za opodstatnené alebo významné pre zníženie resp. pre nepriznanie náhrady mzdy, je jeho procesnou povinnosťou tieto tvrdenia zamestnávateľa účinne poprieť a o predmetných skutkových okolnostiach uviesť vlastné tvrdenia o tom, že nie je dôvod, aby mu náhrada mzdy nebola priznaná v ním uplatnenej výške. 19. Náhrada mzdy podľa § 79 ods. 1 Zákonníka práce nemá charakter ekvivalentu mzdy, ktorú si zamestnanec nemohol zarobiť v dôsledku toho, že mu zamestnávateľ znemožnil vykonávať prácu, na ktorú sa zaviazal podľa pracovnej zmluvy a ktorú bol aj schopný a ochotný vykonávať, ale má povahu satisfakcie voči zamestnancovi a súčasne aj sankcie voči zamestnávateľovi, ktorý bezdôvodne pristúpil k skončeniu pracovného pomeru so zamestnancom (por. R 90/1970). Kým však táto náhrada mzdy má za čas 12 mesiacov odo dňa oznámenia zamestnanca zamestnávateľovi, že trvá na ďalšom zamestnávaní, satisfakčný a sankčný charakter, uplynutím tohto obdobia táto satisfakčná a sankčná povaha náhrady mzdy ustupuje a zvýrazňuje sa jej sociálna funkcia. 20. Sociálna funkcia náhrady mzdy spočíva v zabezpečení peňažných prostriedkov na základné životné potreby zamestnanca. Pri rozhodovaní o náhrade mzdy za čas presahujúci 12 mesiacov súd spravidla zisťuje okolnosti (subjektívne a objektívne), ktoré súvisia so zaisťovaním týchto základných životných potrieb zamestnanca; okolnosti týkajúce sa pomerov zamestnávateľa pre rozhodnutie nie sú významné. Súd je však oprávnený prihliadať len k okolnostiam, ktoré existovali po uplynutí 12 mesiacov z celkovej doby, za ktorú zamestnancovi mala byť poskytnutá náhrada. Priznanie náhrady mzdy za ďalšie obdobie má preto nadväznosť na správanie sa zamestnanca pri zaisťovaní si zabezpečenia svojich základných životných potrieb. Súdna prax pri tomto posudzovaní zohľadňuje, či bol zamestnanec medzitým zamestnaný inde, pokiaľ áno, za akých podmienok a zárobkových možností takúto prácu konal, či vykonával prácu zodpovedajúcu svojej kvalifikácii, zdravotnému stavu a schopnostiam, či pracoval nadčas alebo s mimoriadnym vypätím, či dosahoval iný príjem ako príjem z pracovnoprávneho vzťahu, prípadne z akého dôvodu nebol úspešný pri hľadaní zodpovedajúceho zamestnania alebo pre aké okolnosti sa do práce vôbec nezapojil; krátenie alebo nepriznanie prichádza do úvahy v prípade, ak zamestnanec vlastnou vinou zanedbal možnosť zarobiť si a tak si aspoň čiastočne nahradiť ušlý príjem alebo naopak, ak niekde zarábal toľko, že žiadnu ujmu neutrpel. 21. Najvyšší súd Slovenskej republiky v rozhodnutiach sp. zn. 6 Cdo 157/2010 a 6 Cdo 100/2016 uviedol, že spoločensko-ekonomické zmeny, ku ktorým došlo po roku 1989, priniesli hodnotovú zmenu právneho poriadku, ktorá mala za následok zmenu chápania významu normatívneho textu (právneho pravidla) obsiahnutého v ustanovení § 79 ods. 2 Zákonníka práce. Dovtedajšia judikatúra predpokladajúca všeobecnú pracovnú povinnosť (povinnosť zapojiť sa do práce) sa v dôsledku tejto hodnotovej diskontinuity s predchádzajúcim obdobím stala nepoužiteľnou. V zmysle čl. 2 ods. 2 Ústavy Slovenskej republiky každý môže konať, čo nie je zákonom zakázané, a nikoho nemožno nútiť, aby konal niečo, čo zákon neukladá. Stanovila sa tak zásada rešpektujúca hodnotu slobody konania ako jednu zo základných hodnôt právneho štátu, ktorá spočíva v tom, že právnu povinnosť možno uložiť iba zákonom alebo na základe zákona a v jeho medziach. Z uvedeného potom vyplýva, že zamestnanec, s ktorým bol neplatne skončený pracovný pomer, nemá povinnosť zapojiť sa do práce u iného zamestnávateľa, a preto z nejestvujúcej povinnosti nemožno vyvodzovať pre zamestnanca nepriaznivé dôsledky v podobe zníženia, prípadne nepriznania náhrady mzdy. Najvyšší súd Slovenskej republiky tak dospel k záveru, že ustanovenie § 79 ods. 2 Zákonníka práce treba vykladať tak, že súd môže na žiadosť zamestnávateľa náhradu mzdy za čas presahujúci 12 mesiacov primerane znížiť, prípadne vôbec nepriznať len výnimočne, a to v prípadoch, ak výkon práva požadovať náhradu mzdy z neplatného skončenia pracovného pomeru, zaručeného ustanovením § 79 ods. 1 Zákonníka práce, by bol v rozpore s dobrými mravmi v zmysle čl. 2 Zákonníka práce. S týmto názorom sa stotožnil aj Ústavný súd SR v uznesení zo dňa 28.06.2016, sp. zn. III. ÚS 446/2016. 22. Odvolací súd sa plne stotožňuje s týmto názorom s tým, že takáto interpretácia je ústavne súladná a zároveň zodpovedá zásadám poskytnutia ochrany proti bezpráviu a naplneniu všeobecných právnych zásad, podľa ktorých každý je povinný znášať dôsledky svojho protiprávneho konania a nikto nemôže mať prospech z vlastnej nepoctivosti. 23. Zároveň ale platí, že výkon práva uplatniť náhradu mzdy z neplatného skončenia pracovného pomeru nemôže v žiadnom prípade byť zneužitím práva. Účelom ustanovenia § 79 ods. 2 Zákonníka práce je zabrániť nie tomu, aby zamestnávateľ bol za svoj nesprávny postup postihnutý tým, že zamestnancovi zaistí rovnaké plnenie, ako keby prácu vykonával, ale má zabrániť nedôvodnému zvýhodňovaniu zamestnanca. Súd pri rozhodovaní o náhrade mzdy na čas presahujúci 12 mesiacov v rámci svojej voľnej úvahy musí nájsť mieru zodpovedajúcu účelu a funkciám náhrady mzdy v zmysle § 79 ods. 1 a 2 Zákonníka práce tak, aby jeho rozhodnutie zásadným spôsobom neodporovalo nielen dobrým mravom, ale aj zásadám spravodlivosti a primeranosti. 24. Pri náhrade mzdy z neplatného skončenia pracovného pomeru za čas presahujúci 12 mesiacov však nastupuje jej sociálna funkcia, ktorá sa odvíja od celkovej sociálnej situácie zamestnanca, s ktorým bol neplatne skončený pracovný pomer. Sociálna povaha náhrady mzdy za ďalšie obdobie neznamená a nemožno ju zamieňať s povinnosťou zamestnávateľa vyplatiť zamestnancovi rovnaké plnenie, ako keby prácu vykonával. Za predpokladu, že zamestnávateľ navrhne, aby súd jeho povinnosť nahradiť mzdu za čas presahujúci 12 mesiacov primerane znížil alebo náhradu mzdy zamestnancovi vôbec nepriznal, súd pri posudzovaní sociálnej situácie zamestnanca vezme do úvahy všetky okolnosti majúce vplyv na zaistenie zabezpečenia životných potrieb zamestnanca. V tejto súvislosti je potrebné poukázať na to, že otázka určenia primeranej náhrady mzdy z neplatného skončenia pracovného pomeru za čas presahujúci 12 mesiacov je vždy výsledkom posúdenia vysoko individuálnych, jedinečných skutkových okolností každej prejednávanej veci, ktoré sú nezameniteľné s okolnosťami relevantnými v iných veciach. Zamestnancovi môže byť však priznaná náhrada mzdy maximálne za čas 36 mesiacov. 25. Ako bolo uvedené už vyššie, aby súd mohol náhradu mzdy za čas presahujúci 12 mesiacov takto moderovať, zamestnávateľ musí jej zníženie alebo nepriznanie na súde uplatniť (navrhnúť); bez takejto žiadosti nemôže súd náhradu mzdy sám znížiť resp. nepriznať. 26. Z týchto dôvodov ak súd prvej inštancie v prejednávanej veci pri posudzovaní sociálnej situácie žalobkyne prihliadol na skutočnosť, že žalobkyňa bola od 16.07.2015 do 03.01.2016 na PN, od 30.01.2016 do 29.07.2016 bola evidovaná na úrade práce, od augusta 2016 do 31.12.2016, zamestnaná v MIRAFILM s.r.o., od 01.01.2017 je zamestnankyňou v Divadle Nová scéna a prihliadol na to, že žalobkyňa mala pravidelný príjem a začala vykonávať ako fyzická osoba podnikateľskú činnosť, v dôsledku tohto zistenia využil moderačné právo podľa § 79 ods. 2 Zákonníka práce; aplikáciu uvedeného ustanovenia nemožno považovať za zjavne neodôvodnenú, právne neudržateľnú alebo v rozpore s jeho účelom a zmyslom, pretože skutočnosť, že zamestnanec, s ktorým bol neplatne skončený pracovný pomer, poberá ďalší zárobok, sa odráža v jeho sociálnej sfére, ovplyvňuje jeho sociálnu situáciu (pomery), a preto môže mať vplyv na posúdenie nároku na náhradu mzdy za čas presahujúci 12 mesiacov, a to z hľadiska, či takýto nárok plní svoju predpokladanú sociálnu funkciu. 27. Z uvedených dôvodov odvolací súd napadnutý rozsudok podľa § 387 ods. 1, 2 CSP ako vecne správny potvrdil. 28. Žalovaný ako úspešná strana sporu v odvolacom konaní má podľa § 255 ods. 1 CSP nárok na náhradu trov odvolacieho konania. O náhrade trov odvolacieho konania odvolací súd rozhodol podľa § 255 odsek 1 v spojení s § 262 odsek 1 CSP. Žalovanému, ktorý mal v odvolacom konaní plný úspech, priznal nárok na náhradu trov odvolacieho konania v rozsahu 100%. V zmysle § 262 odsek 2 CSP o výške náhrady trov konania rozhodne súd prvej inštancie po právoplatnosti rozhodnutia, ktorým sa konanie končí, samostatným uznesením, ktoré vydá súdny úradník. 29. Toto rozhodnutie bolo prijaté senátom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https://www.kauzis.sk/judikatura/r/ECLI:SK:KSBA:2019:1415210211.2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