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2Cob/208/2018 z 4. 3. 2019</w:t>
      </w:r>
    </w:p>
    <w:p>
      <w:r>
        <w:t>Opravné uznesenie Krajského súdu Bratislava z 4. marca 2019, sp. zn. 2Cob/208/2018, ECLI:SK:KSBA:2019:1615210801.2</w:t>
      </w:r>
    </w:p>
    <w:p>
      <w:r>
        <w:t>Súd: Krajský súd Bratislava</w:t>
      </w:r>
    </w:p>
    <w:p>
      <w:r>
        <w:t>Spisová značka: 2Cob/208/2018</w:t>
      </w:r>
    </w:p>
    <w:p>
      <w:r>
        <w:t>ECLI: ECLI:SK:KSBA:2019:1615210801.2</w:t>
      </w:r>
    </w:p>
    <w:p>
      <w:r>
        <w:t>Dátum vydania: 4. 3. 2019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2Cob/208/2018 Identifikačné číslo súdneho spisu: 1615210801 Dátum vydania rozhodnutia: 05. 03. 2019 Meno a priezvisko sudcu, VSÚ: JUDr. Oľga Bahníková ECLI: ECLI:SK:KSBA:2019:1615210801.2 Opravné uznesenie Krajský súd v Bratislave v senáte zloženom z predsedníčky senátu JUDr. Oľgy Bahníkovej a sudkýň JUDr. Ľubice Břouškovej a JUDr. Ľubice Kriškovej v právnej veci žalobcu: Vojenské lesy a majetky SR - štátny podnik, Odštepný závod Malacky, Zámocká 7, 901 01 Malacky, IČO: 31 577 920, zastúpený JUDr. Renátou Barbušovou, advokátkou, Štúrova 13, P.O.Box 154, 810 00 Bratislava, proti žalovanému: REPULS Trade SE, Revoluční 1082/8, 110 00 Praha 1, Česká republika, IČO: 24 851 698, o zaplatenie 1.300,65 € s príslušenstvom, o odvolaní žalovaného proti rozsudku Okresného súdu Malacky č.k. 10Cb/296/2015 zo dňa 05.02.2018, takto r o z h o d o l : Súd opravuje uznesenie Krajského súdu v Bratislave č.k. 2Cob/208/2018-111 v dátume jeho vydania tak, že správny dátum uznesenia znie ,,17.01.2019“. o d ô v o d n e n i e : 1. Krajský súd v Bratislave vydal dňa 17.01.2019 uznesenie č.k. 2Cob/208/2018-111, v ktorého písomnom vyhotovení bol nesprávne uvedený dátum rozhodnutia ,,17.01.2017“, hoci správne mal byť uvedený dátum ,,17.01.2019“. 2. Podľa ust. § 224 Civilného sporového poriadku súd kedykoľvek aj bez návrhu opraví v rozhodnutí chyby v písaní a počítaní, ako aj iné zrejmé nesprávnosti. O oprave súd vydá opravné uznesenie, ktoré doručí subjektom konania. 3. Vychádzajúc z uvedeného súd predmetnú chybu v písaní v súlade s cit. ustanovením zákona opravil.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https://www.kauzis.sk/judikatura/r/ECLI:SK:KSBA:2019:1615210801.2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