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7Co/216/2019 z 29. 10. 2019</w:t>
      </w:r>
    </w:p>
    <w:p>
      <w:r>
        <w:t>Uznesenie Krajského súdu Bratislava z 29. októbra 2019, sp. zn. 7Co/216/2019, ECLI:SK:KSBA:2019:1617208917.1</w:t>
      </w:r>
    </w:p>
    <w:p>
      <w:r>
        <w:t>Súd: Krajský súd Bratislava</w:t>
      </w:r>
    </w:p>
    <w:p>
      <w:r>
        <w:t>Spisová značka: 7Co/216/2019</w:t>
      </w:r>
    </w:p>
    <w:p>
      <w:r>
        <w:t>ECLI: ECLI:SK:KSBA:2019:1617208917.1</w:t>
      </w:r>
    </w:p>
    <w:p>
      <w:r>
        <w:t>Dátum vydania: 29. 10.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7Co/216/2019 Identifikačné číslo súdneho spisu: 1617208917 Dátum vydania rozhodnutia: 30. 10. 2019 Meno a priezvisko sudcu, VSÚ: Mgr. Adela Unčovská ECLI: ECLI:SK:KSBA:2019:1617208917.1 Uznesenie Krajský súd v Bratislave v senáte zloženom z predsedníčky senátu Mgr. Adely Unčovskej a členov senátu JUDr. Blanky Podmajerskej a JUDr. Mariany Harvancovej v právnej veci žalobcu: Okresné stavebné bytové družstvo Senica, IČO: 00 223 093, so sídlom Štefánikova 718, Senica, zastúpeného: JUDr. Miroslav Mečíř, advokát, so sídlom Štefánikova 718, Senica proti žalovanému: P. C., H.. X.X.XXXX, C. N. F., X. Z. o zaplatenie 451,85 eur a o návrhu žalovaného na nariadenie neodkladného opatrenia, na odvolanie žalovaného proti uzneseniu Okresného súdu Malacky zo dňa 19.2.2018, č.k. 32C/57/2017-17, jednomyseľne takto r o z h o d o l : Odvolacie konanie o odvolaní žalovaného proti uzneseniu Okresného súdu Malacky zo dňa 19.2.2018, č.k. 32C/57/2017-17 sa zastavuje. o d ô v o d n e n i e : 1. Okresný súd Malacky uznesením zo dňa 19.2.2018, č.k. 32C/57/2017-17 zamietol návrh žalovaného na nariadenie neodkladného opatrenia. 2. Proti uzneseniu podal v zákonnej lehote odvolanie žalovaný žiadajúc jeho zrušenie a vyhovenie návrhu na nariadenie neodkladného opatrenia. 3. V podaní doručenom súdu prvej inštancie dňa 11.9.2018 žalovaný zobral odvolanie proti uvedenému uzneseniu späť. 4. Podľa 369 ods. 1 zákona č. 160/2015 Zb. Civilný sporový poriadok (ďalej len „C.s.p.“) dokiaľ o odvolaní nebolo rozhodnuté, možno ho vziať späť. Ak odvolateľ vzal odvolanie späť, nemôže ho podať znova. 5. Podľa § 369 ods. 2 C.s.p.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6. Podľa § 369 ods. 3 C.s.p. ak sa odvolanie, o ktorom nebolo rozhodnuté, vzalo späť, odvolací súd odvolacie konanie zastaví. 7. Odvolací súd preskúmal vec bez nariadenia odvolacieho pojednávania podľa § 385 ods. 1 v spojení s § 378 ods. 1 C.s.p. a v dôsledku späťvzatia odvolania žalovaným odvolacie konanie proti uzneseniu prvoinštančného súdu, ktorým zamietol návrh žalovaného na nariadenie neodkladného opatrenia zastavil. 8.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https://www.kauzis.sk/judikatura/r/ECLI:SK:KSBA:2019:1617208917.1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