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5Co/227/2018 z 20. 5. 2019</w:t>
      </w:r>
    </w:p>
    <w:p>
      <w:r>
        <w:t>Uznesenie Krajského súdu Bratislava z 20. mája 2019, sp. zn. 5Co/227/2018, ECLI:SK:KSBA:2019:1713207698.2</w:t>
      </w:r>
    </w:p>
    <w:p>
      <w:r>
        <w:t>Súd: Krajský súd Bratislava</w:t>
      </w:r>
    </w:p>
    <w:p>
      <w:r>
        <w:t>Spisová značka: 5Co/227/2018</w:t>
      </w:r>
    </w:p>
    <w:p>
      <w:r>
        <w:t>ECLI: ECLI:SK:KSBA:2019:1713207698.2</w:t>
      </w:r>
    </w:p>
    <w:p>
      <w:r>
        <w:t>Dátum vydania: 20. 5.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5Co/227/2018 Identifikačné číslo súdneho spisu: 1713207698 Dátum vydania rozhodnutia: 21. 05. 2019 Meno a priezvisko sudcu, VSÚ: JUDr. Milan Chalupka ECLI: ECLI:SK:KSBA:2019:1713207698.2 Uznesenie Krajský súd v Bratislave v senáte zloženom z predsedu senátu JUDr. Milana Chalupku a členov senátu: JUDr. Juraja Považana a JUDr. Janky Richterovej v právnej veci žalobkyne: N. N., C.. XX.XX.XXXX, S.: J. XXX/X, S., v zast.: MOJŽIŠ a Partneri, s.r.o., advokátska kancelária so sídlom: Sasinkova 10, Bratislava, proti žalovanej: K. B., C.. XX.XX.XXXX, S.: H. XX, S., v zast. JUDr. Adela Valocká, advokátka so sídlom: Radvanská 1, Bratislava, o určenie priebehu hraníc pozemku, na odvolanie žalovanej voči rozsudku Okresného súdu Pezinok č.k. 37C/140/2013-193 zo dňa 29.03.2017 a na odvolanie žalobkyne voči uzneseniu Okresného súdu Pezinok č.k. 37C/140/2013-224 zo dňa 04.09.2017, r o z h o d o l : Opravuje sa záhlavie rozsudku Krajského súdu v Bratislave, č.k. 5Co/227/2018-288, 5Co/228/2018 zo dňa 22.11.2018 tak, že správny dátum narodenia žalobkyne je: XX.XX.XXXX. o d ô v o d n e n i e : 1. Krajský súd v Bratislave ako súd odvolací svojím rozsudkom, č.k. 5Co/227/2018-288, 5Co/228/2018 zo dňa 22.11.2018 rozhodol tak, že napadnutý rozsudok súdu prvej inštancie v znení doplňujúceho rozsudku Okresného súdu Pezinok č.k. 37C/140/2013-228 zo dňa 06.09.2017 potvrdil, napadnuté uznesenie súdu prvej inštancie potvrdil a žalobkyni priznal právo na náhradu trov odvolacieho konania v rozsahu 100%. 2. Podľa § 378 ods. 1 C.s.p. na konanie na odvolacom súde sa primerane použijú ustanovenia o konaní pred súdom prvej inštancie, ak tento zákon neustanovuje inak. 3. Podľa § 224 C.s.p. súd kedykoľvek aj bez návrhu opraví v rozsudku chyby v písaní a počítaní, ako aj iné zrejmé nesprávnosti. O oprave súd vydá opravné uznesenie, ktoré doručí subjektom konania. 4. Podľa § 234 ods. 2 C.s.p. ak nie je ďalej ustanovené inak, použijú sa na uznesenie primerane ustanovenia o rozsudku. 5. V danej veci odvolacieho súdu došlo k nesprávnosti v písaní spočívajúcej v tom, že Krajský súd v Bratislave nesprávne v záhlaví svojho rozsudku označil dátum narodenia žalobkyne ako 07.03.1963, pričom správny dátum narodenia žalobkyne je 07.03.1936. 6. Keďže pri vyhotovovaní predmetného rozsudku odvolacieho súdu došlo k chybe v písaní nesprávnym označením dátumu narodenia žalobkyne, odvolací súd v súlade s citovanými zákonnými ustanoveniami rozhodol o oprave tak, ako je uvedené vo výrokovej časti tohto uznesenia a nesprávne znenie nahradil správnym. 7.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https://www.kauzis.sk/judikatura/r/ECLI:SK:KSBA:2019:1713207698.2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