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2Cob/8/2019 z 14. 7. 2019</w:t>
      </w:r>
    </w:p>
    <w:p>
      <w:r>
        <w:t>Uznesenie Krajského súdu Bratislava z 14. júla 2019, sp. zn. 2Cob/8/2019, ECLI:SK:KSBA:2019:1715208366.2</w:t>
      </w:r>
    </w:p>
    <w:p>
      <w:r>
        <w:t>Súd: Krajský súd Bratislava</w:t>
      </w:r>
    </w:p>
    <w:p>
      <w:r>
        <w:t>Spisová značka: 2Cob/8/2019</w:t>
      </w:r>
    </w:p>
    <w:p>
      <w:r>
        <w:t>ECLI: ECLI:SK:KSBA:2019:1715208366.2</w:t>
      </w:r>
    </w:p>
    <w:p>
      <w:r>
        <w:t>Dátum vydania: 14. 7. 2019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2Cob/8/2019 Identifikačné číslo súdneho spisu: 1715208366 Dátum vydania rozhodnutia: 15. 07. 2019 Meno a priezvisko sudcu, VSÚ: JUDr. Oľga Bahníková ECLI: ECLI:SK:KSBA:2019:1715208366.2 Uznesenie Krajský súd v Bratislave v senáte zloženom z predsedníčky senátu JUDr. Oľgy Bahníkovej a sudkýň JUDr. Ľubice Kriškovej a JUDr. Ľubice Břouškovej v právnej veci žalobcu: JUDr. Martina Mrázová, správca konkurznej podstaty spoločnosti Nechasim, s.r.o., Bottova 7, 811 09 Bratislava, IČO: 35 950 587, proti žalovanému: Cargo Centrum, s.r.o., Panholec č. 1, 902 01 Pezinok, IČO: 35 823 046, zastúpený: Studio Legale, s.r.o., so sídlom Mostová 2, 811 02 Bratislava, IČO: 36 811 874, o zaplatenie 29.287,60 Eur s príslušenstvom, o odvolaní žalovaného proti rozsudku Okresného súdu Pezinok č.k.34Cb/10/2015-54 zo dňa 21.05.2018, takto r o z h o d o l : Krajský súd v Bratislave rozsudok Okresného súdu Pezinok č.k.34Cb/10/2015-54 zo dňa 21.05.2018 z r u š u j e a vec mu v r a c i a na ďalšie konanie. o d ô v o d n e n i e : 1. Okresný súd Pezinok napadnutým rozsudkom uložil žalovanému povinnosť zaplatiť istinu vo výške 2.181,36 eur s úrokom z omeškania vo výške 9,75 % ročne od 01.02.2013 do zaplatenia, istinu vo výške 2.400,- € s úrokom z omeškania vo výške 9,75 % ročne od 15.03.2013 do zaplatenia, istinu vo výške 2.400,- € s úrokom z omeškania vo výške 9,75 % ročne od 01.04.2013 do zaplatenia, istinu vo výške 2.400,- € s úrokom z omeškania vo výške 9,5 % ročne od 15.05.2013 do zaplatenia, istinu vo výške 2.400,- € s úrokom z omeškania vo výške 9,5 % ročne od 11.06.2013 do zaplatenia, istinu vo výške 2.400,- € s úrokom z omeškania vo výške 9,5 % ročne od 01.07.2013 do zaplatenia, istinu vo výške 2.400,- € s úrokom z omeškania vo výške 9,5 % ročne od 01.08.2013 do zaplatenia, istinu vo výške 2.400,- € s úrokom z omeškania vo výške 9,5 % ročne od 01.09.2013 do zaplatenia, istinu vo výške 2.400,- € s úrokom z omeškania vo výške 9,5 % ročne od 01.10.2013 do zaplatenia, istinu vo výške 2.400,- € s úrokom z omeškania vo výške 9,5 % ročne od 01.11.2013 do zaplatenia, istinu vo výške 2.400,- € s úrokom z omeškania vo výške 9,25 % ročne od 01.12.2013 do zaplatenia, istinu vo výške 2.400,- € s úrokom z omeškania vo výške 9,25 % ročne od 01.01.2014 do zaplatenia, istinu vo výške 706,24 € s úrokom z omeškania vo výške 9,25 % ročne od 01.02.2014 do zaplatenia, všetko do troch dní od právoplatnosti rozsudku. Zároveň nepriznal žalobcovi náhradu trov konania. 2. V odôvodnení súd uviedol, že žalobou doručenou súdu dňa 26.10.2015 sa žalobca voči žalovanému domáhal zaplatenia nájomného spolu s príslušenstvom v sume 2.181,36,- € spolu s úrokom z omeškania vo výške 9,75% ročne od 01.02.2013 do zaplatenia, 2.400,- € spolu s úrokom z omeškania vo výške 9,75% ročne od 15.03.2013 do zaplatenia, 2.400,- € spolu s úrokom z omeškania vo výške 9,75% ročne od 01.04.2013 do zaplatenia, 2.400,- € spolu s úrokom z omeškania vo výške 9,75% ročne od 15.05.2013 do zaplatenia, 2.400,- € spolu s úrokom z omeškania vo výške 9,5% ročne od 11.06.2013 do zaplatenia, 2.400,- € spolu s úrokom z omeškania vo výške 9,5% ročne od 01.07.2013 do zaplatenia, 2.400,- € spolu s úrokom z omeškania vo výške 9,5% ročne od 01.08.2013 do zaplatenia, 2.400,- € spolu s úrokom z omeškania vo výške 9,5% ročne od 01.09.2013 do zaplatenia, 2.400,- € spolu s úrokom z omeškania vo výške 9,5% ročne od 01.10.2013 do zaplatenia, 2.400,- € spolu s úrokom z omeškania vo výške 9,5% ročne od 01.11.2013 do zaplatenia, 2.400,- € spolu s úrokom z omeškania vo výške 9,25% ročne od 01.12.2013 do zaplatenia, 2.400,- € spolu s úrokom z omeškania vo výške 9,25% ročne od 01.01.2014 do zaplatenia, 706,24,- € spolu s úrokom z omeškania vo výške 9,25% ročne od 01.02.2014 do zaplatenia, z dôvodu, že tieto žalobca na základe zmluvy o nájme nebytového priestoru neuhradil. 3. Súd nariadil pojednávanie veci na deň 21.05.2018 a v rozsudku súd prvej inštancie uviedol, že sa žalovaný bez ospravedlnenia nedostavil, hoci o termíne pojednávania bol upovedomený, pričom žalobca navrhol rozhodnúť rozsudkom pre zmeškanie žalovaného a žalobe v celom rozsahu vyhovieť. Súd prvej inštancie mal na základe uvedeného za preukázané, že prišlo k splneniu podmienok na vydanie rozsudku pre zmeškanie žalovaného v zmysle § 274 CSP a rozhodol rozsudkom pre zmeškanie žalovaného. 4. Súd prvej inštancie vychádzal právne z ust. § 3 ods. 1, § 7 zákona č. 116/1990 Zb. o nájme nebytových priestorov, § 369 ods. 1 ObZ. 5. Proti rozsudku súdu prvej inštancie podal žalovaný odvolanie. Žalovaný poukázal na to, že súd síce zaslal žalovanému predvolanie na pojednávanie doručené právnemu zástupcovi dňa 12.04.2018, ale nepoučil žalovaného o následku nedostavenia sa na pojednávanie, vrátane možnosti vydania rozsudku pre zmeškanie. Predmetné ustanovenie v § 278 CSP je poučením žalobcu a nie žalovaného. Na základe uvedeného pochybenia súdu, neboli splnené podmienky na vydanie rozsudku pre zmeškanie. Žalovaný z tohto dôvodu navrhol aby odvolací súd rozhodnutie súdu prvej inštancie zrušil a vrátil mu vec na nové konanie a dokazovanie. 6. K odvolaniu žalovaného sa vyjadril žalobca. Žalobca bol názoru, že strana sporu síce nebola poučená v predvolaní zo dňa 11.04.2018 na pojednávanie nariadené súdom na termín 21.05.2018, ale žalovaný bol o následkoch nedostavenia sa na pojednávania poučený v predchádzajúcich doručených predvolaniach, vrátane výzvy na vyjadrenie sa k žalobe. Právne preto podľa žalobcu neobstojí tvrdenie právneho zástupcu žalovaného, nakoľko žalovaný sa na pojednávanie doteraz nedostavil pred súd prvej inštancie, pričom rozsudok pre zmeškanie na strane žalovaného bol upravený aj v ust. § 153b ods. 1, ods.2, ods.3 OSP. Žalovaný bol teda súdom prvej inštancie poučený o následku vydania rozsudku pre zmeškanie podľa ust. 153b OSP, čo vyplýva aj z obsahu spisu. Na základe uvedeného žalobca navrhol, aby odvolací súd potvrdil rozsudok súdu prvej inštancie ako vecne správny v celom rozsahu. 7. Krajský súd v Bratislave ako súd odvolací prejednal vec bez nariadenia pojednávania a po preskúmaní obsahu spisu, oboznámení sa s dôvodmi odvolania žalovaného a vyjadrením žalobcu, dospel k záveru, že odvolanie žalovaného je dôvodné. 8. Podľa § 389 ods. 1 písm. b) CSP, odvolací súd rozhodnutie súdu prvej inštancie zruší, len ak súdne nesprávnym procesným postupom znemožnil strane, aby uskutočnila jej patriace procesné práva v takej miere, že došlo k porušeniu práva na spravodlivý proces, ak tento nedostatok nemožno napraviť v konaní pred odvolacím súdom. 9. Podľa § 391 ods. 1 CSP ak odvolací súd zruší rozhodnutie, môže podľa povahy veci vrátiť vec súdu prvej inštancie na ďalšie konanie a nové rozhodnutie, prerušiť konanie, schváliť zmier, zastaviť konanie alebo postúpiť vec orgánu, do ktorého právomoci vec patrí. 10. Podľa § 391 ods. 2 CSP ak bolo rozhodnutie zrušené a ak bola vec vrátená na ďalšie konanie a nové rozhodnutie, súd prvej inštancie je viazaný právnym názorom odvolacieho súdu. 11. Podľa § 391 ods. 3 CSP ak odvolací súd zruší rozhodnutie súdu prvej inštancie a vráti mu vec na ďalšie konanie a nové rozhodnutie, je povinný v odôvodnení rozhodnutia uviesť aj to, ako má súd prvej inštancie vo veci ďalej postupovať. 12. Podľa § 274 CSP, na pojednávaní rozhodne súd o žalobe podľa § 137 písm. a/ na návrh žalobcu rozsudkom pre zmeškanie, ktorým žalobe vyhovie, ak a) sa žalovaný nedostavil na pojednávanie vo veci, hoci bol naň riadne a včas predvolaný a v predvolaní na pojednávanie bol žalovaný poučený o následku nedostavenia sa vrátane možnosti vydania rozsudku pre zmeškanie a b) žalovaný neospravedlnil svoju neprítomnosť včas a vážnymi okolnosťami. 13. Predpokladmi pre rozhodnutie rozsudkom pre zmeškanie žalovaného na pojednávaní v zmysle § 274 CSP je splnenie nasledovných podmienok: - súd riadne a včas predvolal žalovaného na pojednávanie, pričom predvolanie obsahovalo poučenie, že ak sa žalovaný nedostaví na pojednávanie, súd rozhodne rozsudkom pre zmeškanie, ktorým žalobe vyhovie, - žalovaný sa nedostavil na pojednávanie v určený čas, - žalovaný neospravedlnil svoju neprítomnosť včas a vážnymi okolnosťami, - návrh žalobcu na rozhodnutie sporu rozsudkom pre zmeškanie. 14. Kontumačný rozsudok podľa § 274 CSP prichádza do úvahy iba v prípadoch, že sú súčasne splnené všetky podmienky. Jednou z týchto podmienok je, že predvolanie na pojednávanie, na ktorom súd rozhodol kontumačným rozsudkom, obsahovalo poučenie o následkoch nedostavenia sa vrátane možnosti vydania rozsudku pre zmeškanie. 15. Odvolací súd z priloženého spisu zistil, že žalovanému bolo dňa 12.04.2018 doručené predvolanie na pojednávanie konajúce sa dňa 21.05.2018 o 12.30 hod. Súd v predvolaní na pojednávanie síce poučil strany sporu o následku nedostavenia sa vrátane možnosti vydania rozsudku pre zmeškanie, avšak len v zmysle § 278 CSP. Uvedené ustanovenie sa pritom používa pre poučenie žalobcu a nie žalovaného. Súd bol povinný v predvolaní na pojednávanie poučiť žalovaného o následku nedostavenia sa vrátane možnosti vydania rozsudku pre zmeškanie v zmysle § 274 CSP, pričom nie je podstatné, či bol žalovaný poučený o následku nedostavenia sa v predchádzajúcich predvolaniach na pojednávanie. Strana sporu musí byť vždy poučená o následkoch nedostavenia sa na pojednávanie v každom predvolaní samostatne, čo vyplýva z dikcie ust. § 274 CSP. 16. Vzhľadom k tomu, že v danom prípade neboli splnené podmienky pre vydanie rozsudku pre zmeškanie podľa § 274 CSP, odvolací súd napadnutý rozsudok podľa § 389 ods. 1 písm. b) CSP zrušil a podľa § 391 ods. 1 CSP vec vrátil súdu prvej inštancie na ďalšie konanie. Súd prvej inštancie viazaný právnym názorom odvolacieho súdu podľa § 391 ods. 2 CSP vec opätovne prejedná a vydá vo veci nové rozhodnutie. Pri opätovnom prejednaní veci súd prvej inštancie dodrží procesné postupy vrátane splnenia poučovacej povinnosti podľa § 274 písm. a) CSP pre prípad, že nastane procesný stav zakladajúci na strane žalobcu podanie návrhu na vydanie rozsudku pre zmeškanie žalovaného. 17. Uvedené uznesenie je výsledkom hlasovania odvolacieho senátu v pomere hlasov 3 : 0. Poučenie: Proti tomuto rozhodnutiu odvolanie nie je prípustné. Proti rozhodnutiu odvolacieho súdu je prípustné dovolanie, ak to zákon pripúšťa (§419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opravy. Dovolanie je podané včas aj vtedy, ak bolo v lehote podané na príslušnom odvolacom alebo dovolacom súde (427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(428 CSP). Dovolateľ musí byť v dovolacom konaní zastúpený advokátom. Dovolanie a iné podania dovolateľa musia byť spísané advokátom (§429 ods. 1 CSP).</w:t>
      </w:r>
    </w:p>
    <w:p/>
    <w:p>
      <w:r>
        <w:t>Zdroj: KAUZIS.SK – https://www.kauzis.sk/judikatura/r/ECLI:SK:KSBA:2019:1715208366.2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