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3S/73/2011 z 8. 6. 2020</w:t>
      </w:r>
    </w:p>
    <w:p>
      <w:r>
        <w:t>Uznesenie Krajského súdu Bratislava z 8. júna 2020, sp. zn. 3S/73/2011, ECLI:SK:KSBA:2020:1011200732.7</w:t>
      </w:r>
    </w:p>
    <w:p>
      <w:r>
        <w:t>Súd: Krajský súd Bratislava</w:t>
      </w:r>
    </w:p>
    <w:p>
      <w:r>
        <w:t>Spisová značka: 3S/73/2011</w:t>
      </w:r>
    </w:p>
    <w:p>
      <w:r>
        <w:t>ECLI: ECLI:SK:KSBA:2020:1011200732.7</w:t>
      </w:r>
    </w:p>
    <w:p>
      <w:r>
        <w:t>Dátum vydania: 8. 6.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3S/73/2011 Identifikačné číslo súdneho spisu: 1011200732 Dátum vydania rozhodnutia: 09. 06. 2020 Meno a priezvisko sudcu, VSÚ: JUDr. Anna Peťovská PhD. ECLI: ECLI:SK:KSBA:2020:1011200732.7 Uznesenie Krajský súd v Bratislave v právnej veci žalobcu: JUDr. Mária Veterníková, správca konkurznej podstaty úpadcu A.M.AXON, spol. s r.o. v konkurze, Kopčianska 16, Bratislava, IČO: 31 327 184, so sídlom kancelárie Svätoplukova 31, 821 08 Bratislava, právne zastúpený: JUDr. Peter Arendacký, Železničiarska 13, 811 04 Bratislava, proti žalovanému: Ministerstvo financií Slovenskej republiky, Štefanovičova 5, 817 82 Bratislava, o preskúmanie zákonnosti rozhodnutia žalovaného č. MF/009762/2011-62 zo dňa 04.02.2011, takto r o z h o d o l : Správny súd o p r a v u j e v záhlaví rozsudku Krajského súdu v Bratislave č. k. 3S/73/2011-326 zo dňa 26.11.2019 dátum vydania napadnutého rozhodnutia žalovaného č. MF/009762/2011-62 z nesprávne uvedeného: „26.02.2011“ na správny dátum vydania: „04.02.2011“. o d ô v o d n e n i e : 1. Krajský súd v Bratislave rozsudkom č. k. 3S/73/2011-326 zo dňa 26.11.2019 rozhodol vo veci samej tak, že správnu žalobu zamietol a žalobcovi nepriznal náhradu trov konania. 2. Žalobca proti rozsudku Krajského súdu v Bratislave č. k. 3S/73/2011-326 zo dňa 26.11.2019 podal kasačnú sťažnosť. 3. Krajský súd v Bratislave z vlastnej činnosti zistil, že pri vyhotovovaní rozsudku č. k. 3S/73/2011-326 zo dňa 26.11.2019 došlo k zrejmej nesprávnosti, keď v záhlaví rozsudku č. k. 3S/73/2011-326 zo dňa 26.11.2019 uviedol nesprávny dátum vydania napadnutého rozhodnutia žalovaného č. MF/009762/2011-62, a to dátum 26.02.2011. Z napadnutého rozhodnutia žalovaného, ako aj zo žalobného návrhu a administratívneho spisu žalovaného však vyplýva, že napadnuté rozhodnutie žalovaného č. MF/009762/2011-62 bolo vydané dňa 04.02.2011. 4. Podľa § 143 SSP, správny súd kedykoľvek aj bez návrhu opraví v rozsudku chyby v písaní a počítaní, ako aj iné zrejmé nesprávnosti. O oprave vydá opravné uznesenie, ktoré doručí osobám uvedeným v § 142 ods. 1. 5. Vzhľadom na uvedenú zrejmú nesprávnosť v záhlaví rozsudku Krajského súdu v Bratislave č. k. 3S/73/2011-326 zo dňa 26.11.2019 správny súd v súlade s ust. § 143 SSP rozhodol tak, ako je uvedené vo výrokovej časti tohto uznesenia a opravil v záhlaví rozsudku Krajského súdu v Bratislave č. k. 3S/73/2011-326 zo dňa 26.11.2019 dátum vydania napadnutého rozhodnutia žalovaného č. MF/009762/2011-62 na správny. 6.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https://www.kauzis.sk/judikatura/r/ECLI:SK:KSBA:2020:1011200732.7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