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2S/2/2020 z 28. 7. 2020</w:t>
      </w:r>
    </w:p>
    <w:p>
      <w:r>
        <w:t>Rozsudok Krajského súdu Bratislava z 28. júla 2020, sp. zn. 2S/2/2020, ECLI:SK:KSBA:2020:1015201909.3</w:t>
      </w:r>
    </w:p>
    <w:p>
      <w:r>
        <w:t>Súd: Krajský súd Bratislava</w:t>
      </w:r>
    </w:p>
    <w:p>
      <w:r>
        <w:t>Spisová značka: 2S/2/2020</w:t>
      </w:r>
    </w:p>
    <w:p>
      <w:r>
        <w:t>ECLI: ECLI:SK:KSBA:2020:1015201909.3</w:t>
      </w:r>
    </w:p>
    <w:p>
      <w:r>
        <w:t>Dátum vydania: 28. 7. 2020</w:t>
      </w:r>
    </w:p>
    <w:p>
      <w:r>
        <w:t>Forma: Rozsudok</w:t>
      </w:r>
    </w:p>
    <w:p>
      <w:r>
        <w:t>Oblasť práva: Správne právo</w:t>
      </w:r>
    </w:p>
    <w:p>
      <w:pPr>
        <w:pStyle w:val="Heading2"/>
      </w:pPr>
      <w:r>
        <w:t>Text rozhodnutia</w:t>
      </w:r>
    </w:p>
    <w:p>
      <w:r>
        <w:t>Súd: Krajský súd Bratislava Spisová značka: 2S/2/2020 Identifikačné číslo súdneho spisu: 1015201909 Dátum vydania rozhodnutia: 29. 07. 2020 Meno a priezvisko sudcu, VSÚ: JUDr. Vlastimil Pavlikovský ECLI: ECLI:SK:KSBA:2020:1015201909.3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osoba zúčastnená na konaní: GRAPP s.r.o., Pod Urpínom 21, 974 01 Banská Bystrica, IČO: 45 377 235, právne zastúpená: WITT &amp; KLEIM ADVOKÁTSKA KANCELÁRIA S.R.O., Horná 65/A, 974 01 Banská Bystrica, v konaní o preskúmanie zákonnosti rozhodnutia žalovaného č. 1307866/2015 zo dňa 19.08.2015, jednohlasne, takto r o z h o d o l : Krajský súd v Bratislave žalobu z a m i e t a. Žalovanému ani osobe zúčastnenej na konaní sa právo na náhradu trov konania n e p r i z n á v a. o d ô v o d n e n i e : I. Konanie pred správnymi orgánmi 1. Z pripojeného administratívneho spisu súd zistil, že daňová kontrola u žalobcu sa začala dňa 15.04.2010 (Zápisnica o začatí daňovej kontroly zo dňa 15.04.2010 č. j. 500/322/9002/10/Vlc). Nakoľko Daňovému úradu pre vybrané subjekty (správcovi dane) neboli predložené žiadne doklady tento požiadal o súčinnosť PPZ, UBOK, ktorý disponoval dokladmi žalobcu z dôvodu prebiehajúceho trestného stíhania. Následne dňa 04.06.2010 si pracovníci správcu dane vyhotovili dňa 04.06.2010 fotokópie zaistených účtovných dokladov. V administratívnom spise sa taktiež nachádzajú zápisnice o ústnom pojednávaní zo dňa 19.05.2010 a 27.05.2010, kde v priebehu ústneho pojednávania došlo k nahliadnutiu žalobcu do spisu a doloženiu dokladov (v elektronickej forme). Následne dňa 20.10.2011, dňa 11.01.2011 a dňa 22.02.2011 sa žalobca dostavil pred správcu dane za účelom podania vysvetlení. Okrem iného dňa 11.04.2011 a 31.05.2011 boli doručené správcovi dane vysvetlenia žalobcu (písomné podania) k daňovej kontrole. Dňa 02.01.2014 bolo žalobcovi doručené „Oboznámenie daňového subjektu v súvislosti s daňovou kontrolou za zdaňovacie obdobia január 2006 až december 2006“, pričom žalobca na toto podanie reagoval vyjadrením doručeným správcovi dane dňa 10.01.2014. Následne, dňa 18.03.2015, zaslal správca dane žalobcovi „Oboznámenie daňového subjektu v súvislosti s daňovou kontrolou za zdaňovacie obdobia január 2006 až december 2006“, kde uviedol ďalšie zistené výsledky predmetnej daňovej kontroly. Na základe výsledkov následne vypracoval správca dane protokol zo dňa 06.03.2015. V tomto uviedol všetky zistené výsledky daňovej kontroly za zdaňovacie obdobie január 2006 až december 2006, dokumenty a iné podklady, na základe ktorých dospel k týmto výsledkom. V súvislosti s týmto protokolom bolo následne vykonané ústne pojednávanie dňa 15.04.2015, kde došlo k jeho prerokovaniu so žalobcom. Žalobcovi bol dňa 20.05.2015 doručený v úvode odôvodnenia tohto rozsudku opísaný dodatočný platobný výmer, proti ktorému podal žalobca odvolanie. O odvolaní rozhodol žalovaný žalobou napadnutým rozhodnutím. Odôvodnenia rozhodnutí správnych orgánov vydaných v administratívnom konaní sú obdobné ako vyjadrenie k žalobe. K jednotlivým častiam týchto rozhodnutí a k skutočnostiam medzi účastníkmi sporným sa súd detailnejšie vyjadril nižšie v odôvodnení tohto rozsudku. 2. Žalobou napadnutým rozhodnutím zo dňa 19.08.2015 žalovaný potvrdil rozhodnutie vydané správcom dane (Daňový úrad pre vybrané subjekty) č. 361867/2015 zo dňa 29.04.2015, ktorým správca dane nepriznal žalobcovi nadmerný odpočet DPH za zdaňovacie obdobie február 2006 vo výške X.XXX.XXX,XX eur, ale naopak určil vlastnú daňovú povinnosť za toto obdobie v sume XX.XXX,XX eur. 3. Z pripojeného administratívneho spisu súd zistil skutočnosti, ktoré neboli medzi účastníkmi sporné tak, ako boli nimi opísané v ich písomných podaniach. Rozhodnutie žalovaného boli odôvodnené obdobné ako vyjadrenie k žalobe. K jednotlivým častiam tohto rozhodnutia a k skutočnostiam medzi účastníkmi sporným sa súd detailnejšie vyjadril nižšie v odôvodnení v časti VII. tohto rozsudku. II. Žaloba 4. Včas podanou žalobou sa žalobca domáhal preskúmania zákonnosti rozhodnutia žalovaného ako aj jemu predchádzajúceho rozhodnutia správcu dane, žiadal ich zrušiť a vec vrátiť orgánu verejnej správy prvého stupňa na ďalšie konanie. 5. Žalobca namietal, že správny orgán prvého stupňa nevykonal žiadny z dôkazov navrhnutých žalobcom vo vyjadrení k protokolu a v odvolaní proti dodatočnému platobnému výmeru. Podľa žalovaného tiež napadnuté rozhodnutia vychádzajú z nesprávneho právneho posúdenia veci a zistenie skutkového stavu je nedostačujúce na posúdenie veci. 6. Podľa názoru žalobcu, že žalovaný neprihliadal na prechodné ustanovenie č. I. § 165 ods. 5 zákona č. 563/2009 Z.z. o správe daní (Daňový poriadok) a o zmene a doplnení niektorých zákonov v znení neskorších predpisov (ďalej len „DP“) a doplnenie odvolania posudzoval nie podľa § 46 ods. 7 zákona č. 511/1992 Zb. o správne daní a poplatkov a o zmenách v sústave územných finančných orgánov v znení neskorších predpisov (ďalej len „ZSDP“) ale podľa § 72 ods. 3 DP a uzavrel, že bolo podané oneskorene. Žalovaný teda pri posudzovaní odvolania neposudzoval celý obsah odvolania ale podľa neúčinného právneho predpisu rozhodoval len na základe jednej časti odvolania. 7. Žalobca v žalobe uviedol, že v období február 2006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Z.z. o dani z pridanej hodnoty v znení neskorších predpisov (ďalej aj ako „zákon o DPH“ alebo „ZDPH“). Podľa žalobcu žalovaný nezohľadnil skutočnosti, ktoré mal zohľadniť, pričom poukázal na rozsudok Najvyššieho súdu SR sp. zn. 5Sžf/12/2010. 8. Žalobca poukázal na skutočnosť, že pri reťazci transakcií, ako ho chápe žalobca, je tovar postupne predávaný a kupovaný viacerými účastníkmi a nakoniec dodaný poslednému odberateľovi. Z pohľadu občianskeho práva jednotliví účastníci môžu ale aj nemusia, nadobúdať k tovaru vlastníctvo. Na účely dane z pridanej hodnoty, vzhľadom na existenciu špeciálnej definície „dodania tovaru", každá transakcia predaj/kúpa predstavuje zdaniteľný obchod, t.j. dodanie tovaru. Svoje argumenty podporil rozsudkami ESD vo veci C-430/09 Euro Tyre Holding B.V. a vo veci C-245/04 EMAG Handel Eder OHG. 9. Žalobca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ZSDP), ktorým možno objasniť okolnosti rozhodujúce (nielen cieľovo pre správne určenie daňovej povinnosti), pre posúdenie toho - ktorého výdavku, lebo tieto vo svojom súhrnne aj jednotlivo podmieňujú správnosť určenia dane“. „Za situácie, keď právo umožňuje rozdielny výklad, nemožno pri riešení prípadu obísť fakt, že na poli verejného práva (daňového práva) štátne orgány môžu konať len to, čo im zákon výslovne umožňuje (na rozdiel od občanov, ktorí môžu konať všetko, čo nie je zakázané).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postupujú voči daňovému subjektu miernejšie (in dubio mitius)“. Žalobca zároveň poukázal aj na nález Ústavného súdu SR, sp. zn. I. ÚS 241/07 zo dňa 18.09.2008. 10. Žalobca zdôraznil, že nevykonal dopravu tovaru z územia členského štátu, ani neobstarával jeho prepravu a ani nijako neznášal náklady s týmto spojené. Tovar bol na územie Slovenskej republiky prepravený v mene a na účet inej osoby, ktorej totožnosť nie je toho času žalobcovi známa. Vec opísal tak, že tovar predala spoločnosť A spoločnosti B, tá ho následne predala spoločnosti C atď., ktorá ho predala spoločnosti N. Identita a počet spoločností v reťazi transakcií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M je dodávateľom žalobcu (spoločnosť O). Z argumentácie ESD uvedenej vyššie potom vyplýva, že k intrakomunitárnemu dodaniu došlo medzi spoločnosťami A až M a niektoré z nich aj musela prepravu na Slovensko obstarať i zaplatiť. Dodanie tovaru spoločnosťou M spoločnosti O sa teda uskutočnilo po tomto intrakomunitárnom dodaní a keďže tovar sa nachádzal na území SR, šlo o vnútroštátne dodanie, ktoré podľa § 13 ods. 1 písm. c) ZDPH podlieha slovenskej dani z pridanej hodnoty. 11.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sa dodanie platiteľovi uskutočňuje v štáte určenia zásielky, t.j. Slovenskej republiky a je s prihliadnutím na ostatné okolnosti predmetom dane podľa § 2 ods. 1 písm. a) ZDPH. 12. Žalobca argumentoval tým,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 konaní bolo nepochybne ovplyvnené tým, aké dôkazné prostriedky sa v rámci týchto kontrol vykonali, aké ďalšie informácie a akú súčinnosť iné kontrolované daňové subjekty poskytli a či a ako si plnili svoje procesné povinnosti. T.j. skutkové zistenia iných správcom dane vôbec nemusia zodpovedať skutkovému stavu, ako by ho zistil správca dane v rámci tejto daňovej kontroly na základe dôkazov vykonaných priamo v rámci tejto daňovej kontroly. Takýto postup získavania „dôkazov“ nezodpovedá § 29 ods. 4 ZSDP. 13. Záverom žalobca namietal, že nebol oboznámený s obsahom protokolov z daňových kontrol vykonaných u iných daňových subjektov. Bolo pre neho zarážajúce, že po piatich rokoch trvania daňovej kontroly správny orgán označil za „rozhodujúce zdroje dôkazov“ iba inštitúty dožiadania a medzinárodnej výmeny informácií a protokoly z daňových kontrol dodávateľov platiteľa. III. Vyjadrenie žalovaného 14. Žalovaný sa vyjadril k žalobe písomným podaním doručením súdu dňa 18.01.2016, zotrval na svojom doterajšom právnom názore, žalobu považoval za nedôvodnú a žiadal ju zamietnuť. 15. Uviedol, že daňovú kontrolu vykonával správca dane v zmysle § 15 od. 3 zákona č. 511/1992 Zb. o správe daní a poplatkov a o zmenách v sústave územných finančných orgánov v znení neskorších predpisov (ďalej aj ako „zákon o správe daní“) na podnet orgánov činných v trestnom konaní (Zápisnica o začatí daňovej kontroly 500/322/9002/10/Vlc zo dňa 15.04.2010). Dňa 23.02.2010 boli kontrolovanému daňovému subjektu zadržané doklady Prezídiom policajného zboru, Úradom boja proti korupcii, Odborom boja proti korupcii Východ, Rastislavova 69, 040 01 Košice (ďalej len „.PPZ, UBOK“) aj za kontrolované zdaňovacie obdobia január 2006 až december 2006. Kontrolovaný daňový subjekt poskytol správcovi dane v technickej forme, v .pdf formáte záznamy podľa § 70 zákona o DPH za zdaňovacie obdobia január 2006 až december 2006, hlavné knihy za zdaňovacie obdobia január 2006 až december 2006, knihy dodávateľských faktúr a odberateľských faktúr za zdaňovacie obdobia január 2006 až december 2006. Okrem uvedených dokladov a evidencií pri výkone daňovej kontroly správca dane využil ako dôkazný prostriedok výsledky tuzemských dožiadaní, odpovedí na žiadosti o medzinárodnú výmenu daňových informácií, výsledky preverovaní vykonaných v rámci daňových kontrol u dodávateľa INCITY s.r.o. za kontrolované zdaňovacie obdobia, ktorí boli súčasťou vyšetrovania PPZ, UBOK. 16. Ďalej žalovaný uviedol, že v priebehu výkonu daňovej kontroly daňový subjekt na výzvu správca dane podával vyjadrenia k zisteniam, o ktorých správca dane spísal zápisnicu z ústneho pojednávania č.500/322/4324/11/Vle zo dňa 22.02.2011. K uvedenej zápisnici daňový subjekt podal vyjadrenie č. 8224 dňa 11.04.2011, ďalej spísal zápisnicu z ústneho pojednávania č. 9900450/5/239550/2015/ Vlc, ku ktorej podal platiteľ vyjadrenie dňa 31.05.2011 č. 12148. Správca dane v dostatočnom časovom priestore oboznámil platiteľa zo zistenými skutočnosťami listom č. .9900450/5 5587115/2013/ Vlc zo dňa 16.12.2013, ku ktorým sa platiteľ vyjadril dňa 10.01.2014 listom č. 98756/2014. S predbežnými výsledkami daňovej kontroly bol daňový subjekt kompletne oboznámený listom č. 9900450/5/5587115/2013/Vlc zo dňa 16.12.2013, ďalej bol daňový subjekt oboznámený s predbežnými výsledkami daňovej kontroly listom č. 99450/5/239550/2015 zo dňa 02.03.2015. Podľa jeho názoru žalobca mal dostatok časového priestoru a možností, aby preukázal vierohodnosť, správnosť a úplnosť evidencii a záznamov, ktoré je povinný viesť, ako aj oprávnenosť odpočítania dane v súlade s ustanovením § 49 zákona o DPH. Toto svoje zákonné právo daňový subjekt nevyužil. Okrem vyjadrovania v procese kontroly, oboznamovania s výsledkami zistení v priebehu kontroly a pochybnosťami správcu dane, ktoré mohol platiteľ riadne preukazovať využil svoje právo nahliadať do spisu. Z pohľadu uplatnenia jeho práv v procese výkonu daňovej kontroly nebolo preukázané pochybenie zo strany správcu dane. 17. Ohľadom daňovej kontroly žalovaný konštatoval, že správca dane začal daňovú kontrolu v zmysle zákona o správe daní a ukončil daňovú kontrolu v zmysle § 165 ods. 4 Daňového poriadku, podľa ktorého daňová kontrola začatá a neukončená pred účinnosťou tohto zákona sa dokončí podľa doterajších predpisov. t.j. podľa zákona o správe daní. Správca dane viedol preverovanie a dokazovanie v zmysle príslušných ustanovení zákona o správe daní. Podľa § 29 ods. 2 zákona o správe daní správca dane dbá, aby skutočnosti rozhodujúce pre správne určenie daňovej povinnosti boli zistené čo najúplnejšie, a nie je pritom viazaný iba návrhmi daňových subjektov. Správca dane pri dokazovaní dbal, aby skutočnosti nevyhnutné pre účely správy daní boli zistené čo najúplnejšie. Podľa § 2 ods. 3 zákona správca dane hodnotí dôkazy podľa svojej úvahy, a to každý dôkaz jednotlivo a všetky dôkazy V ich vzájomnej súvislosti, pritom prihliada na všetko, čo v daňovom konaní vyšlo najavo. Z uvedeného dôvodu správca dane nemohol neprihliadnuť na výsledky vykonaných kontrol u daňového subjektu s možným vzájomným prepojením alebo stretom a tieto náležite vyhodnotil. Podľa § 15 ods. 19 zákona o správe daní lehoty na vykonanie daňovej kontroly podľa odsekov 17 a 18 neplatia, ak sa daňová kontrola vykonáva na požiadanie orgánov činných v trestnom konaní. Správca dane očakával výsledky z prebiehajúceho trestného konania, ktoré mal v úmysle zapracovať do zistení uvedených v protokole. Na základe uvedených dôvodov trvala predmetná daňová kontrola 5 rokov. 18. Ďalej žalovaný uviedol, že predmetný dodatočný platobný výmer bol žalobcovi doručený dňa 20.05.2015. Žalobca podal odvolanie proti predmetnému rozhodnutiu v zákonnej lehote dňa 04.06.2015 a toto odvolanie doplnil dňa 19.06.2015. Doplnenie dokazovania, ktoré žalobca navrhol v bode 2 odvolania proti dodatočnému platobnému výmeru, bolo v rozpore s ustanovením § 15 ods. 10 zákona o správe daní, v zmysle ktorého kontrolovaný daňový subjekt je oprávnený písomne sa vyjadriť k protokolu najneskôr do 8 pracovných dní odo dňa doručenia protokolu. Zmeškanie lehoty nie je možné odpustiť. Z uvedeného dôvodu nebolo možné navrhované dokazovanie vykonať. Spôsob dokazovania mal možnosť žalobca navrhnúť v priebehu výkonu daňovej kontroly, čo však nevykonal. Odvolacie konanie bolo začaté dňa 04.06.2015 a teda podlieha právnej úprave zakotvenej v ustanoveniach § 72 Daňového poriadku. Doplnenie odvolania proti dodatočnému platobnému výmeru č. 361919/2015 z 29.04.2015, ktoré daňový subjekt podal dňa 19.06.2015, správca dane posúdil ako neprípustné z dôvodu jeho podania po určenej lehote. Rozhodnutie správcu dane bolo žalobcovi doručené 20.5.2015. Od tohto dátumu začína plynúť lehota na podanie odvolania ako aj jeho doplnenia. Odvolanie spolu s jeho možným doplnením malo byť podané správcovi dane do 4.6.2015. Doplnenie odvolania bolo správcovi dane doručené 19.6.2015 t.j. po zákonom stanovenej lehote. Žalovanému nie je zrejmé, na základe čoho dospel žalobca k záveru, že v dôsledku včas podaného odvolania s odvolaním sa na odkladný účinok odvolania, ktorý znamená, že odvolaním napadnutý dodatočný platobný výmer nenadobudol právoplatnosť, vyrubovacie konanie vedené podľa ustanovení zákona o správe daní pokračovalo ďalej. V zákone o správe daní nie je upravený dátum ukončenia vyrubovacieho konania, ako je tomu v prípade daňového poriadku, podľa ktorého vyrubovacie konanie končí dňom doručenia rozhodnutia daňovému subjektu. 19. Žalovaný poukázal taktiež na skutočnosť, že pri výkone daňovej kontroly, ako aj vo vyrubovacom konaní konal správca dane v súlade s príslušnými ustanoveniami daňového poriadku a zákona o DPH. Nedošlo k ukráteniu žalobcu na jeho zákonných procesných právach, žalobca mal právo sa vyjadrovať ku všetkým zisteniam, ktoré vyšli najavo v priebehu daňovej kontroly, ale toto právo nevyužil. Z uvedeného vyplýva, že správca dane postupoval aj v intenciách rozsudku Najvyššieho súdu č. 5Sžf/12/2010 zo dňa 26.10.2010, na ktorý sa žalobca podanej žalobe odvoláva. Žalovaný poukázal na rozsudok Najvyššieho súdu č. 5 Sžf/97/2009 zo dňa 27.01.2010. Všetky dôkazné prostriedky, ktoré správca dane využil počas výkonu daňovej kontroly, boli získané v súlade so všeobecne záväznými právnymi predpismi a závery z kontroly, spísané v protokole č. 9900450/5/441971/2015/Vlc zo dňa 06.03.2015 sú v súlade s platnou legislatívou Slovenskej republiky, technickými normami a právom Európskej únie. Predmetný dodatočný platobný výmer a rozhodnutie Finančného riaditeľstva SR boli vydané v súlade s platnou legislatívou Slovenskej republiky a obsahovali všetky zákonom predpísané náležitosti. V rámci výkonu daňovej kontroly správca dane formou dožiadaní a medzinárodnej výmeny daňových informácií preveroval skutočnosti súvisiace s obchodmi, ktoré deklaroval platiteľ. Predmetné preverovanie správca dane vykonával z dôvodu správneho posúdenia vzniku daňovej povinnosti v tuzemsku u obchodných partnerov daňového subjektu, a tým aj správnosť uplatnenia práva na odpočítanie dane kontrolovaným platiteľom za kontrolované zdaňovacie obdobia v zmysle § 49 až § 51 zákona o DPH. 20. Žalovaný uviedol, že z preverovaní získaných slovenskou daňovou správou a zahraničnou daňovou správou (odpovede na dožiadania, informácie získané prostredníctvom medzinárodnej výmeny daňových informácií) vyplynulo, že predmetné obchody (nákup a predaj tovaru, ktorý bol určený na prepracovanie) platiteľ uskutočňoval v rámci reťazca. Uvedené znamená, že ten istý tovar bol dodávaný medzi viacerými podnikateľmi a bol prepravovaný od nákupu u prvého dodávateľa k poslednému odberateľovi v reťazci. Pri posudzovaní správnosti uplatnenia práva na odpočítanie dane v prípade dodania tovaru v rámci reťazového obchodu je nevyhnutné určiť miesto dodania tovaru. V nadväznosti na uvedenú skutočnosť správca dane pri nákupe toho istého tovaru v rámci reťazca preveroval reálnosť predmetných zdaniteľných obchodov (dodávok tovaru) v rámci celého reťazca, pričom sa zameral na pohyb tovaru, t. j. reálnosť prepravy tovaru a podmienky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Ak sa tovar dodáva bez odoslania alebo prepravy, miestom dodania je podľa § 13 ods. 1 písm. c) zákona o DPH miesto, kde sa tovar nachádza v čase, keď sa jeho dodanie uskutočňuje. V prípade žalobcu správca dane v kontrolovanom zdaňovacom období zistil porušenie § 49 ods. 1 zákona o DPH, v zmysle ktorého právo odpočítať daň z tovaru alebo zo služby vzniká platiteľovi v deň, keď pri tomto tovare alebo službe vznikla daňová povinnosť. 21. Kontrolou dokladov získaných od PPZ ÚBOK Košice bolo ďalej zistené, že platiteľ si v kontrolovanom zdaňovacom období odpočítal daň v celkovej sume XX.XXX,XX eur z nákupu tovaru na základe faktúr vyhotovených dodávateľom INCITY s.r.o., Kysucká 14, 040 11 Košice. Za účelom preverenia skladových priestorov a vykonávania ekonomickej činnosti vyššie uvedeného dodávateľa správca dane zaslal dožiadanie miestne príslušnému správcovi dane, v tom čase Daňovému úradu Košice I. Správca dane prijal odpoveď na predmetné dožiadanie, z ktorej vyplynulo, že miestne príslušný správca dane vykonal u platiteľa INCITY s.r.o. miestne zisťovanie (Zápisnica č. j. 695/320/8433/2010/God) s tým záverom, že uvedený platiteľ nemá žiadne skladové priestory. Za účelom preverenia uvedených zdaniteľných obchodov, prepravnej trasy tovaru a zmluvného vzťahu prepravy správca dane zaslal Daňovému úradu Košice 1 ako miestne príslušnému správcovi dane dodávateľa INCITY s.r.o. dňa 06.10.2010 dožiadanie. V odpovedi na uvedené dožiadanie Daňový úrad Košice 1 uviedol, že nemohol preveriť požadované skutočnosti z dôvodu, že nemal k dispozícii účtovné doklady a listinné dôkazy. Zároveň informoval Daňový úrad pre vybrané daňové subjekty, že u daňového subjektu INCITY s.r.o. za uvedené zdaňovacie obdobie určil daň podľa pomôcok. Platiteľ INCITY s.r.o. vyhotovil pre žalobcu faktúry za predaj tovaru s vyčíslením slovenskej DPH, ktorú platiteľ požadoval zaplatiť. Prijatie faktúr s formálne splnenými náležitosťami podľa § 71 zákona o DPH ešte nezakladá podmienku možnosti uplatnenia práva na odpočítanie dane z prijatých faktúr. Platiteľovi INCITY s.r.o. platenie dane uvedenej na odberateľských faktúrach za predaj tovaru vyplývalo z ustanovenia § 71 ods. 6 zákona o DPH a nie z dôvodu vzniku daňovej povinnosti pri dodaní tovaru v tuzemsku. V zmysle § 71 ods. 6 zákona o DPH, ak platiteľ vo faktúre alebo inom doklade o predaji uvedie vyššiu sumu dane, ako je povinný platiť podľa tohto zákona, je povinný platiť túto vyššiu sumu dane (viď aj článok 203 smernice Rady 2006/112 o spoločnom systéme dane z pridanej hodnoty v zmysle cit. článku platí daň každá osoba, ktorá uvedie túto daň na faktúre). Právo na odpočítanie dane u žalobcu sa nevzťahuje na daň, ktorá je splatná len z dôvodu, že ju platiteľ INCITY s.r.o. uviedol na faktúre. Samotné dodávateľské faktúry, vyhotovené pre žalobcu,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22. Ďalej žalovaný uviedol, že platiteľ INCITY s.r.o. dodal tovar formou reťazových obchodov, t.j. ten istý tovar bol prepravovaný od nákupu u prvého dodávateľa v inom členskom štáte k poslednému odberateľovi v reťazci. Podľa CMR dokladov, priložených ku faktúram získaným od PPZ ÚBOK Košice, bola preprava tovaru vykonaná z iného členského štátu (Holandsko) do tuzemska. Pri posudzovaní správnosti uplatnenia práva na odpočítanie dane v prípade dodania tovaru v rámci reťazového obchoduje je nevyhnutné určiť miesto dodania tovaru a tým aj vznik daňovej povinnosti v tuzemsku. Na základe vyššie uvedených skutočností miesto dodania tovarov sa určuje podľa § 13 ods. 1 písm. a) zákona o DPH, v zmysle ktorého ak je dodanie tovaru spojené s odoslaním alebo prepravou tovaru, je miestom dodania tovaru miesto, kde sa tovar nachádza v čase, keď sa preprava alebo odosielanie začína uskutočňovať, t. j. iný členský štát. Fakturované dodávky tovaru neboli predmetom dane v tuzemsku v zmysle § 2 ods. 1 písm. a) zákona o DPH, preto dodávateľovi INCITY s.r.o. nevznikla daňová povinnosť v tuzemsku podľa § 19 ods. 1 zákona o DPH. Platiteľ SD spoločnosť, s.r.o. nemal právo na odpočítanie dane, čím porušil § 49 ods. 1 zákona DPH, v zmysle ktorého právo odpočítať daň z tovaru alebo zo služby vzniká platiteľovi v deň, keď pri tomto tovare alebo službe vznikla daňová povinnosť. Pri dôkaznej povinnosti daňového subjektu to znamená. že ak správca dane na základe určitých informácií nadobudol závažné pochybnosti o pravdivosti, hodnovernosti predložených dokladov, či vyjadrenie nemusel tieto uznať ako relevantné, ak kontrolovaný daňový subjekt ich hodnoverne nepreukázal. Podmienky určené zákonom o DPH pre odpočítanie dane sú hmotnoprávnymi podmienkami. ktorých splnenie musia preukázať platitelia. Dôkazná povinnosť v daňovom konaní je na daňovom subjekte. Kontrolovaný daňový subjekt vzhľadom na správcom dane zistené skutočnosti, nepredložil také dôkazy, ktoré by zodpovedali reálnemu skutkovému stavu prepravy tovaru nakúpeného V rámci reťazového obchodu vyhotovené daňové doklady faktúry, prepravné doklady a iné doklady vyhotovené v súvislosti s predajom a nákupom tovaru samy o sebe ešte nepreukazujú uskutočnenie, resp. prijatie zdaniteľného obchodu tak, ako je na faktúre resp. inom doklade deklarované. Z hľadiska nároku na odpočítanie dane sú použiteľné len vtedy, ak skutočnosti v nich uvedené majú reálny a pravdivý základ. Preverované doklady predložené kontrolovaným platiteľom sú len tvrdením o určitej skutočnosti, ktorá v preverovaných prípadoch nezodpovedala realite. 23. V rámci výkonu predmetnej daňovej kontroly správca dane postupoval v zmysle zásad daňového konania podľa § 2 ZSDP, pričom chránil záujmy štátu a dbal pritom na zachovávanie práv a právom chránených záujmov daňového subjektu. V podanej žalobe žalobca vykladá hypoteticky v nadväznosti na smernicu rady č. 2006/112/ES z28.11.2006 a rozsudkov ESD uskutočňovanie zdaniteľných obchodov dodanie tovaru, dodanie služby, nadobudnutie tovaru v tuzemsku z iného členského štátu a dovoz tovaru. Tieto tvrdenia žalobcu sú podľa žalovaného čisto teoretické, nezakladajú sa na materiálnej pravde a správca dane a žalovaný ich vyvrátil získanými dôkazmi v rámci predmetnej kontroly, ktoré uviedol v svojom rozhodnutí a zároveň vo svojom vyjadrení. K predmetnému obchodu tak ako to tvrdí žalobca nedošlo a v tomto prípade správanie žalobcu mohlo viesť k získaniu listinných podkladov (faktúr a dokladov) pre uplatnenie si vstupu na DPH a z týchto odkladov následné uplatnenie odpočítania dane. Takéto konanie žalobcu vykazuje znaky získania daňovej výhody a zmysle rozhodnutia Súdneho dvora EU vo veci C-255/02 Halifax. užitie práva. Právny rámec medzinárodnej administratívnej spolupráce v oblasti DPH upravuje v rámci členských štátov EU Nariadenie Rady (ES) č. 1798/2003 zo 7. októbra 2003 o administratívnej spolupráci v oblasti dane z pridanej hodnoty, ktoré je špecifickým predpisom pre oblasť DPH a upravuje práva a povinnosti členských štátov pre administratívnu spoluprácu vnútri EU s účinnosťou od 01.01.2004. Ustanovenie § 49 ZDPH vymedzuje právo platiteľa dane na odpočítanie dane. Toto právo Vzniká v deň, keď pri tomto tovare alebo službe vznikla daňová povinnosť (§ 19 ZDPH). Ide o všeobecný princíp, ktorý ešte neznamená automatické odpočítanie dane. Splnenie podmienok pre uplatnenie nároku na odpočítanie dane podľa ustanovenia §29 ods. 8 ZSDP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ťažisko dôkazného bremená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Faktúry musia jednoznačne preukazovať všetky znaky vyžadovanej skutočnosti objekt, subjekt i právnu skutočnosť. Ako dôkaz sú použiteľné len vtedy, ak údaje v nich uvedené pravdivo odrážajú skutočnosť. Overenie oprávnenosti odpočítania dane znamená objasnenie všetkých okolností, ktoré Umožnia prijať závery, či podmienky boli splnené, či nárok pre nesplnenie hoci len jednej zo všetkých vyžadovaných podmienok nie je vylúčený. 24. Z vyššie uvedených skutočností, ako aj z predloženého spisového materiálu a vykonaného dokazovania dospel žalovaný k názoru, že správca dane daňovou kontrolou a šetrením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č. 222/2004 Z.z. v znení neskorších predpisov.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Daňový subjekt nepredložil dôkazy, ktoré by uskutočnenie zdaniteľného obchodu potvrdzovali. 25. Záverom uviedol žalovaný k námietke žalobcu ohľadom odôvodnenia rozhodnutia, že žalobou napadnuté rozhodnutie má presvedčivo a dostatočne štruktúrované odôvodnenie, v ktorom sú uvedené všetky dôkazy, skutkový stav, vysporiadanie sa s námietkami žalobcu v jeho odvolaní, dôvody a úvahy žalovaného na základe ktorých pristúpil k nepriznaniu odpočítania dane. Takto vypracované rozhodnutie spĺňa zákonom stanovenú podmienku v zmysle § 30 ods. 3 ZSDP preto nemôže byť posúdené ako nepreskúmateľné, nakoľko konal v zmysle § 2 cit. zákona. Záver, že žalobca neuniesol dôkazné bremeno, a preto nebolo možné uznať odpočítanie dane zo sporných faktúr, je záverom, ktorý logicky vyplýva z vykonaného dokazovania. IV. Osoba zúčastnená na konaní 26. Na základe návrhu spoločnosti GRAPP s.r.o. rozhodol správny súd uznesením sp. zn. 2S/254/2015 zo dňa 08.03.2018, právoplatným dňa 27.03.2018, o priznaní postavenia osoby zúčastnenej na konaní uvedenej spoločnosti. V. Relevantné právne predpisy 27. Podľa § 2 ods. 1 písm. a/ zákona o DPH predmetom dane je dodanie tovaru za protihodnotu v tuzemsku uskutočnené zdaniteľnou osobou, ktorá koná v postavení zdaniteľnej osoby. 28.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29.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30. Podľa § 49 ods. 1 zákona o DPH právo odpočítať daň z tovaru alebo zo služby vzniká platiteľovi v deň, keď pri tomto tovare alebo službe vznikla daňová povinnosť. 31.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32.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33.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VI. Rozhodnutie Krajského súdu v Bratislave a Najvyššieho súdu SR 34. Krajský súd v Bratislave vo veci rozhodol rozsudkom č.k. 2S/254/2015-68 zo dňa 30.05.2018, ktorým napadnuté rozhodnutie žalovaného Finančného riaditeľstva Slovenskej republiky č. 1307866/2015 zo dňa 19.08.2015 ako aj rozhodnutie Daňového úradu pre vybrané subjekty č. 361867/2015 zo dňa 29.04.2015 zrušil podľa § 191 ods. 1 písm. e/ SSP a vec vrátil žalovanému na ďalšie konanie. 35. Žalovaný podaním doručeným dňa 07.08.2018 proti rozsudku krajského súdu podal kasačnú sťažnosť. 36. Najvyšší súd SR rozsudkom sp. zn. 8Sžfk/15/2019 zo dňa 28.11.2019 zrušil rozsudok Krajského súdu v Bratislave a vec mu vrátil na ďalšie konanie. 37. Najvyšší súd poukázal na svoje skoršie rozhodnutia, z ktorého vyplýva právny záver o zákonnosti žalobou napadnutých rozhodnutí, pričom zaviazal krajský súd, aby v ďalšom konaní v zmysle uvedených právnych názorov kasačného súdu (§ 469 SSP) opätovne rozhodol. 38. Krajský súd v Bratislave ako súd vecne a miestne príslušný na konanie vo veci (§ 10, § 11 ods. 1 S.s.p.) opätovne súc viazaný právnym názorom vysloveným Najvyšším súdom SR v zrušujúcom rozhodnutí preskúmal napadnuté rozhodnutie v rozsahu dôvodov uvedených v žalobe, ako aj konanie, ktoré mu predchádzalo a dospel k záveru, že v intenciách žalobných námietok žalobe nemožno vyhovieť. VII. Právne posúdenie veci 39. Ako už správny súd vyššie uviedol, je právnym názorom vyjadreným v rozhodnutí súdu vyššieho súdu (kasačného súdu) v predmetnej veci v zrušujúcom rozsudku viazaný. Preto za daných okolností javí sa ako vhodné a účelné poukázať na odôvodnenie rozsudku Najvyššieho súdu SR sp. zn. 8Sžfk/15/2019 zo dňa 28.11.2019, z ktorého záväzný právny záver vyplýva: „Kasačný súd po oboznámení sa s rozsahom a dôvodmi kasačnej sťažnosti proti napadnutému rozsudku správneho súdu preskúmal rozsudok správneho súdu, ako aj konanie, ktoré mu predchádzalo, skúmal aj napadnuté rozhodnutia žalovaného správneho orgánu a konanie mu predchádzajúce najmä z toho pohľadu, či sa správny súd vysporiadal so všetkými zásadnými námietkami uvedenými v žalobe a z takto vymedzeného rozsahu, či správne posúdil zákonnosť a správnosť napadnutého rozhodnutia žalovaného správneho orgánu. Účelom daňového konania je zistenie, či si daňové subjekty splnili v súlade s príslušnými hmotnoprávnymi predpismi svoje povinnosti voči štátnemu rozpočtu. Daňový poriadok preto zakotvuje oprávnenia daňových orgánov, aby mohli zisťovať, či daňové subjekty si splnili svoje povinnosti stanovené príslušnými hmotnoprávnymi predpismi. Keďže ide o fiškálne záujmy štátu, daňový poriadok obsahuje osobitnú úpravu zisťovania preverovania základu dane alebo iných skutočností rozhodujúcich pre správne určenie dane alebo vznik daňovej povinnosti daňového subjektu. Primárnou skutočnosťou, ktorá bola predmetom administratívneho daňového konania boli kontrolné zistenia správcu dane, v ktorých tento spochybnil materiálny základ zdaniteľných plnení - dodanie tovaru/ suroviny (zinok a Cu katóda) z dodávateľských faktúr č. 06-02-04 zo 6. februára 2006, č. 06-02-05 z 9. februára 2006, č. 06-02-24 zo 17. februára 2006 a č. 06-02-30 z 27. februára 2006; od dodávateľa INCITY s.r.o. V posudzovanej veci vykonal správca dane daňovú kontrolu za zdaňovacie obdobia január 2006 až december 2006 na podnet orgánov činných v trestnom konaní (OCTK) na základe Zápisnice o začatí daňovej kontroly č. 500/322/9002/10/Vlc z 15. apríla 2010 a táto bola ukončená na základe protokolu z kontroly zo 6. marca 2015. Protokol bol žalobcovi doručený s výzvou na vyjadrenia sa k zisteniam z daňovej kontroly v ňom uvedeným a so žalobcom bol prerokovaný 15. apríla 2015. Kľúčovou otázkou vo veci bolo posúdenie, či záver správcu dane a žalovaného o nesplnení zákonných podmienok na odpočítanie dane v zmysle § 49 ods. 1 a 2 písm. a) v nadväznosti na § 51 ods. 1 písm. a) zákona o DPH z dokladov vzťahujúcich sa na kontrolované zdaňovacie obdobie február 2006, ktorými žalobca deklaroval nákup tovaru od dodávateľa INCITY s.r.o., predchádzalo zistenie skutkového stavu dostačujúce na riadne posúdenie veci a či vec bola správcom dane a žalovaným správne právne posúdená. V predmetnej veci správny súd po preskúmaní napadnutého rozhodnutia žalovaného a rozhodnutia správcu dane tieto zrušil a vec vrátil žalovanému na ďalšie konanie, pretože dospel k záveru, že argumentácia daňových orgánov uvedená v preskúmavaných rozhodnutiach nie je podložená skutkovými zisteniami odôvodňujúcimi prijatie záveru uvedeného vo výroku rozhodnutia správcu dane. Z bodu 51 napadnutého rozsudku možno vyvodiť tiež názor správneho súdu, že v prípade pochybností o reálnosti deklarovaných obchodov bolo potrebné vytvoriť žalobcovi priestor pre preukázanie hodnovernosti predložených účtovných dokladov vykonaním navrhnutých dôkazov. Preto správny súd po vrátení veci žalovanému uložil doplniť dokazovanie v naznačenom smere (k protiprávnosti daňového priznania podaného žalobcom a k dôvodnosti odopretia odpočtu DPH) a následne vydať vo veci nové rozhodnutie s náležitým odôvodnením. Neušlo ale pozornosti kasačného súdu, že v bode 42 citovaného rozsudku správny súd konštatoval arbitrárnosť rozhodnutia daňových orgánov k záveru, že žalobcovmu dodávateľovi nevznikla v tuzemsku daňová povinnosť pri dodávkach tovaru, ktorého existenciu správca dane preveroval. Správny súd ďalej vytýkal daňovým orgánom, že na základe zhromaždených skutkových zistení neoznačili, ktorá z dodávok v reťazci transakcií od prvotného dodania z krajiny pôvodu tovaru až po preverované nadobudnutie tovaru žalobcom bola intrakomunitárna, a preto oslobodená od dane, či sa za intrakomunitárnu dodávku považovalo dodanie tovaru žalobcovým dodávateľom, v čom sa prejavil intrakomunitárny rozmer preverovaných obchodov a ako sa premietol do záverov o nepriznaní odpočítania DPH z predmetných obchodov žalobcovi. S uvedeným, navyše si aj vnútorne odporujúcim názorom správneho súdu, sa kasačný súd nemôže stotožniť, pretože dôvody, ktoré správny súd uviedol, by skôr nasvedčovali nepreskúmateľnosti rozhodnutia žalovaného i správcu dane (a teda zrušeniu týchto rozhodnutí podľa §191 ods. 1 písm. d) S.s.p., nie podľa §191 ods. 1 písm. e) S.s.p.). Ak správny súd konštatoval, že v prípade pochybností o reálnosti deklarovaných obchodov bolo potrebné žalobcovi vytvoriť priestor pre preukázanie hodnovernosti predložených účtovných dokladov aj vykonaním navrhnutých dôkazov, zo zistení zadokumentovaných v administratívnom spise nevyplývajú žiadne pochybnosti správcu dane o zachovaní práv kontrolovaného daňového subjektu. Správca dane postupoval v úzkej súčinnosti so žalobcom po celú dobu výkonu daňovej kontroly, oboznamoval ho s priebežnými výsledkami daňovej kontroly, ku ktorým žalobca podával svoje vyjadrenia a o prejednaní týchto boli spísané zápisnice. Žalobca bol riadne oboznámený aj s protokolom z kontroly zo 6. marca 2015 (a to 15. apríla 2015) a s procesnými právami, ktoré mu prináležali. Správca dane z vlastného dokazovania i z podkladov dožiadaní od miestne príslušného správcu dane dodávateľa žalobcu nadobudol dostatok podkladov pre svoj vecne správny záver o zneužití DPH a porušení § 49 ods. 1 a 2 zákona o DPH. Kasačný súd považuje za potrebné poukázať na to, že v kasačnom konaní v obdobnej veci tých istých účastníkov konania v rozsudku vo veci sp. zn. 4Sžfk/43/2017 zo 4. júna 2019 už vyslovil, že zistenie skutkového stavu daňovými orgánmi bolo postačujúce pre riadne posúdenie veci a že správca dane a žalovaný dospeli k vecne správnemu právnemu záveru, a ktorý uviedol, cit.: ,,69. Zo zistených dôkazov, ktoré vykonal správca dane, podľa názoru kasačného súdu jednoznačne vyplýva, že v danom prípade sa jednalo o dodanie tovaru v rámci reťazového obchodu, pri ktorom išlo o predaj toho istého tovaru medzi viacerými obchodnými spoločnosťami. Išlo teda o jednu pohyblivú dodávku v zmysle §13 ods. 1 písm. a) zákona č. 222/2004 Z. z. so začiatkom v štáte EÚ, ktorá bola prerušená v Českej republike, kde boli vodičom vymenené doklady CMR za nové doklady s novým dodávateľom a následne bola prerušená v Slovenskej republike z toho istého dôvodu a ukončená v ďalšom štáte Európskej únie (malo dôjsť k tzv. neutralizácii dokladov).... 73. Na základe vyššie uvedených skutočností je dostatočne zrejmé, že obchodné operácie, vyhotovenie faktúr so slovenskou daňou z pridanej hodnoty medzi platiteľmi na území Slovenska, čiastočné medzinárodné nákladné listy a faktúry za čas prepravnej trasy boli vyhotovované účelovo v rámci jedného reťazového obchodu, na základe čoho kasačný súd konštatuje, že je možné stotožniť sa so závermi správcu dane, že v danom prípade došlo k porušeniu ustanovení § 49 ods. 1 zákona č. 222/2004 Z.z., nakoľko zo zisteného skutkového stavu nesporne vyplynulo, že pohyb tovaru sa uskutočnil od prvého dodávateľa k poslednému odberateľovi s cieľom uplatniť si právo na odpočítanie dane, pričom daňová povinnosť pri dodaní farebných kovov nevznikla, pretože dodanie tovaru dodávateľmi lak, ako to deklaroval žalobca, reálne nevzniklo. “ Obchodné transakcie žalobcu a jeho dodávateľov INCITY s.r.o. a Michal Hromjak- MIDIKOV boli opakovane predmetom konaní pred kasačným súdom, napr. vo veciach vedených pod sp. zn. 8Sžfk/3O/2Ol 8 (zdaňovacie obdobie apríl 2006), sp. zn. 8Sžfk/43/2018 (zdaňovacie obdobie september 2006), sp. zn. 3Sžfk/28/2019 (zdaňovacie obdobie november 2006) alebo sp. zn. 3 Sžfk/26/2019 (zdaňovacie obdobie december 2006), vždy s totožným záverom, že zistenie skutkového stavu daňovými orgánmi bolo postačujúce pre riadne posúdenie veci a že správca dane a žalovaný dospeli k vecne správnemu právnemu záveru. Pre právne posúdenie veci kasačným súdom má zásadný význam aj rozsudok kasačného súdu č. k. 6Sžfk/33/2017 z 21. marca 2018, ktorým bola v kasačnom konaní riešená obdobná otázka iných účastníkov tohto obchodného reťazca (o. i. aj dodávateľa žalobcu v tom čase Midikov s.r.o.). Kasačný súd i v tejto veci vyslovil právny záver o zneužití DPH a porušení § 49 ods. 1, ods. 2 zákona o DPH, keď konštatoval: „ V danom prípade predmetné dodávky tovaru od tuzemských dodávateľov neboli predmetom dane v tuzemsku (t. j. neboli predmetom dane na Slovensku) v zmysle § 2 ods. 1 písm. a) zákona o DPH a tak tuzemským dodávateľom nemohla vzniknúť daňová povinnosť v tuzemsku podľa § 19 ods. 1 zákona o DPH a tým platiteľ Zberné suroviny a. s. nemohol uplatniť právo na odpočítanie dane podľa § 49 ods. 1 zákona o DPH. V zmysle § 49 ods. 1 zákona o DPH právo odpočítať daň z tovaru alebo zo služby vzniká platiteľovi v deň, keď pri tomto tovare alebo službe vznikla daňová povinnosť. “ Vychádzajúc z vyššie uvedeného, kasačný súd po preskúmaní kasačnej sťažnosti v rozsahu jej dôvodov, preskúmaní napadnutého rozsudku správneho súdu s poukazom aj na vyššie uvedené závery v obdobných veciach tých istých účastníkov konania a veci súvisiacej, považoval námietky žalovaného vznesené v kasačnej sťažnosti za dôvodné, a preto napadnutý rozsudok správneho súdu podľa § 462 ods. 1 S.s.p. zrušil a vec vrátil správnemu súdu na ďalšie konanie.“ 40. Vychádzajúc z uvedených skutočností, citovaných právnych predpisov a rozhodnutia Najvyššieho súdu SR správny súd dospel k záveru, že správne orgány oboch stupňov správne zistili skutkový stav a vec správne právne posúdili v intenciách právnej úpravy a v ich konaní sa nevyskytli vady, ktoré by mali negatívny vplyv na zákonnosť ich rozhodnutí. Správny súd preto podľa § 190 SSP žalobu žalobcu ako nedôvodnú zamietol. 41. O náhrade trov konania správny súd rozhodol podľa § 168 SSP a úspešnému žalovanému nepriznal právo na náhradu trov konania, pretože nezistil podmienky, na základe ktorých to možno spravodlivo požadovať. Žalovanému nevznikli ani trovy právneho zastúpenia. Súd nepriznal náhradu trov ani osobe zúčastnenej na konaní podľa § 169 SSP, keďže mu trovy nevznikli v súvislosti s plnením uloženej povinnosti. 42.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https://www.kauzis.sk/judikatura/r/ECLI:SK:KSBA:2020:1015201909.3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