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6S/59/2017 z 7. 10. 2020</w:t>
      </w:r>
    </w:p>
    <w:p>
      <w:r>
        <w:t>Uznesenie Krajského súdu Bratislava z 7. októbra 2020, sp. zn. 6S/59/2017, ECLI:SK:KSBA:2020:1017200438.2</w:t>
      </w:r>
    </w:p>
    <w:p>
      <w:r>
        <w:t>Súd: Krajský súd Bratislava</w:t>
      </w:r>
    </w:p>
    <w:p>
      <w:r>
        <w:t>Spisová značka: 6S/59/2017</w:t>
      </w:r>
    </w:p>
    <w:p>
      <w:r>
        <w:t>ECLI: ECLI:SK:KSBA:2020:1017200438.2</w:t>
      </w:r>
    </w:p>
    <w:p>
      <w:r>
        <w:t>Dátum vydania: 7. 10. 2020</w:t>
      </w:r>
    </w:p>
    <w:p>
      <w:r>
        <w:t>Forma: Uznesenie</w:t>
      </w:r>
    </w:p>
    <w:p>
      <w:pPr>
        <w:pStyle w:val="Heading2"/>
      </w:pPr>
      <w:r>
        <w:t>Text rozhodnutia</w:t>
      </w:r>
    </w:p>
    <w:p>
      <w:r>
        <w:t>Súd: Krajský súd Bratislava Spisová značka: 6S/59/2017 Identifikačné číslo súdneho spisu: 1017200438 Dátum vydania rozhodnutia: 08. 10. 2020 Meno a priezvisko sudcu, VSÚ: JUDr. Otília Belavá ECLI: ECLI:SK:KSBA:2020:1017200438.2 Uznesenie Krajský súd v Bratislave v právnej veci žalobcu: B.. C. A., R. G. XX, XXX XX Ž., zastúpený advokátom JUDr. Václavom Jaroščiakom, so sídlom M. Rázusa 1240/14, 010 01 Žilina, zapísaný v Slovenskej advokátskej komore pod reg.č. 0765, proti žalovanému: Pôdohospodárska platobná agentúra, so sídlom Hraničná 12, 815 26 Bratislava, IČO: 30 794 323, v konaní o správnej žalobe opomenutého účastníka o doručenie rozhodnutia žalovaného č.500/1679/21153/2015 zo dňa 27.09.2016, takto r o z h o d o l : Krajský súd v Bratislave konanie z a s t a v u j e . Krajský súd v Bratislave p r i z n á v a žalobcovi voči žalovanému právo na úplnú náhradu trov konania, o výške ktorej rozhodne správny súd po právoplatnosti tohto rozhodnutia samostatným uznesením. o d ô v o d n e n i e : 1. Žalobou doručenou Krajskému súdu v Bratislave (ďalej len „správny súd“) dňa 23.03.2017 sa žalobca domáhal uloženia povinnosti žalovanému, doručiť žalobcovi rozhodnutie č. 500/1679/21153/2015 zo dňa 27.09.2016 ako opomenutému účastníkovi konania, ktorým žalovaný rozhodol o žiadosti žalobcu o jednotnú platbu na plochu a platbu na poľnohospodárske postupy zo dňa 15.05.2015. 2. Správny súd uznesením sp.zn. 6S/59/2017-38 zo dňa 18.06.2020 uložil žalovanému povinnosť doručiť žalobcovi vydané rozhodnutie č. 500/1679/21153/2015 zo dňa 27.09.2016 v lehote do 15 dní odo dňa doručenia tohto uznesenia, nakoľko dospel k záveru, že žalobca je opomenutým účastníkom administratívneho konania. 3. Žalovaný podaním pod č. 22955/2020/116 zo dňa 15.07.2020, doručeným súdu dňa 23.07.2020 oznámil splnenie súdom uloženej povinnosti, doručiť žalobcovi rozhodnutie č. 500/1679/21153/2015 zo dňa 27.09.2016, na preukázanie čoho zaslal súdu poštovú doručenku. 4. Podľa § 179 ods. 1 zák.č.162/2015 Z.z. Správny súdny poriadok (ďalej len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5. Podľa § 179 ods. 4 SSP, po právoplatnosti uznesenia podľa odseku 1 správny súd konanie zastaví. Správny súd zastaví konanie vždy aj vtedy, ak od vydania napadnutého rozhodnutia alebo opatrenia do podania žaloby opomenutým účastníkom uplynuli viac ako tri roky. 6. Podľa § 179 ods. 5 SSP,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7. Z obsahu spisu mal súd preukázané, že uznesenie sp.zn. 6S/59/2017-38 zo dňa 18.06.2020, ktorým správny súd uložil žalovanému povinnosť doručiť žalobcovi rozhodnutie žalovaného č. 500/1679/21153/2015 zo dňa 27.09.2016, nadobudlo právoplatnosť dňa 19.06.2020. Žalovaný predmetné rozhodnutie doručil žalobcovi, ktoré si prevzal žalobca dňa 07.07.2020, čím boli splnené podmienky na zastavenie konania podľa § 179 ods. 4 veta prvá SSP v spojení s § 99 písm. h) SSP. 8. Podľa § 171 ods. 1 SSP, ak účastník konania procesne zavinil odmietnutie žaloby alebo zastavenie konania, správny súd prizná trovy konania ostatným účastníkom konania. 9. Podľa § 171 ods. 2 SSP, ak účastník konania procesne zavinil trovy konania, ktoré by inak neboli vznikli, správny súd prizná náhradu týchto trov ostatným účastníkom konania. 10. Podľa § 175 ods. 1 SSP, o nároku na náhradu trov konania rozhodne aj bez návrhu správny súd v rozhodnutí, ktorým sa konanie končí. 11. Podľa § 175 ods. 2 SSP, o výške náhrady trov konania rozhodne správny súd po právoplatnosti rozhodnutia, ktorým sa konanie končí, samostatným uznesením, ktoré vydá súdny úradník. 12. Podľa § 175 ods. 3 SSP, lehota na zaplatenie náhrady trov konania nesmie byť kratšia ako 15 dní od právoplatnosti rozhodnutia podľa odseku 2. 13. Súd o nároku na náhradu trov konania rozhodol pri aplikácii ustanovenia § 171 ods. 1, ods. 2 SSP, nakoľko žalobca bol úspešný, keďže bolo vyhovené jeho návrhu na doručenie rozhodnutia žalovaného a je možné konštatovať, že žalovaný procesne zavinil zastavenie konania. O výške náhrady trov konania rozhodne súd po právoplatnosti tohto rozhodnutia, ktorým sa konanie končí, samostatným uznesením, ktoré vydá súdny úradník podľa § 175 ods. 2 SSP. 14. Toto rozhodnutie senát Krajského súdu v Bratislave prijal pomerom hlasov 3:0 (§ 139 ods. 4 SSP v spojení s § 147 ods. 2 SSP).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https://www.kauzis.sk/judikatura/r/ECLI:SK:KSBA:2020:1017200438.2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