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5S/174/2017 z 22. 4. 2020</w:t>
      </w:r>
    </w:p>
    <w:p>
      <w:r>
        <w:t>Uznesenie Krajského súdu Bratislava z 22. apríla 2020, sp. zn. 5S/174/2017, ECLI:SK:KSBA:2020:1017201493.2</w:t>
      </w:r>
    </w:p>
    <w:p>
      <w:r>
        <w:t>Súd: Krajský súd Bratislava</w:t>
      </w:r>
    </w:p>
    <w:p>
      <w:r>
        <w:t>Spisová značka: 5S/174/2017</w:t>
      </w:r>
    </w:p>
    <w:p>
      <w:r>
        <w:t>ECLI: ECLI:SK:KSBA:2020:1017201493.2</w:t>
      </w:r>
    </w:p>
    <w:p>
      <w:r>
        <w:t>Dátum vydania: 22. 4.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5S/174/2017 Identifikačné číslo súdneho spisu: 1017201493 Dátum vydania rozhodnutia: 23. 04. 2020 Meno a priezvisko sudcu, VSÚ: JUDr. Dáša Filová ECLI: ECLI:SK:KSBA:2020:1017201493.2 Uznesenie Krajský súd v Bratislave v právnej veci žalobcu: Krajská prokuratúra Bratislava, Vajnorská 47, 812 56 Bratislava proti žalovanému: Okresný úrad Bratislava, odbor výstavby a bytovej politiky, Tomášikova 46, 832 05 Bratislava, za účasti: 1/ Mestská časť Bratislava - Staré Mesto, Vajanského nábrežie 3, 814 21 Bratislava, právne zastúpený: Advokátska kancelária ŠROBÁR, s.r.o., Laurinská 12/212, 811 01 Bratislava, 2/ JUDr. O. C., N. 4, XXX XX D., adresa na doručovanie: A. XX, C. U., 3/ X.. C. Z., N. 4, XXX XX D., 4/ X.. E. Z., N. 4, XXX XX D., 5/ X.. D. P., V. XX, XXX XX D., 6/ X.. N. V., I. XX, XXX XX D., 7/ N. V., T. 3, XXX XX D., o preskúmanie zákonnosti rozhodnutia žalovaného č. OU-BA-OVBP2-2016/59632/ KVJ zo dňa 27.07.2016, v konaní o späťvzatí žaloby, takto r o z h o d o l : I. Správny súd konanie z a s t a v u j e. II. Žiaden z účastníkov a ani osoby zúčastnené na konaní nemajú právo na náhradu trov konania. o d ô v o d n e n i e : 1. Žalobca sa žalobou doručenou Krajskému súdu v Bratislave dňa 11.09.2017 domáhal preskúmania zákonnosti rozhodnutia žalovaného č. OU-BA-OVBP2-2016/59632/KVJ zo dňa 27.07.2016, ktorým žalovaný zamietol spoločné odvolanie účastníkov konania X.. C. Z., X.. E. Z., X.. D. P., X.. N. V. a N. V. a potvrdil rozhodnutie stavebného úradu Mestskej časti Bratislava-Staré Mesto č. 512/14422/2016/STA- G/19 zo dňa 21.03.2016, ktorým stavebný úrad povolil zmenu dokončenej stavby „Nadstavba bytového domu, prestavba a rozšírenie bytu č. XX, zmena účelu využitia“ jestvujúceho objektu bytového domu súp. č. XXX na ulici N. v Bratislave, k. ú. I. K.. 2. V podaní doručenom správnemu súdu dňa 17.03.2020 žalobca súdu oznámil, že berie správnu žalobu späť v celom rozsahu. V späťvzatí uviedol, že hlavným argumentom podanej žaloby bolo, že v čase vydania rozhodnutia žalovaného č. OU-BA-OVBP2-2016/59632/KVJ z 27.7.2016 a rozhodnutia stavebného úradu prvého stupňa č. 512/14422/2016/STA-G/19 z 21.3.2016, bolo na Okresnom súde Bratislava vedené konanie sp. zn. 5C 32/2015 o určenie neplatnosti zmluvy o nadstavbe a prevode spoluvlastníckeho podielu na bytovom dome na ul. N. č. 4, 811 06 Bratislava, súp. č. XXX zo dňa 7.4.2008, o ktorom konaní mali žalovaný, aj stavebný úrad prvého stupňa vedomosť, a že podanie takejto žaloby a konanie o nej na všeobecnom súde, malo byť v stavebnom konaní posúdené ako predbežná otázka. Toto konanie bolo uznesením Okresného súdu Bratislava I č. k. 5C 32/2015-480 zo dňa 17.9.2019, právoplatným dňa 9.11.2019, zastavené z dôvodu späťvzatia žaloby dňa 18.7.2019. Podľa oznámenia stavebného úradu Mestskej časti Bratislava - Staré Mesto je už v súčasnosti stavba dokončená. 3. Podľa § 63 zákona č. 162/2015 Z. z. Správny súdny poriadok (ďalej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Podľa § 149 ods. 2 SSP, písomné vyhotovenie uznesenia, ktorým sa nerozhodlo vo veci samej, môže obsahovať iba stručné odôvodnenie. 6. Nakoľko žalobca vzal žalobu späť pred rozhodnutím veci a súhlas žalovaného so späťvzatím zákon nevyžaduje, správny súd v súlade s ust. § 99 písm. a) SSP konanie zastavil. 7. O náhrade trov konania správny súd rozhodol podľa § 170 písm. c) SSP tak, že žiaden z účastníkov nemá právo na náhradu trov konania, nakoľko konanie bolo začaté na základe žaloby prokurátora. 8. Toto rozhodnutie senát Krajského súdu v Bratislave prijal pomerom hlasov 3 : 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https://www.kauzis.sk/judikatura/r/ECLI:SK:KSBA:2020:1017201493.2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